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11: FAMILY TIME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We wanted small gifts for our friends, so we went to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collect seashells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buy souvenirs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around the bay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walk on the beach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looked for pretty shells and decided to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buy souvenirs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collect seashells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around the bay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family time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At the seaside restaurant, my family likes to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collect seashells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see interesting places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buy souvenirs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eat seafood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When we travel, we often ____ and take photos.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collect seashells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around the bay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take a boat trip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see interesting places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From the harbour, visitors can ____ to an island.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collect seashells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around the bay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see interesting places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a boat trip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The boat sailed ____ for two hours.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take a boat trip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walk on the beach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collect seashells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around the bay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Every morning, my parents and I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family time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buy souvenirs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walk on the beach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a boat trip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Sunday dinner is important ____ in our home.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walk on the beach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see interesting places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family time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buy souvenirs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Did you buy souvenirs? - Yes, I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bought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Did Mai collect seashells? - No, she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didn't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doesn't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not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wasn't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your family ____ in Ha Long Bay?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a boat trip around the bay.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takes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take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taking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took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They ____ seafood for dinner yesterday.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eating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eats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eat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My father ____ some souvenirs last Sunday.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buying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bought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buy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buys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Where ____ your family go last summer?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many interesting places on our holiday.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see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sees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saw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seeing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Last summer, my family spent three days in Ha Long Bay. On the first day, we took a boat trip around the bay and saw many beautiful islands. The next morning, my brother and I walked on the beach and collected seashells. At noon, we ate fresh seafood at a small restaurant. Before going home, my parents bought souvenirs for our grandparents. We did many things together, and it was wonderful family time.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ate seafood in the evening.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collected seashells.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family stayed in Ha Long Bay for three days.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parents bought souvenirs.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took a train around the bay.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 family see from the boat?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When did the children walk on the beach?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Where did the family eat seafood?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Who were the souvenirs for?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How was their family time?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you / Did / souvenirs / buy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didn't / No / I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family / What / do / did / your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trip / took / We / boat / a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They ____ (eat) seafood yesterday.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What did your family do last Sunday?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11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