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15: OUR HEALTH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My head hurts. I have a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headache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toothache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sore throat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go to the dentist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It hurts when I speak and swallow. I have a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headache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sore throat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take some medicine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toothache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Nam ate too much and now has a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go to the dentist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stomach ache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toothache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take some medicine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My tooth hurts badly. I have a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toothache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headache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stomach ache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take some medicine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For a sore throat, you should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drink warm water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sore throat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go to the dentist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stomach ache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If your tooth hurts, you should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go to the dentist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take some medicine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have a rest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stomach ache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You look tired. You should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drink warm water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stomach ache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have a rest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take some medicine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Follow the doctor's advice and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have a rest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toothache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headache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take some medicine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What's the ____? - I have a headache.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healthy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matter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advice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doctor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You ____ have a rest.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should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have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You shouldn't ____ too many sweets.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eat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eating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eats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should I ____?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He has ____ toothache.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the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some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Should she go to the dentist? - Yes, she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should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is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My brother ____ a sore throat.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having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had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have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Drink warm water ____ keep your throat comfortable.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for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of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Tom did not feel well this morning. He had a sore throat and a headache, so his mother took him to the doctor. The doctor checked him and said he should stay at home. Tom should drink warm water, take some medicine and have a rest. He should not play football or drink cold water today. His mother made some soup for lunch. Tom followed the advice, and he felt better in the afternoon.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Tom felt well in the morning.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He should drink warm water.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He had a sore throat and a headache.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He felt better in the afternoon.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doctor told him to go to school.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Who took Tom to the doctor?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Where should Tom stay?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should Tom take?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should he not play?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his mother make for lunch?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matter / the / What's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headache / have / I / a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should / do / What / I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rest / should / You / a / have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You shouldn't ____ (eat) too many sweets.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Give advice to a friend with a toothache.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15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15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