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4139"/>
        <w:gridCol w:w="6401"/>
      </w:tblGrid>
      <w:tr>
        <w:tc>
          <w:tcPr>
            <w:tcW w:type="dxa" w:w="4139"/>
            <w:tcMar>
              <w:top w:w="0" w:type="dxa"/>
              <w:bottom w:w="0" w:type="dxa"/>
              <w:left w:w="30" w:type="dxa"/>
              <w:right w:w="30" w:type="dxa"/>
            </w:tcMar>
            <w:vAlign w:val="top"/>
          </w:tcPr>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TRƯỜNG THPT ……………………</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ĐỀ KIỂM TRA GIỮA KỲ I</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4"/>
              </w:rPr>
              <w:t>(Đề kiểm tra có 04 trang)</w:t>
            </w:r>
          </w:p>
        </w:tc>
        <w:tc>
          <w:tcPr>
            <w:tcW w:type="dxa" w:w="6401"/>
            <w:tcMar>
              <w:top w:w="0" w:type="dxa"/>
              <w:bottom w:w="0" w:type="dxa"/>
              <w:left w:w="30" w:type="dxa"/>
              <w:right w:w="30" w:type="dxa"/>
            </w:tcMar>
            <w:vAlign w:val="top"/>
          </w:tcPr>
          <w:p>
            <w:pPr>
              <w:pStyle w:val="Title"/>
              <w:keepNext/>
              <w:keepLines/>
              <w:widowControl/>
              <w:spacing w:before="0" w:after="0" w:line="240" w:lineRule="auto"/>
              <w:ind w:firstLine="0"/>
              <w:jc w:val="center"/>
            </w:pPr>
            <w:r>
              <w:rPr>
                <w:rFonts w:ascii="Times New Roman" w:hAnsi="Times New Roman" w:eastAsia="Times New Roman" w:cs="Times New Roman"/>
                <w:b/>
                <w:i w:val="0"/>
                <w:color w:val="000000"/>
                <w:sz w:val="24"/>
              </w:rPr>
              <w:t>KIỂM TRA GIỮA HỌC KỲ I</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NĂM HỌC 2026–2027</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Môn: TIẾNG ANH LỚP 10</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2"/>
              </w:rPr>
              <w:t>Thời gian làm bài: 50 phút, không kể thời gian phát đề</w:t>
            </w:r>
          </w:p>
        </w:tc>
      </w:tr>
    </w:tbl>
    <w:p>
      <w:pPr>
        <w:keepNext w:val="0"/>
        <w:keepLines/>
        <w:widowControl/>
        <w:spacing w:before="0" w:after="40" w:line="40" w:lineRule="exact"/>
        <w:ind w:firstLine="0"/>
        <w:jc w:val="both"/>
      </w:pPr>
    </w:p>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8073"/>
        <w:gridCol w:w="2466"/>
      </w:tblGrid>
      <w:tr>
        <w:tc>
          <w:tcPr>
            <w:tcW w:type="dxa" w:w="8073"/>
            <w:tcMar>
              <w:top w:w="0" w:type="dxa"/>
              <w:bottom w:w="0" w:type="dxa"/>
              <w:left w:w="0" w:type="dxa"/>
              <w:right w:w="0" w:type="dxa"/>
            </w:tcMar>
          </w:tcPr>
          <w:p>
            <w:pPr>
              <w:keepNext w:val="0"/>
              <w:keepLines/>
              <w:widowControl/>
              <w:spacing w:before="0" w:after="0" w:line="240" w:lineRule="auto"/>
              <w:ind w:firstLine="0"/>
              <w:jc w:val="left"/>
            </w:pPr>
            <w:r>
              <w:rPr>
                <w:rFonts w:ascii="Times New Roman" w:hAnsi="Times New Roman" w:eastAsia="Times New Roman" w:cs="Times New Roman"/>
                <w:color w:val="000000"/>
                <w:sz w:val="24"/>
              </w:rPr>
              <w:t>Họ, tên học sinh: ........................................................................</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Số báo danh: ..................................  Lớp: ..............................</w:t>
            </w:r>
          </w:p>
        </w:tc>
        <w:tc>
          <w:tcPr>
            <w:tcW w:type="dxa" w:w="2466"/>
            <w:tcMar>
              <w:top w:w="0" w:type="dxa"/>
              <w:bottom w:w="0" w:type="dxa"/>
              <w:left w:w="0" w:type="dxa"/>
              <w:right w:w="0" w:type="dxa"/>
            </w:tcMar>
            <w:vAlign w:val="center"/>
            <w:tcBorders>
              <w:top w:val="single" w:sz="10" w:space="5"/>
              <w:left w:val="single" w:sz="10" w:space="5"/>
              <w:bottom w:val="single" w:sz="10" w:space="5"/>
              <w:right w:val="single" w:sz="10" w:space="5"/>
            </w:tcBorders>
          </w:tcPr>
          <w:p>
            <w:pPr>
              <w:keepNext w:val="0"/>
              <w:keepLines/>
              <w:widowControl/>
              <w:spacing w:before="20" w:after="20" w:line="240" w:lineRule="auto"/>
              <w:ind w:firstLine="0"/>
              <w:jc w:val="center"/>
            </w:pPr>
            <w:r>
              <w:rPr>
                <w:rFonts w:ascii="Times New Roman" w:hAnsi="Times New Roman" w:eastAsia="Times New Roman" w:cs="Times New Roman"/>
                <w:b/>
                <w:color w:val="000000"/>
                <w:sz w:val="24"/>
              </w:rPr>
              <w:t>Mã đề: 501</w:t>
            </w:r>
          </w:p>
        </w:tc>
      </w:tr>
    </w:tbl>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leaflet and choose the best option A, B, C or D for each blank from 1 to 6.</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FAMILY PHOTO AFTERNOON</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Join our Family Photo Afternoon this Sunday. Bring a few photos and tell a story about your family. My mother usually (1) _____ our photos in a large album.</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Look! My sister (2) _____ some photos on the table now. My father is helping her, and I am writing the names. We all share the (3) _____ at home, so everyone has time for this activity.</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Please arrive (4) _____ two o’clock. You can learn to (5) _____ care of old photos. The activity is free, (6) _____ you do not need to buy a ticket.</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1.</w:t>
      </w:r>
      <w:r>
        <w:rPr>
          <w:rFonts w:ascii="Times New Roman" w:hAnsi="Times New Roman" w:eastAsia="Times New Roman" w:cs="Times New Roman"/>
          <w:color w:val="000000"/>
          <w:sz w:val="24"/>
        </w:rPr>
        <w:tab/>
        <w:t>A. keeps</w:t>
      </w:r>
      <w:r>
        <w:rPr>
          <w:rFonts w:ascii="Times New Roman" w:hAnsi="Times New Roman" w:eastAsia="Times New Roman" w:cs="Times New Roman"/>
          <w:color w:val="000000"/>
          <w:sz w:val="24"/>
        </w:rPr>
        <w:tab/>
        <w:t>B. keep</w:t>
      </w:r>
      <w:r>
        <w:rPr>
          <w:rFonts w:ascii="Times New Roman" w:hAnsi="Times New Roman" w:eastAsia="Times New Roman" w:cs="Times New Roman"/>
          <w:color w:val="000000"/>
          <w:sz w:val="24"/>
        </w:rPr>
        <w:tab/>
        <w:t>C. keeping</w:t>
      </w:r>
      <w:r>
        <w:rPr>
          <w:rFonts w:ascii="Times New Roman" w:hAnsi="Times New Roman" w:eastAsia="Times New Roman" w:cs="Times New Roman"/>
          <w:color w:val="000000"/>
          <w:sz w:val="24"/>
        </w:rPr>
        <w:tab/>
        <w:t>D. are keeping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w:t>
      </w:r>
      <w:r>
        <w:rPr>
          <w:rFonts w:ascii="Times New Roman" w:hAnsi="Times New Roman" w:eastAsia="Times New Roman" w:cs="Times New Roman"/>
          <w:color w:val="000000"/>
          <w:sz w:val="24"/>
        </w:rPr>
        <w:tab/>
        <w:t>A. put</w:t>
      </w:r>
      <w:r>
        <w:rPr>
          <w:rFonts w:ascii="Times New Roman" w:hAnsi="Times New Roman" w:eastAsia="Times New Roman" w:cs="Times New Roman"/>
          <w:color w:val="000000"/>
          <w:sz w:val="24"/>
        </w:rPr>
        <w:tab/>
        <w:t>B. are putting</w:t>
      </w:r>
      <w:r>
        <w:rPr>
          <w:rFonts w:ascii="Times New Roman" w:hAnsi="Times New Roman" w:eastAsia="Times New Roman" w:cs="Times New Roman"/>
          <w:color w:val="000000"/>
          <w:sz w:val="24"/>
        </w:rPr>
        <w:tab/>
        <w:t>C. is putting</w:t>
      </w:r>
      <w:r>
        <w:rPr>
          <w:rFonts w:ascii="Times New Roman" w:hAnsi="Times New Roman" w:eastAsia="Times New Roman" w:cs="Times New Roman"/>
          <w:color w:val="000000"/>
          <w:sz w:val="24"/>
        </w:rPr>
        <w:tab/>
        <w:t>D. putting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w:t>
      </w:r>
      <w:r>
        <w:rPr>
          <w:rFonts w:ascii="Times New Roman" w:hAnsi="Times New Roman" w:eastAsia="Times New Roman" w:cs="Times New Roman"/>
          <w:color w:val="000000"/>
          <w:sz w:val="24"/>
        </w:rPr>
        <w:tab/>
        <w:t>A. housework</w:t>
      </w:r>
      <w:r>
        <w:rPr>
          <w:rFonts w:ascii="Times New Roman" w:hAnsi="Times New Roman" w:eastAsia="Times New Roman" w:cs="Times New Roman"/>
          <w:color w:val="000000"/>
          <w:sz w:val="24"/>
        </w:rPr>
        <w:tab/>
        <w:t>B. concert</w:t>
      </w:r>
      <w:r>
        <w:rPr>
          <w:rFonts w:ascii="Times New Roman" w:hAnsi="Times New Roman" w:eastAsia="Times New Roman" w:cs="Times New Roman"/>
          <w:color w:val="000000"/>
          <w:sz w:val="24"/>
        </w:rPr>
        <w:tab/>
        <w:t>C. audience</w:t>
      </w:r>
      <w:r>
        <w:rPr>
          <w:rFonts w:ascii="Times New Roman" w:hAnsi="Times New Roman" w:eastAsia="Times New Roman" w:cs="Times New Roman"/>
          <w:color w:val="000000"/>
          <w:sz w:val="24"/>
        </w:rPr>
        <w:tab/>
        <w:t>D. pollution</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4.</w:t>
      </w:r>
      <w:r>
        <w:rPr>
          <w:rFonts w:ascii="Times New Roman" w:hAnsi="Times New Roman" w:eastAsia="Times New Roman" w:cs="Times New Roman"/>
          <w:color w:val="000000"/>
          <w:sz w:val="24"/>
        </w:rPr>
        <w:tab/>
        <w:t>A. on</w:t>
      </w:r>
      <w:r>
        <w:rPr>
          <w:rFonts w:ascii="Times New Roman" w:hAnsi="Times New Roman" w:eastAsia="Times New Roman" w:cs="Times New Roman"/>
          <w:color w:val="000000"/>
          <w:sz w:val="24"/>
        </w:rPr>
        <w:tab/>
        <w:t>B. in</w:t>
      </w:r>
      <w:r>
        <w:rPr>
          <w:rFonts w:ascii="Times New Roman" w:hAnsi="Times New Roman" w:eastAsia="Times New Roman" w:cs="Times New Roman"/>
          <w:color w:val="000000"/>
          <w:sz w:val="24"/>
        </w:rPr>
        <w:tab/>
        <w:t>C. at</w:t>
      </w:r>
      <w:r>
        <w:rPr>
          <w:rFonts w:ascii="Times New Roman" w:hAnsi="Times New Roman" w:eastAsia="Times New Roman" w:cs="Times New Roman"/>
          <w:color w:val="000000"/>
          <w:sz w:val="24"/>
        </w:rPr>
        <w:tab/>
        <w:t>D. from</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5.</w:t>
      </w:r>
      <w:r>
        <w:rPr>
          <w:rFonts w:ascii="Times New Roman" w:hAnsi="Times New Roman" w:eastAsia="Times New Roman" w:cs="Times New Roman"/>
          <w:color w:val="000000"/>
          <w:sz w:val="24"/>
        </w:rPr>
        <w:tab/>
        <w:t>A. do</w:t>
      </w:r>
      <w:r>
        <w:rPr>
          <w:rFonts w:ascii="Times New Roman" w:hAnsi="Times New Roman" w:eastAsia="Times New Roman" w:cs="Times New Roman"/>
          <w:color w:val="000000"/>
          <w:sz w:val="24"/>
        </w:rPr>
        <w:tab/>
        <w:t>B. make</w:t>
      </w:r>
      <w:r>
        <w:rPr>
          <w:rFonts w:ascii="Times New Roman" w:hAnsi="Times New Roman" w:eastAsia="Times New Roman" w:cs="Times New Roman"/>
          <w:color w:val="000000"/>
          <w:sz w:val="24"/>
        </w:rPr>
        <w:tab/>
        <w:t>C. take</w:t>
      </w:r>
      <w:r>
        <w:rPr>
          <w:rFonts w:ascii="Times New Roman" w:hAnsi="Times New Roman" w:eastAsia="Times New Roman" w:cs="Times New Roman"/>
          <w:color w:val="000000"/>
          <w:sz w:val="24"/>
        </w:rPr>
        <w:tab/>
        <w:t>D. play</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6.</w:t>
      </w:r>
      <w:r>
        <w:rPr>
          <w:rFonts w:ascii="Times New Roman" w:hAnsi="Times New Roman" w:eastAsia="Times New Roman" w:cs="Times New Roman"/>
          <w:color w:val="000000"/>
          <w:sz w:val="24"/>
        </w:rPr>
        <w:tab/>
        <w:t>A. so</w:t>
      </w:r>
      <w:r>
        <w:rPr>
          <w:rFonts w:ascii="Times New Roman" w:hAnsi="Times New Roman" w:eastAsia="Times New Roman" w:cs="Times New Roman"/>
          <w:color w:val="000000"/>
          <w:sz w:val="24"/>
        </w:rPr>
        <w:tab/>
        <w:t>B. but</w:t>
      </w:r>
      <w:r>
        <w:rPr>
          <w:rFonts w:ascii="Times New Roman" w:hAnsi="Times New Roman" w:eastAsia="Times New Roman" w:cs="Times New Roman"/>
          <w:color w:val="000000"/>
          <w:sz w:val="24"/>
        </w:rPr>
        <w:tab/>
        <w:t>C. or</w:t>
      </w:r>
      <w:r>
        <w:rPr>
          <w:rFonts w:ascii="Times New Roman" w:hAnsi="Times New Roman" w:eastAsia="Times New Roman" w:cs="Times New Roman"/>
          <w:color w:val="000000"/>
          <w:sz w:val="24"/>
        </w:rPr>
        <w:tab/>
        <w:t>D. although</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Mark the letter A, B, C or D to indicate the best arrangement of sentences or utterances in each question from 7 to 11.</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7.</w:t>
      </w:r>
    </w:p>
    <w:p>
      <w:pPr>
        <w:keepNext/>
        <w:keepLines/>
        <w:widowControl/>
        <w:spacing w:before="0" w:after="0" w:line="240" w:lineRule="auto"/>
        <w:ind w:firstLine="0"/>
        <w:jc w:val="left"/>
      </w:pPr>
      <w:r>
        <w:rPr>
          <w:rFonts w:ascii="Times New Roman" w:hAnsi="Times New Roman" w:eastAsia="Times New Roman" w:cs="Times New Roman"/>
          <w:color w:val="000000"/>
          <w:sz w:val="24"/>
        </w:rPr>
        <w:t>Dear Hoa,</w:t>
      </w:r>
    </w:p>
    <w:p>
      <w:pPr>
        <w:keepNext/>
        <w:keepLines/>
        <w:widowControl/>
        <w:spacing w:before="0" w:after="0" w:line="240" w:lineRule="auto"/>
        <w:ind w:firstLine="0"/>
        <w:jc w:val="left"/>
      </w:pPr>
      <w:r>
        <w:rPr>
          <w:rFonts w:ascii="Times New Roman" w:hAnsi="Times New Roman" w:eastAsia="Times New Roman" w:cs="Times New Roman"/>
          <w:color w:val="000000"/>
          <w:sz w:val="24"/>
        </w:rPr>
        <w:t>a. After looking at the photos, we can make a small family album.</w:t>
      </w:r>
    </w:p>
    <w:p>
      <w:pPr>
        <w:keepNext/>
        <w:keepLines/>
        <w:widowControl/>
        <w:spacing w:before="0" w:after="0" w:line="240" w:lineRule="auto"/>
        <w:ind w:firstLine="0"/>
        <w:jc w:val="left"/>
      </w:pPr>
      <w:r>
        <w:rPr>
          <w:rFonts w:ascii="Times New Roman" w:hAnsi="Times New Roman" w:eastAsia="Times New Roman" w:cs="Times New Roman"/>
          <w:color w:val="000000"/>
          <w:sz w:val="24"/>
        </w:rPr>
        <w:t>b. I’m writing to invite you to our photo afternoon.</w:t>
      </w:r>
    </w:p>
    <w:p>
      <w:pPr>
        <w:keepNext/>
        <w:keepLines/>
        <w:widowControl/>
        <w:spacing w:before="0" w:after="0" w:line="240" w:lineRule="auto"/>
        <w:ind w:firstLine="0"/>
        <w:jc w:val="left"/>
      </w:pPr>
      <w:r>
        <w:rPr>
          <w:rFonts w:ascii="Times New Roman" w:hAnsi="Times New Roman" w:eastAsia="Times New Roman" w:cs="Times New Roman"/>
          <w:color w:val="000000"/>
          <w:sz w:val="24"/>
        </w:rPr>
        <w:t>c. Please tell me if you can come.</w:t>
      </w:r>
    </w:p>
    <w:p>
      <w:pPr>
        <w:keepNext/>
        <w:keepLines/>
        <w:widowControl/>
        <w:spacing w:before="0" w:after="0" w:line="240" w:lineRule="auto"/>
        <w:ind w:firstLine="0"/>
        <w:jc w:val="left"/>
      </w:pPr>
      <w:r>
        <w:rPr>
          <w:rFonts w:ascii="Times New Roman" w:hAnsi="Times New Roman" w:eastAsia="Times New Roman" w:cs="Times New Roman"/>
          <w:color w:val="000000"/>
          <w:sz w:val="24"/>
        </w:rPr>
        <w:t>d. First, we will choose our favourite pictures.</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Then my grandfather will tell us the stories behind them.</w:t>
      </w:r>
    </w:p>
    <w:p>
      <w:pPr>
        <w:keepNext/>
        <w:keepLines/>
        <w:widowControl/>
        <w:spacing w:before="0" w:after="0" w:line="240" w:lineRule="auto"/>
        <w:ind w:firstLine="0"/>
        <w:jc w:val="left"/>
      </w:pPr>
      <w:r>
        <w:rPr>
          <w:rFonts w:ascii="Times New Roman" w:hAnsi="Times New Roman" w:eastAsia="Times New Roman" w:cs="Times New Roman"/>
          <w:color w:val="000000"/>
          <w:sz w:val="24"/>
        </w:rPr>
        <w:t>Best wishes,</w:t>
      </w:r>
      <w:r>
        <w:br/>
      </w:r>
      <w:r>
        <w:rPr>
          <w:rFonts w:ascii="Times New Roman" w:hAnsi="Times New Roman" w:eastAsia="Times New Roman" w:cs="Times New Roman"/>
          <w:color w:val="000000"/>
          <w:sz w:val="24"/>
        </w:rPr>
        <w:t>An</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d – e – a – c</w:t>
      </w:r>
      <w:r>
        <w:rPr>
          <w:rFonts w:ascii="Times New Roman" w:hAnsi="Times New Roman" w:eastAsia="Times New Roman" w:cs="Times New Roman"/>
          <w:color w:val="000000"/>
          <w:sz w:val="24"/>
        </w:rPr>
        <w:tab/>
        <w:t>B. d – b – a – c – e</w:t>
      </w:r>
      <w:r>
        <w:rPr>
          <w:rFonts w:ascii="Times New Roman" w:hAnsi="Times New Roman" w:eastAsia="Times New Roman" w:cs="Times New Roman"/>
          <w:color w:val="000000"/>
          <w:sz w:val="24"/>
        </w:rPr>
        <w:tab/>
        <w:t>C. b – a – c – e – d</w:t>
      </w:r>
      <w:r>
        <w:rPr>
          <w:rFonts w:ascii="Times New Roman" w:hAnsi="Times New Roman" w:eastAsia="Times New Roman" w:cs="Times New Roman"/>
          <w:color w:val="000000"/>
          <w:sz w:val="24"/>
        </w:rPr>
        <w:tab/>
        <w:t>D. c – b – e – d – a</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8.</w:t>
      </w:r>
    </w:p>
    <w:p>
      <w:pPr>
        <w:keepNext/>
        <w:keepLines/>
        <w:widowControl/>
        <w:spacing w:before="0" w:after="0" w:line="240" w:lineRule="auto"/>
        <w:ind w:firstLine="0"/>
        <w:jc w:val="left"/>
      </w:pPr>
      <w:r>
        <w:rPr>
          <w:rFonts w:ascii="Times New Roman" w:hAnsi="Times New Roman" w:eastAsia="Times New Roman" w:cs="Times New Roman"/>
          <w:color w:val="000000"/>
          <w:sz w:val="24"/>
        </w:rPr>
        <w:t>a. Nam: I’m taking these bottles to the recycling point.</w:t>
      </w:r>
    </w:p>
    <w:p>
      <w:pPr>
        <w:keepNext/>
        <w:keepLines/>
        <w:widowControl/>
        <w:spacing w:before="0" w:after="0" w:line="240" w:lineRule="auto"/>
        <w:ind w:firstLine="0"/>
        <w:jc w:val="left"/>
      </w:pPr>
      <w:r>
        <w:rPr>
          <w:rFonts w:ascii="Times New Roman" w:hAnsi="Times New Roman" w:eastAsia="Times New Roman" w:cs="Times New Roman"/>
          <w:color w:val="000000"/>
          <w:sz w:val="24"/>
        </w:rPr>
        <w:t>b. Mai: Where are you going with that bag?</w:t>
      </w:r>
    </w:p>
    <w:p>
      <w:pPr>
        <w:keepNext/>
        <w:keepLines/>
        <w:widowControl/>
        <w:spacing w:before="0" w:after="0" w:line="240" w:lineRule="auto"/>
        <w:ind w:firstLine="0"/>
        <w:jc w:val="left"/>
      </w:pPr>
      <w:r>
        <w:rPr>
          <w:rFonts w:ascii="Times New Roman" w:hAnsi="Times New Roman" w:eastAsia="Times New Roman" w:cs="Times New Roman"/>
          <w:color w:val="000000"/>
          <w:sz w:val="24"/>
        </w:rPr>
        <w:t>c. Mai: Great. I have some bottles to bring, too.</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a – b – c</w:t>
      </w:r>
      <w:r>
        <w:rPr>
          <w:rFonts w:ascii="Times New Roman" w:hAnsi="Times New Roman" w:eastAsia="Times New Roman" w:cs="Times New Roman"/>
          <w:color w:val="000000"/>
          <w:sz w:val="24"/>
        </w:rPr>
        <w:tab/>
        <w:t>B. b – a – c</w:t>
      </w:r>
      <w:r>
        <w:rPr>
          <w:rFonts w:ascii="Times New Roman" w:hAnsi="Times New Roman" w:eastAsia="Times New Roman" w:cs="Times New Roman"/>
          <w:color w:val="000000"/>
          <w:sz w:val="24"/>
        </w:rPr>
        <w:tab/>
        <w:t>C. b – c – a</w:t>
      </w:r>
      <w:r>
        <w:rPr>
          <w:rFonts w:ascii="Times New Roman" w:hAnsi="Times New Roman" w:eastAsia="Times New Roman" w:cs="Times New Roman"/>
          <w:color w:val="000000"/>
          <w:sz w:val="24"/>
        </w:rPr>
        <w:tab/>
        <w:t>D. c – a – b</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9.</w:t>
      </w:r>
    </w:p>
    <w:p>
      <w:pPr>
        <w:keepNext/>
        <w:keepLines/>
        <w:widowControl/>
        <w:spacing w:before="0" w:after="0" w:line="240" w:lineRule="auto"/>
        <w:ind w:firstLine="0"/>
        <w:jc w:val="left"/>
      </w:pPr>
      <w:r>
        <w:rPr>
          <w:rFonts w:ascii="Times New Roman" w:hAnsi="Times New Roman" w:eastAsia="Times New Roman" w:cs="Times New Roman"/>
          <w:color w:val="000000"/>
          <w:sz w:val="24"/>
        </w:rPr>
        <w:t>a. Lan: At four. We need time to practise before the show.</w:t>
      </w:r>
    </w:p>
    <w:p>
      <w:pPr>
        <w:keepNext/>
        <w:keepLines/>
        <w:widowControl/>
        <w:spacing w:before="0" w:after="0" w:line="240" w:lineRule="auto"/>
        <w:ind w:firstLine="0"/>
        <w:jc w:val="left"/>
      </w:pPr>
      <w:r>
        <w:rPr>
          <w:rFonts w:ascii="Times New Roman" w:hAnsi="Times New Roman" w:eastAsia="Times New Roman" w:cs="Times New Roman"/>
          <w:color w:val="000000"/>
          <w:sz w:val="24"/>
        </w:rPr>
        <w:t>b. Minh: Yes, I can. What time does it start?</w:t>
      </w:r>
    </w:p>
    <w:p>
      <w:pPr>
        <w:keepNext/>
        <w:keepLines/>
        <w:widowControl/>
        <w:spacing w:before="0" w:after="0" w:line="240" w:lineRule="auto"/>
        <w:ind w:firstLine="0"/>
        <w:jc w:val="left"/>
      </w:pPr>
      <w:r>
        <w:rPr>
          <w:rFonts w:ascii="Times New Roman" w:hAnsi="Times New Roman" w:eastAsia="Times New Roman" w:cs="Times New Roman"/>
          <w:color w:val="000000"/>
          <w:sz w:val="24"/>
        </w:rPr>
        <w:t>c. Minh: Fine. I’ll be there at four.</w:t>
      </w:r>
    </w:p>
    <w:p>
      <w:pPr>
        <w:keepNext/>
        <w:keepLines/>
        <w:widowControl/>
        <w:spacing w:before="0" w:after="0" w:line="240" w:lineRule="auto"/>
        <w:ind w:firstLine="0"/>
        <w:jc w:val="left"/>
      </w:pPr>
      <w:r>
        <w:rPr>
          <w:rFonts w:ascii="Times New Roman" w:hAnsi="Times New Roman" w:eastAsia="Times New Roman" w:cs="Times New Roman"/>
          <w:color w:val="000000"/>
          <w:sz w:val="24"/>
        </w:rPr>
        <w:t>d. Lan: Can you come to our band practice tomorrow?</w:t>
      </w:r>
    </w:p>
    <w:p>
      <w:pPr>
        <w:keepNext/>
        <w:keepLines/>
        <w:widowControl/>
        <w:spacing w:before="0" w:after="0" w:line="240" w:lineRule="auto"/>
        <w:ind w:firstLine="0"/>
        <w:jc w:val="left"/>
      </w:pPr>
      <w:r>
        <w:rPr>
          <w:rFonts w:ascii="Times New Roman" w:hAnsi="Times New Roman" w:eastAsia="Times New Roman" w:cs="Times New Roman"/>
          <w:color w:val="000000"/>
          <w:sz w:val="24"/>
        </w:rPr>
        <w:t>e. Lan: Please bring your guitar, too.</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d – b – a – c – e</w:t>
      </w:r>
      <w:r>
        <w:rPr>
          <w:rFonts w:ascii="Times New Roman" w:hAnsi="Times New Roman" w:eastAsia="Times New Roman" w:cs="Times New Roman"/>
          <w:color w:val="000000"/>
          <w:sz w:val="24"/>
        </w:rPr>
        <w:tab/>
        <w:t>B. d – a – e – b – c</w:t>
      </w:r>
      <w:r>
        <w:rPr>
          <w:rFonts w:ascii="Times New Roman" w:hAnsi="Times New Roman" w:eastAsia="Times New Roman" w:cs="Times New Roman"/>
          <w:color w:val="000000"/>
          <w:sz w:val="24"/>
        </w:rPr>
        <w:tab/>
        <w:t>C. b – d – c – e – a</w:t>
      </w:r>
      <w:r>
        <w:rPr>
          <w:rFonts w:ascii="Times New Roman" w:hAnsi="Times New Roman" w:eastAsia="Times New Roman" w:cs="Times New Roman"/>
          <w:color w:val="000000"/>
          <w:sz w:val="24"/>
        </w:rPr>
        <w:tab/>
        <w:t>D. a – c – d – b – 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10.</w:t>
      </w:r>
    </w:p>
    <w:p>
      <w:pPr>
        <w:keepNext/>
        <w:keepLines/>
        <w:widowControl/>
        <w:spacing w:before="0" w:after="0" w:line="240" w:lineRule="auto"/>
        <w:ind w:firstLine="0"/>
        <w:jc w:val="left"/>
      </w:pPr>
      <w:r>
        <w:rPr>
          <w:rFonts w:ascii="Times New Roman" w:hAnsi="Times New Roman" w:eastAsia="Times New Roman" w:cs="Times New Roman"/>
          <w:color w:val="000000"/>
          <w:sz w:val="24"/>
        </w:rPr>
        <w:t>a. Finally, we put the clean dishes back in the cupboard.</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my brother clears the table after dinner.</w:t>
      </w:r>
    </w:p>
    <w:p>
      <w:pPr>
        <w:keepNext/>
        <w:keepLines/>
        <w:widowControl/>
        <w:spacing w:before="0" w:after="0" w:line="240" w:lineRule="auto"/>
        <w:ind w:firstLine="0"/>
        <w:jc w:val="left"/>
      </w:pPr>
      <w:r>
        <w:rPr>
          <w:rFonts w:ascii="Times New Roman" w:hAnsi="Times New Roman" w:eastAsia="Times New Roman" w:cs="Times New Roman"/>
          <w:color w:val="000000"/>
          <w:sz w:val="24"/>
        </w:rPr>
        <w:t>c. Everyone in my family helps with the washing-up.</w:t>
      </w:r>
    </w:p>
    <w:p>
      <w:pPr>
        <w:keepNext/>
        <w:keepLines/>
        <w:widowControl/>
        <w:spacing w:before="0" w:after="0" w:line="240" w:lineRule="auto"/>
        <w:ind w:firstLine="0"/>
        <w:jc w:val="left"/>
      </w:pPr>
      <w:r>
        <w:rPr>
          <w:rFonts w:ascii="Times New Roman" w:hAnsi="Times New Roman" w:eastAsia="Times New Roman" w:cs="Times New Roman"/>
          <w:color w:val="000000"/>
          <w:sz w:val="24"/>
        </w:rPr>
        <w:t>d. Then I wash the dishes and my father dries them.</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This way, we finish the job quickly and have more time together.</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e – d</w:t>
      </w:r>
      <w:r>
        <w:rPr>
          <w:rFonts w:ascii="Times New Roman" w:hAnsi="Times New Roman" w:eastAsia="Times New Roman" w:cs="Times New Roman"/>
          <w:color w:val="000000"/>
          <w:sz w:val="24"/>
        </w:rPr>
        <w:tab/>
        <w:t>B. c – a – e – d – b</w:t>
      </w:r>
      <w:r>
        <w:rPr>
          <w:rFonts w:ascii="Times New Roman" w:hAnsi="Times New Roman" w:eastAsia="Times New Roman" w:cs="Times New Roman"/>
          <w:color w:val="000000"/>
          <w:sz w:val="24"/>
        </w:rPr>
        <w:tab/>
        <w:t>C. e – c – b – a – d</w:t>
      </w:r>
      <w:r>
        <w:rPr>
          <w:rFonts w:ascii="Times New Roman" w:hAnsi="Times New Roman" w:eastAsia="Times New Roman" w:cs="Times New Roman"/>
          <w:color w:val="000000"/>
          <w:sz w:val="24"/>
        </w:rPr>
        <w:tab/>
        <w:t>D. c – b – d – a – 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11.</w:t>
      </w:r>
    </w:p>
    <w:p>
      <w:pPr>
        <w:keepNext/>
        <w:keepLines/>
        <w:widowControl/>
        <w:spacing w:before="0" w:after="0" w:line="240" w:lineRule="auto"/>
        <w:ind w:firstLine="0"/>
        <w:jc w:val="left"/>
      </w:pPr>
      <w:r>
        <w:rPr>
          <w:rFonts w:ascii="Times New Roman" w:hAnsi="Times New Roman" w:eastAsia="Times New Roman" w:cs="Times New Roman"/>
          <w:color w:val="000000"/>
          <w:sz w:val="24"/>
        </w:rPr>
        <w:t>a. After that, we wrote the names of the plants on small signs.</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we filled some old pots with soil.</w:t>
      </w:r>
    </w:p>
    <w:p>
      <w:pPr>
        <w:keepNext/>
        <w:keepLines/>
        <w:widowControl/>
        <w:spacing w:before="0" w:after="0" w:line="240" w:lineRule="auto"/>
        <w:ind w:firstLine="0"/>
        <w:jc w:val="left"/>
      </w:pPr>
      <w:r>
        <w:rPr>
          <w:rFonts w:ascii="Times New Roman" w:hAnsi="Times New Roman" w:eastAsia="Times New Roman" w:cs="Times New Roman"/>
          <w:color w:val="000000"/>
          <w:sz w:val="24"/>
        </w:rPr>
        <w:t>c. Yesterday, our class made a little garden by the window.</w:t>
      </w:r>
    </w:p>
    <w:p>
      <w:pPr>
        <w:keepNext/>
        <w:keepLines/>
        <w:widowControl/>
        <w:spacing w:before="0" w:after="0" w:line="240" w:lineRule="auto"/>
        <w:ind w:firstLine="0"/>
        <w:jc w:val="left"/>
      </w:pPr>
      <w:r>
        <w:rPr>
          <w:rFonts w:ascii="Times New Roman" w:hAnsi="Times New Roman" w:eastAsia="Times New Roman" w:cs="Times New Roman"/>
          <w:color w:val="000000"/>
          <w:sz w:val="24"/>
        </w:rPr>
        <w:t>d. We were happy to give the old pots a new use.</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Then we planted small flowers in them.</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d – e</w:t>
      </w:r>
      <w:r>
        <w:rPr>
          <w:rFonts w:ascii="Times New Roman" w:hAnsi="Times New Roman" w:eastAsia="Times New Roman" w:cs="Times New Roman"/>
          <w:color w:val="000000"/>
          <w:sz w:val="24"/>
        </w:rPr>
        <w:tab/>
        <w:t>B. c – a – d – e – b</w:t>
      </w:r>
      <w:r>
        <w:rPr>
          <w:rFonts w:ascii="Times New Roman" w:hAnsi="Times New Roman" w:eastAsia="Times New Roman" w:cs="Times New Roman"/>
          <w:color w:val="000000"/>
          <w:sz w:val="24"/>
        </w:rPr>
        <w:tab/>
        <w:t>C. c – b – e – a – d</w:t>
      </w:r>
      <w:r>
        <w:rPr>
          <w:rFonts w:ascii="Times New Roman" w:hAnsi="Times New Roman" w:eastAsia="Times New Roman" w:cs="Times New Roman"/>
          <w:color w:val="000000"/>
          <w:sz w:val="24"/>
        </w:rPr>
        <w:tab/>
        <w:t>D. d – c – e – b – a</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passage and choose the best option A, B, C or D for each blank from 12 to 16.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Our class has a new band. We want (12) _____ at the school show. Some members sing, and others play instruments. Our music teacher helps us choose a simple song.</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At our first practice, the teacher let us (13) _____. Then she asked everyone to listen carefully. We played too fast at first, (14) _____. We tried again and followed the same beat.</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Next Friday, we are going to practise in the hall. We have already booked it. We hope (15) _____. We know that (16) _____.</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12.</w:t>
      </w:r>
      <w:r>
        <w:rPr>
          <w:rFonts w:ascii="Times New Roman" w:hAnsi="Times New Roman" w:eastAsia="Times New Roman" w:cs="Times New Roman"/>
          <w:color w:val="000000"/>
          <w:sz w:val="24"/>
        </w:rPr>
        <w:tab/>
        <w:t>A. to perform together</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performing together</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performed together</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performs together</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13.</w:t>
      </w:r>
      <w:r>
        <w:rPr>
          <w:rFonts w:ascii="Times New Roman" w:hAnsi="Times New Roman" w:eastAsia="Times New Roman" w:cs="Times New Roman"/>
          <w:color w:val="000000"/>
          <w:sz w:val="24"/>
        </w:rPr>
        <w:tab/>
        <w:t>A. to choose our own instruments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choose our own instruments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choosing our own instruments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chose our own instruments</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14.</w:t>
      </w:r>
      <w:r>
        <w:rPr>
          <w:rFonts w:ascii="Times New Roman" w:hAnsi="Times New Roman" w:eastAsia="Times New Roman" w:cs="Times New Roman"/>
          <w:color w:val="000000"/>
          <w:sz w:val="24"/>
        </w:rPr>
        <w:tab/>
        <w:t>A. because the hall had many empty chairs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so the singers could not follow the music</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or the instruments were made of wood</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but no one had brought an instrument</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15.</w:t>
      </w:r>
      <w:r>
        <w:rPr>
          <w:rFonts w:ascii="Times New Roman" w:hAnsi="Times New Roman" w:eastAsia="Times New Roman" w:cs="Times New Roman"/>
          <w:color w:val="000000"/>
          <w:sz w:val="24"/>
        </w:rPr>
        <w:tab/>
        <w:t>A. feeling more confident before the show</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felt more confident before the show</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feels more confident before the show</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to feel more confident before the show</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16.</w:t>
      </w:r>
      <w:r>
        <w:rPr>
          <w:rFonts w:ascii="Times New Roman" w:hAnsi="Times New Roman" w:eastAsia="Times New Roman" w:cs="Times New Roman"/>
          <w:color w:val="000000"/>
          <w:sz w:val="24"/>
        </w:rPr>
        <w:tab/>
        <w:t>A. only the loudest member needs to practise</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every member should play a different song</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the singers must never hear the instruments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listening to one another helps the band</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17 to 26.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Tien’s parents both work in a shop. On weekdays, they leave home early. Before school, Tien makes his bed and feeds the cat. His younger sister, Nga, puts the breakfast dishes in the kitchen. They do these jobs without waiting for their parents to ask.</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On Saturdays, the family prepares lunch together. Their father shows Tien how to cut vegetables safely. Nga washes them and puts them in a bowl. Their mother cooks the rice. Each person has a small job.</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Last Saturday, their mother was busy at the shop, so the others prepared lunch without her. </w:t>
      </w:r>
      <w:r>
        <w:rPr>
          <w:rFonts w:ascii="Times New Roman" w:hAnsi="Times New Roman" w:eastAsia="Times New Roman" w:cs="Times New Roman"/>
          <w:color w:val="000000"/>
          <w:sz w:val="24"/>
          <w:u w:val="single"/>
        </w:rPr>
        <w:t>The meal was ready when she came home.</w:t>
      </w:r>
      <w:r>
        <w:rPr>
          <w:rFonts w:ascii="Times New Roman" w:hAnsi="Times New Roman" w:eastAsia="Times New Roman" w:cs="Times New Roman"/>
          <w:color w:val="000000"/>
          <w:sz w:val="24"/>
        </w:rPr>
        <w:t xml:space="preserve"> She smiled and thanked them. Tien felt proud because he could help.</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After lunch, everyone clears the table. Their parents say that sharing chores teaches children useful skills. Tien agrees. He enjoys the time in the kitchen because the family can work and talk together.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17. </w:t>
      </w:r>
      <w:r>
        <w:rPr>
          <w:rFonts w:ascii="Times New Roman" w:hAnsi="Times New Roman" w:eastAsia="Times New Roman" w:cs="Times New Roman"/>
          <w:color w:val="000000"/>
          <w:sz w:val="24"/>
        </w:rPr>
        <w:t>Which job is NOT mentioned in the passage?</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ironing school uniforms</w:t>
      </w:r>
      <w:r>
        <w:rPr>
          <w:rFonts w:ascii="Times New Roman" w:hAnsi="Times New Roman" w:eastAsia="Times New Roman" w:cs="Times New Roman"/>
          <w:color w:val="000000"/>
          <w:sz w:val="24"/>
        </w:rPr>
        <w:tab/>
        <w:t>B. feeding a cat</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washing vegetables</w:t>
      </w:r>
      <w:r>
        <w:rPr>
          <w:rFonts w:ascii="Times New Roman" w:hAnsi="Times New Roman" w:eastAsia="Times New Roman" w:cs="Times New Roman"/>
          <w:color w:val="000000"/>
          <w:sz w:val="24"/>
        </w:rPr>
        <w:tab/>
        <w:t>D. clearing the table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18.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prepares</w:t>
      </w:r>
      <w:r>
        <w:rPr>
          <w:rFonts w:ascii="Times New Roman" w:hAnsi="Times New Roman" w:eastAsia="Times New Roman" w:cs="Times New Roman"/>
          <w:color w:val="000000"/>
          <w:sz w:val="24"/>
        </w:rPr>
        <w:t xml:space="preserve"> in paragraph 2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throws away</w:t>
      </w:r>
      <w:r>
        <w:rPr>
          <w:rFonts w:ascii="Times New Roman" w:hAnsi="Times New Roman" w:eastAsia="Times New Roman" w:cs="Times New Roman"/>
          <w:color w:val="000000"/>
          <w:sz w:val="24"/>
        </w:rPr>
        <w:tab/>
        <w:t>B. buys again</w:t>
      </w:r>
      <w:r>
        <w:rPr>
          <w:rFonts w:ascii="Times New Roman" w:hAnsi="Times New Roman" w:eastAsia="Times New Roman" w:cs="Times New Roman"/>
          <w:color w:val="000000"/>
          <w:sz w:val="24"/>
        </w:rPr>
        <w:tab/>
        <w:t>C. looks for</w:t>
      </w:r>
      <w:r>
        <w:rPr>
          <w:rFonts w:ascii="Times New Roman" w:hAnsi="Times New Roman" w:eastAsia="Times New Roman" w:cs="Times New Roman"/>
          <w:color w:val="000000"/>
          <w:sz w:val="24"/>
        </w:rPr>
        <w:tab/>
        <w:t>D. gets food ready</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19.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them</w:t>
      </w:r>
      <w:r>
        <w:rPr>
          <w:rFonts w:ascii="Times New Roman" w:hAnsi="Times New Roman" w:eastAsia="Times New Roman" w:cs="Times New Roman"/>
          <w:color w:val="000000"/>
          <w:sz w:val="24"/>
        </w:rPr>
        <w:t xml:space="preserve"> in paragraph 2 refers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the parents</w:t>
      </w:r>
      <w:r>
        <w:rPr>
          <w:rFonts w:ascii="Times New Roman" w:hAnsi="Times New Roman" w:eastAsia="Times New Roman" w:cs="Times New Roman"/>
          <w:color w:val="000000"/>
          <w:sz w:val="24"/>
        </w:rPr>
        <w:tab/>
        <w:t>B. the dishes</w:t>
      </w:r>
      <w:r>
        <w:rPr>
          <w:rFonts w:ascii="Times New Roman" w:hAnsi="Times New Roman" w:eastAsia="Times New Roman" w:cs="Times New Roman"/>
          <w:color w:val="000000"/>
          <w:sz w:val="24"/>
        </w:rPr>
        <w:tab/>
        <w:t>C. the vegetables</w:t>
      </w:r>
      <w:r>
        <w:rPr>
          <w:rFonts w:ascii="Times New Roman" w:hAnsi="Times New Roman" w:eastAsia="Times New Roman" w:cs="Times New Roman"/>
          <w:color w:val="000000"/>
          <w:sz w:val="24"/>
        </w:rPr>
        <w:tab/>
        <w:t>D. the jobs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20.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busy</w:t>
      </w:r>
      <w:r>
        <w:rPr>
          <w:rFonts w:ascii="Times New Roman" w:hAnsi="Times New Roman" w:eastAsia="Times New Roman" w:cs="Times New Roman"/>
          <w:color w:val="000000"/>
          <w:sz w:val="24"/>
        </w:rPr>
        <w:t xml:space="preserve"> in paragraph 3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tired</w:t>
      </w:r>
      <w:r>
        <w:rPr>
          <w:rFonts w:ascii="Times New Roman" w:hAnsi="Times New Roman" w:eastAsia="Times New Roman" w:cs="Times New Roman"/>
          <w:color w:val="000000"/>
          <w:sz w:val="24"/>
        </w:rPr>
        <w:tab/>
        <w:t>B. late</w:t>
      </w:r>
      <w:r>
        <w:rPr>
          <w:rFonts w:ascii="Times New Roman" w:hAnsi="Times New Roman" w:eastAsia="Times New Roman" w:cs="Times New Roman"/>
          <w:color w:val="000000"/>
          <w:sz w:val="24"/>
        </w:rPr>
        <w:tab/>
        <w:t>C. hungry</w:t>
      </w:r>
      <w:r>
        <w:rPr>
          <w:rFonts w:ascii="Times New Roman" w:hAnsi="Times New Roman" w:eastAsia="Times New Roman" w:cs="Times New Roman"/>
          <w:color w:val="000000"/>
          <w:sz w:val="24"/>
        </w:rPr>
        <w:tab/>
        <w:t>D. free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21. </w:t>
      </w:r>
      <w:r>
        <w:rPr>
          <w:rFonts w:ascii="Times New Roman" w:hAnsi="Times New Roman" w:eastAsia="Times New Roman" w:cs="Times New Roman"/>
          <w:color w:val="000000"/>
          <w:sz w:val="24"/>
        </w:rPr>
        <w:t xml:space="preserve">Which of the following is </w:t>
      </w:r>
      <w:r>
        <w:rPr>
          <w:rFonts w:ascii="Times New Roman" w:hAnsi="Times New Roman" w:eastAsia="Times New Roman" w:cs="Times New Roman"/>
          <w:b/>
          <w:color w:val="000000"/>
          <w:sz w:val="24"/>
        </w:rPr>
        <w:t>TRUE</w:t>
      </w:r>
      <w:r>
        <w:rPr>
          <w:rFonts w:ascii="Times New Roman" w:hAnsi="Times New Roman" w:eastAsia="Times New Roman" w:cs="Times New Roman"/>
          <w:color w:val="000000"/>
          <w:sz w:val="24"/>
        </w:rPr>
        <w:t xml:space="preserve"> about Tien’s family?</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Nga cooks all the meals alone.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Their father never enters the kitchen.</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Their mother comes home before they start cooking.</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Tien feeds the cat before school.</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22. </w:t>
      </w:r>
      <w:r>
        <w:rPr>
          <w:rFonts w:ascii="Times New Roman" w:hAnsi="Times New Roman" w:eastAsia="Times New Roman" w:cs="Times New Roman"/>
          <w:color w:val="000000"/>
          <w:sz w:val="24"/>
        </w:rPr>
        <w:t>Which sentence best paraphrases the underlined sentence in paragraph 3?</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They began cooking only after she arrived.</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They finished preparing the meal before she arrived.</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She had to cook the whole meal herself.</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They left home without preparing any food.</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23. </w:t>
      </w:r>
      <w:r>
        <w:rPr>
          <w:rFonts w:ascii="Times New Roman" w:hAnsi="Times New Roman" w:eastAsia="Times New Roman" w:cs="Times New Roman"/>
          <w:color w:val="000000"/>
          <w:sz w:val="24"/>
        </w:rPr>
        <w:t>In which paragraph are the children’s morning jobs described?</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2</w:t>
      </w:r>
      <w:r>
        <w:rPr>
          <w:rFonts w:ascii="Times New Roman" w:hAnsi="Times New Roman" w:eastAsia="Times New Roman" w:cs="Times New Roman"/>
          <w:color w:val="000000"/>
          <w:sz w:val="24"/>
        </w:rPr>
        <w:tab/>
        <w:t>B. Paragraph 3</w:t>
      </w:r>
      <w:r>
        <w:rPr>
          <w:rFonts w:ascii="Times New Roman" w:hAnsi="Times New Roman" w:eastAsia="Times New Roman" w:cs="Times New Roman"/>
          <w:color w:val="000000"/>
          <w:sz w:val="24"/>
        </w:rPr>
        <w:tab/>
        <w:t>C. Paragraph 4</w:t>
      </w:r>
      <w:r>
        <w:rPr>
          <w:rFonts w:ascii="Times New Roman" w:hAnsi="Times New Roman" w:eastAsia="Times New Roman" w:cs="Times New Roman"/>
          <w:color w:val="000000"/>
          <w:sz w:val="24"/>
        </w:rPr>
        <w:tab/>
        <w:t>D. Paragraph 1</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24. </w:t>
      </w:r>
      <w:r>
        <w:rPr>
          <w:rFonts w:ascii="Times New Roman" w:hAnsi="Times New Roman" w:eastAsia="Times New Roman" w:cs="Times New Roman"/>
          <w:color w:val="000000"/>
          <w:sz w:val="24"/>
        </w:rPr>
        <w:t>In which paragraph do the parents explain a benefit of sharing chores?</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4</w:t>
      </w:r>
      <w:r>
        <w:rPr>
          <w:rFonts w:ascii="Times New Roman" w:hAnsi="Times New Roman" w:eastAsia="Times New Roman" w:cs="Times New Roman"/>
          <w:color w:val="000000"/>
          <w:sz w:val="24"/>
        </w:rPr>
        <w:tab/>
        <w:t>B. Paragraph 1</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3</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25. </w:t>
      </w:r>
      <w:r>
        <w:rPr>
          <w:rFonts w:ascii="Times New Roman" w:hAnsi="Times New Roman" w:eastAsia="Times New Roman" w:cs="Times New Roman"/>
          <w:color w:val="000000"/>
          <w:sz w:val="24"/>
        </w:rPr>
        <w:t>What does Tien learn from his father?</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He repairs a broken cupboard.</w:t>
      </w:r>
      <w:r>
        <w:rPr>
          <w:rFonts w:ascii="Times New Roman" w:hAnsi="Times New Roman" w:eastAsia="Times New Roman" w:cs="Times New Roman"/>
          <w:color w:val="000000"/>
          <w:sz w:val="24"/>
        </w:rPr>
        <w:tab/>
        <w:t>B. He learns to cut vegetables safely.</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He learns to drive to the shop.</w:t>
      </w:r>
      <w:r>
        <w:rPr>
          <w:rFonts w:ascii="Times New Roman" w:hAnsi="Times New Roman" w:eastAsia="Times New Roman" w:cs="Times New Roman"/>
          <w:color w:val="000000"/>
          <w:sz w:val="24"/>
        </w:rPr>
        <w:tab/>
        <w:t>D. He buys a new bowl every week.</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26. </w:t>
      </w:r>
      <w:r>
        <w:rPr>
          <w:rFonts w:ascii="Times New Roman" w:hAnsi="Times New Roman" w:eastAsia="Times New Roman" w:cs="Times New Roman"/>
          <w:color w:val="000000"/>
          <w:sz w:val="24"/>
        </w:rPr>
        <w:t>What is the best title for the passage?</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A shop sells food to school children.</w:t>
      </w:r>
      <w:r>
        <w:rPr>
          <w:rFonts w:ascii="Times New Roman" w:hAnsi="Times New Roman" w:eastAsia="Times New Roman" w:cs="Times New Roman"/>
          <w:color w:val="000000"/>
          <w:sz w:val="24"/>
        </w:rPr>
        <w:tab/>
        <w:t>B. A girl refuses to help her parents.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A family works together at home.</w:t>
      </w:r>
      <w:r>
        <w:rPr>
          <w:rFonts w:ascii="Times New Roman" w:hAnsi="Times New Roman" w:eastAsia="Times New Roman" w:cs="Times New Roman"/>
          <w:color w:val="000000"/>
          <w:sz w:val="24"/>
        </w:rPr>
        <w:tab/>
        <w:t>D. A family eats every meal in a restaurant.</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advertisement and choose the best option A, B, C or D for each blank from 27 to 32.</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REPAIR AND REUSE DAY</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Give old things a new life! Come to our Repair and Reuse Day on Sunday. Clothes and bags (27) _____ here by our volunteers, so you can use them again.</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We are going to (28) _____ a short class on fixing small holes. Please bring (29) _____ old shirt or bag. Our teacher will show you how to use the tools safely.</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Do not throw useful things (30) _____. Repair them and help reduce (31) _____. The class starts at nine, (32) _____ please arrive a little early.</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27.</w:t>
      </w:r>
      <w:r>
        <w:rPr>
          <w:rFonts w:ascii="Times New Roman" w:hAnsi="Times New Roman" w:eastAsia="Times New Roman" w:cs="Times New Roman"/>
          <w:color w:val="000000"/>
          <w:sz w:val="24"/>
        </w:rPr>
        <w:tab/>
        <w:t>A. repair</w:t>
      </w:r>
      <w:r>
        <w:rPr>
          <w:rFonts w:ascii="Times New Roman" w:hAnsi="Times New Roman" w:eastAsia="Times New Roman" w:cs="Times New Roman"/>
          <w:color w:val="000000"/>
          <w:sz w:val="24"/>
        </w:rPr>
        <w:tab/>
        <w:t>B. is repaired</w:t>
      </w:r>
      <w:r>
        <w:rPr>
          <w:rFonts w:ascii="Times New Roman" w:hAnsi="Times New Roman" w:eastAsia="Times New Roman" w:cs="Times New Roman"/>
          <w:color w:val="000000"/>
          <w:sz w:val="24"/>
        </w:rPr>
        <w:tab/>
        <w:t>C. are repaired</w:t>
      </w:r>
      <w:r>
        <w:rPr>
          <w:rFonts w:ascii="Times New Roman" w:hAnsi="Times New Roman" w:eastAsia="Times New Roman" w:cs="Times New Roman"/>
          <w:color w:val="000000"/>
          <w:sz w:val="24"/>
        </w:rPr>
        <w:tab/>
        <w:t>D. repairing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28.</w:t>
      </w:r>
      <w:r>
        <w:rPr>
          <w:rFonts w:ascii="Times New Roman" w:hAnsi="Times New Roman" w:eastAsia="Times New Roman" w:cs="Times New Roman"/>
          <w:color w:val="000000"/>
          <w:sz w:val="24"/>
        </w:rPr>
        <w:tab/>
        <w:t>A. holding</w:t>
      </w:r>
      <w:r>
        <w:rPr>
          <w:rFonts w:ascii="Times New Roman" w:hAnsi="Times New Roman" w:eastAsia="Times New Roman" w:cs="Times New Roman"/>
          <w:color w:val="000000"/>
          <w:sz w:val="24"/>
        </w:rPr>
        <w:tab/>
        <w:t>B. hold</w:t>
      </w:r>
      <w:r>
        <w:rPr>
          <w:rFonts w:ascii="Times New Roman" w:hAnsi="Times New Roman" w:eastAsia="Times New Roman" w:cs="Times New Roman"/>
          <w:color w:val="000000"/>
          <w:sz w:val="24"/>
        </w:rPr>
        <w:tab/>
        <w:t>C. holds</w:t>
      </w:r>
      <w:r>
        <w:rPr>
          <w:rFonts w:ascii="Times New Roman" w:hAnsi="Times New Roman" w:eastAsia="Times New Roman" w:cs="Times New Roman"/>
          <w:color w:val="000000"/>
          <w:sz w:val="24"/>
        </w:rPr>
        <w:tab/>
        <w:t>D. held</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29.</w:t>
      </w:r>
      <w:r>
        <w:rPr>
          <w:rFonts w:ascii="Times New Roman" w:hAnsi="Times New Roman" w:eastAsia="Times New Roman" w:cs="Times New Roman"/>
          <w:color w:val="000000"/>
          <w:sz w:val="24"/>
        </w:rPr>
        <w:tab/>
        <w:t>A. a</w:t>
      </w:r>
      <w:r>
        <w:rPr>
          <w:rFonts w:ascii="Times New Roman" w:hAnsi="Times New Roman" w:eastAsia="Times New Roman" w:cs="Times New Roman"/>
          <w:color w:val="000000"/>
          <w:sz w:val="24"/>
        </w:rPr>
        <w:tab/>
        <w:t>B. some</w:t>
      </w:r>
      <w:r>
        <w:rPr>
          <w:rFonts w:ascii="Times New Roman" w:hAnsi="Times New Roman" w:eastAsia="Times New Roman" w:cs="Times New Roman"/>
          <w:color w:val="000000"/>
          <w:sz w:val="24"/>
        </w:rPr>
        <w:tab/>
        <w:t>C. an</w:t>
      </w:r>
      <w:r>
        <w:rPr>
          <w:rFonts w:ascii="Times New Roman" w:hAnsi="Times New Roman" w:eastAsia="Times New Roman" w:cs="Times New Roman"/>
          <w:color w:val="000000"/>
          <w:sz w:val="24"/>
        </w:rPr>
        <w:tab/>
        <w:t>D. many</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30.</w:t>
      </w:r>
      <w:r>
        <w:rPr>
          <w:rFonts w:ascii="Times New Roman" w:hAnsi="Times New Roman" w:eastAsia="Times New Roman" w:cs="Times New Roman"/>
          <w:color w:val="000000"/>
          <w:sz w:val="24"/>
        </w:rPr>
        <w:tab/>
        <w:t>A. up</w:t>
      </w:r>
      <w:r>
        <w:rPr>
          <w:rFonts w:ascii="Times New Roman" w:hAnsi="Times New Roman" w:eastAsia="Times New Roman" w:cs="Times New Roman"/>
          <w:color w:val="000000"/>
          <w:sz w:val="24"/>
        </w:rPr>
        <w:tab/>
        <w:t>B. in</w:t>
      </w:r>
      <w:r>
        <w:rPr>
          <w:rFonts w:ascii="Times New Roman" w:hAnsi="Times New Roman" w:eastAsia="Times New Roman" w:cs="Times New Roman"/>
          <w:color w:val="000000"/>
          <w:sz w:val="24"/>
        </w:rPr>
        <w:tab/>
        <w:t>C. on</w:t>
      </w:r>
      <w:r>
        <w:rPr>
          <w:rFonts w:ascii="Times New Roman" w:hAnsi="Times New Roman" w:eastAsia="Times New Roman" w:cs="Times New Roman"/>
          <w:color w:val="000000"/>
          <w:sz w:val="24"/>
        </w:rPr>
        <w:tab/>
        <w:t>D. away</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31.</w:t>
      </w:r>
      <w:r>
        <w:rPr>
          <w:rFonts w:ascii="Times New Roman" w:hAnsi="Times New Roman" w:eastAsia="Times New Roman" w:cs="Times New Roman"/>
          <w:color w:val="000000"/>
          <w:sz w:val="24"/>
        </w:rPr>
        <w:tab/>
        <w:t>A. music</w:t>
      </w:r>
      <w:r>
        <w:rPr>
          <w:rFonts w:ascii="Times New Roman" w:hAnsi="Times New Roman" w:eastAsia="Times New Roman" w:cs="Times New Roman"/>
          <w:color w:val="000000"/>
          <w:sz w:val="24"/>
        </w:rPr>
        <w:tab/>
        <w:t>B. homework</w:t>
      </w:r>
      <w:r>
        <w:rPr>
          <w:rFonts w:ascii="Times New Roman" w:hAnsi="Times New Roman" w:eastAsia="Times New Roman" w:cs="Times New Roman"/>
          <w:color w:val="000000"/>
          <w:sz w:val="24"/>
        </w:rPr>
        <w:tab/>
        <w:t>C. dinner</w:t>
      </w:r>
      <w:r>
        <w:rPr>
          <w:rFonts w:ascii="Times New Roman" w:hAnsi="Times New Roman" w:eastAsia="Times New Roman" w:cs="Times New Roman"/>
          <w:color w:val="000000"/>
          <w:sz w:val="24"/>
        </w:rPr>
        <w:tab/>
        <w:t>D. waste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32.</w:t>
      </w:r>
      <w:r>
        <w:rPr>
          <w:rFonts w:ascii="Times New Roman" w:hAnsi="Times New Roman" w:eastAsia="Times New Roman" w:cs="Times New Roman"/>
          <w:color w:val="000000"/>
          <w:sz w:val="24"/>
        </w:rPr>
        <w:tab/>
        <w:t>A. but</w:t>
      </w:r>
      <w:r>
        <w:rPr>
          <w:rFonts w:ascii="Times New Roman" w:hAnsi="Times New Roman" w:eastAsia="Times New Roman" w:cs="Times New Roman"/>
          <w:color w:val="000000"/>
          <w:sz w:val="24"/>
        </w:rPr>
        <w:tab/>
        <w:t>B. or</w:t>
      </w:r>
      <w:r>
        <w:rPr>
          <w:rFonts w:ascii="Times New Roman" w:hAnsi="Times New Roman" w:eastAsia="Times New Roman" w:cs="Times New Roman"/>
          <w:color w:val="000000"/>
          <w:sz w:val="24"/>
        </w:rPr>
        <w:tab/>
        <w:t>C. so</w:t>
      </w:r>
      <w:r>
        <w:rPr>
          <w:rFonts w:ascii="Times New Roman" w:hAnsi="Times New Roman" w:eastAsia="Times New Roman" w:cs="Times New Roman"/>
          <w:color w:val="000000"/>
          <w:sz w:val="24"/>
        </w:rPr>
        <w:tab/>
        <w:t>D. although</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33 to 40.</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There is a sharing shelf in Bao’s neighbourhood. People leave toys they no longer use, and other families borrow them. The shelf stands inside a small community room. A volunteer opens the room on Saturday afternoons.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Bao helps collect the toys. He checks that they are clean and safe. His friend Huy writes a number on each one. They put them in boxes so younger children can find what they want.</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Families write their names before taking a toy home. </w:t>
      </w:r>
      <w:r>
        <w:rPr>
          <w:rFonts w:ascii="Times New Roman" w:hAnsi="Times New Roman" w:eastAsia="Times New Roman" w:cs="Times New Roman"/>
          <w:color w:val="000000"/>
          <w:sz w:val="24"/>
          <w:u w:val="single"/>
        </w:rPr>
        <w:t>They return it after two weeks so another child can use it.</w:t>
      </w:r>
      <w:r>
        <w:rPr>
          <w:rFonts w:ascii="Times New Roman" w:hAnsi="Times New Roman" w:eastAsia="Times New Roman" w:cs="Times New Roman"/>
          <w:color w:val="000000"/>
          <w:sz w:val="24"/>
        </w:rPr>
        <w:t xml:space="preserve"> This simple rule keeps the shelf useful. Broken toys are repaired when possible.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Bao likes the idea because families do not need to buy every toy new. Children also learn to look after things that belong to other people. The room is small, but many families enjoy visiting it.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33. </w:t>
      </w:r>
      <w:r>
        <w:rPr>
          <w:rFonts w:ascii="Times New Roman" w:hAnsi="Times New Roman" w:eastAsia="Times New Roman" w:cs="Times New Roman"/>
          <w:color w:val="000000"/>
          <w:sz w:val="24"/>
        </w:rPr>
        <w:t>What does paragraph 1 mainly describe?</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why Bao wants to buy a large shop</w:t>
      </w:r>
      <w:r>
        <w:rPr>
          <w:rFonts w:ascii="Times New Roman" w:hAnsi="Times New Roman" w:eastAsia="Times New Roman" w:cs="Times New Roman"/>
          <w:color w:val="000000"/>
          <w:sz w:val="24"/>
        </w:rPr>
        <w:tab/>
        <w:t>B. how a neighbourhood shares toys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how to make an expensive robot</w:t>
      </w:r>
      <w:r>
        <w:rPr>
          <w:rFonts w:ascii="Times New Roman" w:hAnsi="Times New Roman" w:eastAsia="Times New Roman" w:cs="Times New Roman"/>
          <w:color w:val="000000"/>
          <w:sz w:val="24"/>
        </w:rPr>
        <w:tab/>
        <w:t>D. why families stopped using the room</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34.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them</w:t>
      </w:r>
      <w:r>
        <w:rPr>
          <w:rFonts w:ascii="Times New Roman" w:hAnsi="Times New Roman" w:eastAsia="Times New Roman" w:cs="Times New Roman"/>
          <w:color w:val="000000"/>
          <w:sz w:val="24"/>
        </w:rPr>
        <w:t xml:space="preserve"> in paragraph 2 refers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the volunteers</w:t>
      </w:r>
      <w:r>
        <w:rPr>
          <w:rFonts w:ascii="Times New Roman" w:hAnsi="Times New Roman" w:eastAsia="Times New Roman" w:cs="Times New Roman"/>
          <w:color w:val="000000"/>
          <w:sz w:val="24"/>
        </w:rPr>
        <w:tab/>
        <w:t>B. the families</w:t>
      </w:r>
      <w:r>
        <w:rPr>
          <w:rFonts w:ascii="Times New Roman" w:hAnsi="Times New Roman" w:eastAsia="Times New Roman" w:cs="Times New Roman"/>
          <w:color w:val="000000"/>
          <w:sz w:val="24"/>
        </w:rPr>
        <w:tab/>
        <w:t>C. the toys</w:t>
      </w:r>
      <w:r>
        <w:rPr>
          <w:rFonts w:ascii="Times New Roman" w:hAnsi="Times New Roman" w:eastAsia="Times New Roman" w:cs="Times New Roman"/>
          <w:color w:val="000000"/>
          <w:sz w:val="24"/>
        </w:rPr>
        <w:tab/>
        <w:t>D. the rooms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35. </w:t>
      </w:r>
      <w:r>
        <w:rPr>
          <w:rFonts w:ascii="Times New Roman" w:hAnsi="Times New Roman" w:eastAsia="Times New Roman" w:cs="Times New Roman"/>
          <w:color w:val="000000"/>
          <w:sz w:val="24"/>
        </w:rPr>
        <w:t>Which sentence best paraphrases the underlined sentence in paragraph 3?</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A family keeps every toy forever.</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A toy goes back for another child after two weeks.</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Children must buy a toy before returning it.</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Only volunteers may take a toy home.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36.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useful</w:t>
      </w:r>
      <w:r>
        <w:rPr>
          <w:rFonts w:ascii="Times New Roman" w:hAnsi="Times New Roman" w:eastAsia="Times New Roman" w:cs="Times New Roman"/>
          <w:color w:val="000000"/>
          <w:sz w:val="24"/>
        </w:rPr>
        <w:t xml:space="preserve"> in paragraph 3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small</w:t>
      </w:r>
      <w:r>
        <w:rPr>
          <w:rFonts w:ascii="Times New Roman" w:hAnsi="Times New Roman" w:eastAsia="Times New Roman" w:cs="Times New Roman"/>
          <w:color w:val="000000"/>
          <w:sz w:val="24"/>
        </w:rPr>
        <w:tab/>
        <w:t>B. useless</w:t>
      </w:r>
      <w:r>
        <w:rPr>
          <w:rFonts w:ascii="Times New Roman" w:hAnsi="Times New Roman" w:eastAsia="Times New Roman" w:cs="Times New Roman"/>
          <w:color w:val="000000"/>
          <w:sz w:val="24"/>
        </w:rPr>
        <w:tab/>
        <w:t>C. new</w:t>
      </w:r>
      <w:r>
        <w:rPr>
          <w:rFonts w:ascii="Times New Roman" w:hAnsi="Times New Roman" w:eastAsia="Times New Roman" w:cs="Times New Roman"/>
          <w:color w:val="000000"/>
          <w:sz w:val="24"/>
        </w:rPr>
        <w:tab/>
        <w:t>D. light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37.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collect</w:t>
      </w:r>
      <w:r>
        <w:rPr>
          <w:rFonts w:ascii="Times New Roman" w:hAnsi="Times New Roman" w:eastAsia="Times New Roman" w:cs="Times New Roman"/>
          <w:color w:val="000000"/>
          <w:sz w:val="24"/>
        </w:rPr>
        <w:t xml:space="preserve"> in paragraph 2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bring together</w:t>
      </w:r>
      <w:r>
        <w:rPr>
          <w:rFonts w:ascii="Times New Roman" w:hAnsi="Times New Roman" w:eastAsia="Times New Roman" w:cs="Times New Roman"/>
          <w:color w:val="000000"/>
          <w:sz w:val="24"/>
        </w:rPr>
        <w:tab/>
        <w:t>B. throw into water</w:t>
      </w:r>
      <w:r>
        <w:rPr>
          <w:rFonts w:ascii="Times New Roman" w:hAnsi="Times New Roman" w:eastAsia="Times New Roman" w:cs="Times New Roman"/>
          <w:color w:val="000000"/>
          <w:sz w:val="24"/>
        </w:rPr>
        <w:tab/>
        <w:t>C. pay a lot for</w:t>
      </w:r>
      <w:r>
        <w:rPr>
          <w:rFonts w:ascii="Times New Roman" w:hAnsi="Times New Roman" w:eastAsia="Times New Roman" w:cs="Times New Roman"/>
          <w:color w:val="000000"/>
          <w:sz w:val="24"/>
        </w:rPr>
        <w:tab/>
        <w:t>D. hide from everyone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38. </w:t>
      </w:r>
      <w:r>
        <w:rPr>
          <w:rFonts w:ascii="Times New Roman" w:hAnsi="Times New Roman" w:eastAsia="Times New Roman" w:cs="Times New Roman"/>
          <w:color w:val="000000"/>
          <w:sz w:val="24"/>
        </w:rPr>
        <w:t xml:space="preserve">Which of the following is </w:t>
      </w:r>
      <w:r>
        <w:rPr>
          <w:rFonts w:ascii="Times New Roman" w:hAnsi="Times New Roman" w:eastAsia="Times New Roman" w:cs="Times New Roman"/>
          <w:b/>
          <w:color w:val="000000"/>
          <w:sz w:val="24"/>
        </w:rPr>
        <w:t>NOT TRUE</w:t>
      </w:r>
      <w:r>
        <w:rPr>
          <w:rFonts w:ascii="Times New Roman" w:hAnsi="Times New Roman" w:eastAsia="Times New Roman" w:cs="Times New Roman"/>
          <w:color w:val="000000"/>
          <w:sz w:val="24"/>
        </w:rPr>
        <w:t xml:space="preserve"> about the sharing shelf?</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Huy numbers the toys.</w:t>
      </w:r>
      <w:r>
        <w:rPr>
          <w:rFonts w:ascii="Times New Roman" w:hAnsi="Times New Roman" w:eastAsia="Times New Roman" w:cs="Times New Roman"/>
          <w:color w:val="000000"/>
          <w:sz w:val="24"/>
        </w:rPr>
        <w:tab/>
        <w:t>B. Families write down their names.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Some broken toys are repaired.</w:t>
      </w:r>
      <w:r>
        <w:rPr>
          <w:rFonts w:ascii="Times New Roman" w:hAnsi="Times New Roman" w:eastAsia="Times New Roman" w:cs="Times New Roman"/>
          <w:color w:val="000000"/>
          <w:sz w:val="24"/>
        </w:rPr>
        <w:tab/>
        <w:t>D. The room opens every night.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39. </w:t>
      </w:r>
      <w:r>
        <w:rPr>
          <w:rFonts w:ascii="Times New Roman" w:hAnsi="Times New Roman" w:eastAsia="Times New Roman" w:cs="Times New Roman"/>
          <w:color w:val="000000"/>
          <w:sz w:val="24"/>
        </w:rPr>
        <w:t>In which paragraph does Bao check the condition of the toys?</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2</w:t>
      </w:r>
      <w:r>
        <w:rPr>
          <w:rFonts w:ascii="Times New Roman" w:hAnsi="Times New Roman" w:eastAsia="Times New Roman" w:cs="Times New Roman"/>
          <w:color w:val="000000"/>
          <w:sz w:val="24"/>
        </w:rPr>
        <w:tab/>
        <w:t>C. Paragraph 3</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40. </w:t>
      </w:r>
      <w:r>
        <w:rPr>
          <w:rFonts w:ascii="Times New Roman" w:hAnsi="Times New Roman" w:eastAsia="Times New Roman" w:cs="Times New Roman"/>
          <w:color w:val="000000"/>
          <w:sz w:val="24"/>
        </w:rPr>
        <w:t>In which paragraph is caring for other people’s things mentioned?</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4</w:t>
      </w:r>
      <w:r>
        <w:rPr>
          <w:rFonts w:ascii="Times New Roman" w:hAnsi="Times New Roman" w:eastAsia="Times New Roman" w:cs="Times New Roman"/>
          <w:color w:val="000000"/>
          <w:sz w:val="24"/>
        </w:rPr>
        <w:tab/>
        <w:t>B. Paragraph 1</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3</w:t>
      </w:r>
    </w:p>
    <w:p>
      <w:pPr>
        <w:keepNext/>
        <w:keepLines/>
        <w:widowControl/>
        <w:spacing w:before="60" w:after="0" w:line="240" w:lineRule="auto"/>
        <w:ind w:firstLine="0"/>
        <w:jc w:val="center"/>
      </w:pPr>
      <w:r>
        <w:rPr>
          <w:rFonts w:ascii="Times New Roman" w:hAnsi="Times New Roman" w:eastAsia="Times New Roman" w:cs="Times New Roman"/>
          <w:b/>
          <w:color w:val="000000"/>
          <w:sz w:val="24"/>
        </w:rPr>
        <w:t>THE END</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 Thí sinh không được sử dụng tài liệu.</w:t>
      </w:r>
      <w:r>
        <w:br/>
      </w:r>
      <w:r>
        <w:rPr>
          <w:rFonts w:ascii="Times New Roman" w:hAnsi="Times New Roman" w:eastAsia="Times New Roman" w:cs="Times New Roman"/>
          <w:color w:val="000000"/>
          <w:sz w:val="24"/>
        </w:rPr>
        <w:t>– Giám thị không giải thích gì thêm.</w:t>
      </w:r>
    </w:p>
    <w:sectPr w:rsidR="00FC693F" w:rsidRPr="0006063C" w:rsidSect="00034616">
      <w:footerReference w:type="default" r:id="rId9"/>
      <w:pgSz w:w="12240" w:h="15840"/>
      <w:pgMar w:top="794" w:right="850" w:bottom="794" w:left="850" w:header="283"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spacing w:before="0" w:after="0" w:line="240" w:lineRule="auto"/>
      <w:ind w:firstLine="0"/>
      <w:jc w:val="right"/>
    </w:pPr>
    <w:r>
      <w:rPr>
        <w:rFonts w:ascii="Times New Roman" w:hAnsi="Times New Roman" w:eastAsia="Times New Roman" w:cs="Times New Roman"/>
        <w:color w:val="000000"/>
        <w:sz w:val="20"/>
      </w:rPr>
      <w:t xml:space="preserve">Trang </w:t>
    </w:r>
    <w:r>
      <w:rPr>
        <w:rFonts w:ascii="Times New Roman" w:hAnsi="Times New Roman" w:eastAsia="Times New Roman" w:cs="Times New Roman"/>
        <w:color w:val="000000"/>
        <w:sz w:val="20"/>
      </w:rPr>
      <w:fldChar w:fldCharType="begin"/>
      <w:instrText xml:space="preserve"> PAGE </w:instrText>
      <w:fldChar w:fldCharType="separate"/>
      <w:t>1</w:t>
      <w:fldChar w:fldCharType="end"/>
    </w:r>
    <w:r>
      <w:rPr>
        <w:rFonts w:ascii="Times New Roman" w:hAnsi="Times New Roman" w:eastAsia="Times New Roman" w:cs="Times New Roman"/>
        <w:color w:val="000000"/>
        <w:sz w:val="20"/>
      </w:rPr>
      <w:t>/</w:t>
    </w:r>
    <w:r>
      <w:rPr>
        <w:rFonts w:ascii="Times New Roman" w:hAnsi="Times New Roman" w:eastAsia="Times New Roman" w:cs="Times New Roman"/>
        <w:color w:val="000000"/>
        <w:sz w:val="20"/>
      </w:rPr>
      <w:fldChar w:fldCharType="begin"/>
      <w:instrText xml:space="preserve"> NUMPAGES </w:instrText>
      <w:fldChar w:fldCharType="separate"/>
      <w:t>4</w:t>
      <w:fldChar w:fldCharType="end"/>
    </w:r>
    <w:r>
      <w:rPr>
        <w:rFonts w:ascii="Times New Roman" w:hAnsi="Times New Roman" w:eastAsia="Times New Roman" w:cs="Times New Roman"/>
        <w:color w:val="000000"/>
        <w:sz w:val="20"/>
      </w:rPr>
      <w:t xml:space="preserve"> – Mã đề 501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76" w:lineRule="auto"/>
      <w:outlineLvl w:val="0"/>
    </w:pPr>
    <w:rPr>
      <w:rFonts w:asciiTheme="majorHAnsi" w:eastAsiaTheme="majorEastAsia" w:hAnsiTheme="majorHAnsi"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276" w:lineRule="auto"/>
      <w:outlineLvl w:val="1"/>
    </w:pPr>
    <w:rPr>
      <w:rFonts w:asciiTheme="majorHAnsi" w:eastAsiaTheme="majorEastAsia" w:hAnsiTheme="majorHAnsi"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276" w:lineRule="auto"/>
      <w:outlineLvl w:val="2"/>
    </w:pPr>
    <w:rPr>
      <w:rFonts w:asciiTheme="majorHAnsi" w:eastAsiaTheme="majorEastAsia" w:hAnsiTheme="majorHAnsi" w:cstheme="majorBidi"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76" w:lineRule="auto" w:before="0"/>
      <w:contextualSpacing/>
    </w:pPr>
    <w:rPr>
      <w:rFonts w:asciiTheme="majorHAnsi" w:eastAsiaTheme="majorEastAsia" w:hAnsiTheme="majorHAnsi" w:cstheme="majorBidi" w:ascii="Times New Roman" w:hAnsi="Times New Roman" w:eastAsia="Times New Roman" w:cs="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kiểm tra giữa học kỳ I Tiếng Anh 10 Global Success</dc:title>
  <dc:subject>Unit 1 Family life; Unit 2 Humans and the environment; Unit 3 Music; A1–A2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