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b w:val="0"/>
        </w:rPr>
        <w:t>UBND …………………………     TRƯỜNG …………………………</w:t>
      </w:r>
    </w:p>
    <w:p>
      <w:pPr>
        <w:spacing w:after="0" w:before="0"/>
        <w:jc w:val="center"/>
      </w:pPr>
      <w:r>
        <w:rPr>
          <w:b/>
        </w:rPr>
        <w:t>ĐỀ KIỂM TRA GIỮA KÌ I NĂM HỌC 2026–2027</w:t>
      </w:r>
    </w:p>
    <w:p>
      <w:pPr>
        <w:spacing w:after="0" w:before="0"/>
        <w:jc w:val="center"/>
      </w:pPr>
      <w:r>
        <w:rPr>
          <w:b/>
        </w:rPr>
        <w:t>MÔN TIẾNG ANH 9 • ĐỀ 05</w:t>
      </w:r>
    </w:p>
    <w:p>
      <w:pPr>
        <w:spacing w:after="0" w:before="0"/>
        <w:jc w:val="center"/>
      </w:pPr>
      <w:r>
        <w:rPr>
          <w:b w:val="0"/>
        </w:rPr>
        <w:t>Thời gian làm bài 60 phút kể cả thời gian nghe</w:t>
      </w:r>
    </w:p>
    <w:p>
      <w:pPr>
        <w:spacing w:after="0" w:before="0"/>
      </w:pPr>
      <w:r>
        <w:rPr>
          <w:b w:val="0"/>
        </w:rPr>
        <w:t>Họ và tên: ……………………………………… Lớp: …………</w:t>
      </w:r>
    </w:p>
    <w:p>
      <w:pPr>
        <w:spacing w:after="0" w:before="0"/>
      </w:pPr>
      <w:r>
        <w:rPr>
          <w:b/>
        </w:rPr>
        <w:t>I. LISTENING (2.0 points)</w:t>
      </w:r>
    </w:p>
    <w:p>
      <w:pPr>
        <w:spacing w:after="0" w:before="0"/>
      </w:pPr>
      <w:r>
        <w:rPr>
          <w:b/>
        </w:rPr>
        <w:t>Task 1. Listen to the conversation and choose A, B or C. You will listen TWICE. Question 0 is an example. (1.0 point)</w:t>
      </w:r>
    </w:p>
    <w:p>
      <w:pPr>
        <w:spacing w:after="0" w:before="0"/>
      </w:pPr>
      <w:r>
        <w:rPr>
          <w:b w:val="0"/>
        </w:rPr>
        <w:t>0. Where did Peter go last weekend?</w:t>
      </w:r>
    </w:p>
    <w:p>
      <w:pPr>
        <w:spacing w:after="0" w:before="0"/>
      </w:pPr>
      <w:r>
        <w:rPr>
          <w:b w:val="0"/>
        </w:rPr>
        <w:t>A. A modern airport     B. a fishing village with a lively market     C. A shopping mall</w:t>
      </w:r>
    </w:p>
    <w:p>
      <w:pPr>
        <w:spacing w:after="0" w:before="0"/>
      </w:pPr>
      <w:r>
        <w:rPr>
          <w:b w:val="0"/>
        </w:rPr>
        <w:t>1. What place did Peter visit?</w:t>
      </w:r>
    </w:p>
    <w:p>
      <w:pPr>
        <w:spacing w:after="0" w:before="0"/>
      </w:pPr>
      <w:r>
        <w:rPr>
          <w:b w:val="0"/>
        </w:rPr>
        <w:t>A. A sports stadium     B. local market     C. A hospital</w:t>
      </w:r>
    </w:p>
    <w:p>
      <w:pPr>
        <w:spacing w:after="0" w:before="0"/>
      </w:pPr>
      <w:r>
        <w:rPr>
          <w:b w:val="0"/>
        </w:rPr>
        <w:t>2. What did Peter do there?</w:t>
      </w:r>
    </w:p>
    <w:p>
      <w:pPr>
        <w:spacing w:after="0" w:before="0"/>
      </w:pPr>
      <w:r>
        <w:rPr>
          <w:b w:val="0"/>
        </w:rPr>
        <w:t>A. Bought a new phone     B. made a small fishing net     C. Played a computer game</w:t>
      </w:r>
    </w:p>
    <w:p>
      <w:pPr>
        <w:spacing w:after="0" w:before="0"/>
      </w:pPr>
      <w:r>
        <w:rPr>
          <w:b w:val="0"/>
        </w:rPr>
        <w:t>3. Who helped Peter?</w:t>
      </w:r>
    </w:p>
    <w:p>
      <w:pPr>
        <w:spacing w:after="0" w:before="0"/>
      </w:pPr>
      <w:r>
        <w:rPr>
          <w:b w:val="0"/>
        </w:rPr>
        <w:t>A. A school friend     B. a fisherman     C. A bus driver</w:t>
      </w:r>
    </w:p>
    <w:p>
      <w:pPr>
        <w:spacing w:after="0" w:before="0"/>
      </w:pPr>
      <w:r>
        <w:rPr>
          <w:b w:val="0"/>
        </w:rPr>
        <w:t>4. How did Peter travel there?</w:t>
      </w:r>
    </w:p>
    <w:p>
      <w:pPr>
        <w:spacing w:after="0" w:before="0"/>
      </w:pPr>
      <w:r>
        <w:rPr>
          <w:b w:val="0"/>
        </w:rPr>
        <w:t>A. By train     B. By plane     C. by boat</w:t>
      </w:r>
    </w:p>
    <w:p>
      <w:pPr>
        <w:spacing w:after="0" w:before="0"/>
      </w:pPr>
      <w:r>
        <w:rPr>
          <w:b w:val="0"/>
        </w:rPr>
        <w:t>Example answer: B.</w:t>
      </w:r>
    </w:p>
    <w:p>
      <w:pPr>
        <w:spacing w:after="0" w:before="0"/>
      </w:pPr>
      <w:r>
        <w:rPr>
          <w:b/>
        </w:rPr>
        <w:t>Task 2. Listen to the talk and write T (True) or F (False). You will listen TWICE. Question 0 is an example. (1.0 point)</w:t>
      </w:r>
    </w:p>
    <w:tbl>
      <w:tblPr>
        <w:tblStyle w:val="TableGrid"/>
        <w:tblW w:type="auto" w:w="0"/>
        <w:tblLook w:firstColumn="1" w:firstRow="1" w:lastColumn="0" w:lastRow="0" w:noHBand="0" w:noVBand="1" w:val="04A0"/>
      </w:tblPr>
      <w:tblGrid>
        <w:gridCol w:w="7937"/>
        <w:gridCol w:w="1134"/>
      </w:tblGrid>
      <w:tr>
        <w:tc>
          <w:tcPr>
            <w:tcW w:type="dxa" w:w="7937"/>
          </w:tcPr>
          <w:p>
            <w:r>
              <w:t>Statements</w:t>
            </w:r>
          </w:p>
        </w:tc>
        <w:tc>
          <w:tcPr>
            <w:tcW w:type="dxa" w:w="1134"/>
          </w:tcPr>
          <w:p>
            <w:r>
              <w:t>T / F</w:t>
            </w:r>
          </w:p>
        </w:tc>
      </w:tr>
      <w:tr>
        <w:tc>
          <w:tcPr>
            <w:tcW w:type="dxa" w:w="7937"/>
          </w:tcPr>
          <w:p>
            <w:r>
              <w:t>0. Sophie has an active weekly schedule.</w:t>
            </w:r>
          </w:p>
        </w:tc>
        <w:tc>
          <w:tcPr>
            <w:tcW w:type="dxa" w:w="1134"/>
          </w:tcPr>
          <w:p>
            <w:r>
              <w:t>T</w:t>
            </w:r>
          </w:p>
        </w:tc>
      </w:tr>
      <w:tr>
        <w:tc>
          <w:tcPr>
            <w:tcW w:type="dxa" w:w="7937"/>
          </w:tcPr>
          <w:p>
            <w:r>
              <w:t>5. Sophie enjoys dance practice on Tuesday.</w:t>
            </w:r>
          </w:p>
        </w:tc>
        <w:tc>
          <w:tcPr>
            <w:tcW w:type="dxa" w:w="1134"/>
          </w:tcPr>
          <w:p>
            <w:r/>
          </w:p>
        </w:tc>
      </w:tr>
      <w:tr>
        <w:tc>
          <w:tcPr>
            <w:tcW w:type="dxa" w:w="7937"/>
          </w:tcPr>
          <w:p>
            <w:r>
              <w:t>6. Sophie enjoys basketball on Monday.</w:t>
            </w:r>
          </w:p>
        </w:tc>
        <w:tc>
          <w:tcPr>
            <w:tcW w:type="dxa" w:w="1134"/>
          </w:tcPr>
          <w:p>
            <w:r/>
          </w:p>
        </w:tc>
      </w:tr>
      <w:tr>
        <w:tc>
          <w:tcPr>
            <w:tcW w:type="dxa" w:w="7937"/>
          </w:tcPr>
          <w:p>
            <w:r>
              <w:t>7. Sophie goes to the school gym for basketball.</w:t>
            </w:r>
          </w:p>
        </w:tc>
        <w:tc>
          <w:tcPr>
            <w:tcW w:type="dxa" w:w="1134"/>
          </w:tcPr>
          <w:p>
            <w:r/>
          </w:p>
        </w:tc>
      </w:tr>
      <w:tr>
        <w:tc>
          <w:tcPr>
            <w:tcW w:type="dxa" w:w="7937"/>
          </w:tcPr>
          <w:p>
            <w:r>
              <w:t>8. Sophie thinks winning prizes is the only reason to be active.</w:t>
            </w:r>
          </w:p>
        </w:tc>
        <w:tc>
          <w:tcPr>
            <w:tcW w:type="dxa" w:w="1134"/>
          </w:tcPr>
          <w:p>
            <w:r/>
          </w:p>
        </w:tc>
      </w:tr>
    </w:tbl>
    <w:p>
      <w:pPr>
        <w:spacing w:after="0" w:before="0"/>
      </w:pPr>
      <w:r>
        <w:rPr>
          <w:b/>
        </w:rPr>
        <w:t>II. PRONUNCIATION (0.5 point)</w:t>
      </w:r>
    </w:p>
    <w:p>
      <w:pPr>
        <w:spacing w:after="0" w:before="0"/>
      </w:pPr>
      <w:r>
        <w:rPr>
          <w:b w:val="0"/>
        </w:rPr>
        <w:t>Choose the word whose underlined part is pronounced differently from the others.</w:t>
      </w:r>
    </w:p>
    <w:p>
      <w:pPr>
        <w:spacing w:after="0" w:before="0"/>
      </w:pPr>
      <w:r>
        <w:rPr>
          <w:b w:val="0"/>
        </w:rPr>
        <w:t>9.</w:t>
      </w:r>
    </w:p>
    <w:p>
      <w:pPr>
        <w:spacing w:after="0"/>
      </w:pPr>
      <w:r>
        <w:t xml:space="preserve">A. </w:t>
      </w:r>
      <w:r>
        <w:t>paint</w:t>
      </w:r>
      <w:r>
        <w:rPr>
          <w:u w:val="single"/>
        </w:rPr>
        <w:t>ed</w:t>
      </w:r>
      <w:r>
        <w:t xml:space="preserve">     </w:t>
      </w:r>
      <w:r>
        <w:t xml:space="preserve">B. </w:t>
      </w:r>
      <w:r>
        <w:t>collect</w:t>
      </w:r>
      <w:r>
        <w:rPr>
          <w:u w:val="single"/>
        </w:rPr>
        <w:t>ed</w:t>
      </w:r>
      <w:r>
        <w:t xml:space="preserve">     </w:t>
      </w:r>
      <w:r>
        <w:t xml:space="preserve">C. </w:t>
      </w:r>
      <w:r>
        <w:t>end</w:t>
      </w:r>
      <w:r>
        <w:rPr>
          <w:u w:val="single"/>
        </w:rPr>
        <w:t>ed</w:t>
      </w:r>
      <w:r>
        <w:t xml:space="preserve">     </w:t>
      </w:r>
      <w:r>
        <w:t xml:space="preserve">D. </w:t>
      </w:r>
      <w:r>
        <w:t>work</w:t>
      </w:r>
      <w:r>
        <w:rPr>
          <w:u w:val="single"/>
        </w:rPr>
        <w:t>ed</w:t>
      </w:r>
      <w:r>
        <w:t xml:space="preserve">     </w:t>
      </w:r>
    </w:p>
    <w:p>
      <w:pPr>
        <w:spacing w:after="0" w:before="0"/>
      </w:pPr>
      <w:r>
        <w:rPr>
          <w:b w:val="0"/>
        </w:rPr>
        <w:t>10.</w:t>
      </w:r>
    </w:p>
    <w:p>
      <w:pPr>
        <w:spacing w:after="0"/>
      </w:pPr>
      <w:r>
        <w:t xml:space="preserve">A. </w:t>
      </w:r>
      <w:r>
        <w:rPr>
          <w:u w:val="single"/>
        </w:rPr>
        <w:t>ch</w:t>
      </w:r>
      <w:r>
        <w:t>oice</w:t>
      </w:r>
      <w:r>
        <w:t xml:space="preserve">     </w:t>
      </w:r>
      <w:r>
        <w:t xml:space="preserve">B. </w:t>
      </w:r>
      <w:r>
        <w:rPr>
          <w:u w:val="single"/>
        </w:rPr>
        <w:t>ch</w:t>
      </w:r>
      <w:r>
        <w:t>ildren</w:t>
      </w:r>
      <w:r>
        <w:t xml:space="preserve">     </w:t>
      </w:r>
      <w:r>
        <w:t xml:space="preserve">C. </w:t>
      </w:r>
      <w:r>
        <w:t>architect</w:t>
      </w:r>
      <w:r>
        <w:t xml:space="preserve">     </w:t>
      </w:r>
      <w:r>
        <w:t xml:space="preserve">D. </w:t>
      </w:r>
      <w:r>
        <w:rPr>
          <w:u w:val="single"/>
        </w:rPr>
        <w:t>ch</w:t>
      </w:r>
      <w:r>
        <w:t>urch</w:t>
      </w:r>
      <w:r>
        <w:t xml:space="preserve">     </w:t>
      </w:r>
    </w:p>
    <w:p>
      <w:pPr>
        <w:spacing w:after="0" w:before="0"/>
      </w:pPr>
      <w:r>
        <w:rPr>
          <w:b/>
        </w:rPr>
        <w:t>III. GRAMMAR AND VOCABULARY (3.0 points)</w:t>
      </w:r>
    </w:p>
    <w:p>
      <w:pPr>
        <w:spacing w:after="0" w:before="0"/>
      </w:pPr>
      <w:r>
        <w:rPr>
          <w:b/>
        </w:rPr>
        <w:t>Choose the correct answer A, B, C or D. (2.25 points)</w:t>
      </w:r>
    </w:p>
    <w:p>
      <w:pPr>
        <w:spacing w:after="0" w:before="0"/>
      </w:pPr>
      <w:r>
        <w:rPr>
          <w:b w:val="0"/>
        </w:rPr>
        <w:t>11. The villagers are working together to ______ their cultural heritage.</w:t>
      </w:r>
    </w:p>
    <w:p>
      <w:pPr>
        <w:spacing w:after="0" w:before="0"/>
      </w:pPr>
      <w:r>
        <w:rPr>
          <w:b w:val="0"/>
        </w:rPr>
        <w:t>A. preserve     B. ignore     C. destroy     D. drop</w:t>
      </w:r>
    </w:p>
    <w:p>
      <w:pPr>
        <w:spacing w:after="0" w:before="0"/>
      </w:pPr>
      <w:r>
        <w:rPr>
          <w:b w:val="0"/>
        </w:rPr>
        <w:t>12. A skilled ______ can create beautiful furniture from wood.</w:t>
      </w:r>
    </w:p>
    <w:p>
      <w:pPr>
        <w:spacing w:after="0" w:before="0"/>
      </w:pPr>
      <w:r>
        <w:rPr>
          <w:b w:val="0"/>
        </w:rPr>
        <w:t>A. carpenter     B. commuter     C. passenger     D. counsellor</w:t>
      </w:r>
    </w:p>
    <w:p>
      <w:pPr>
        <w:spacing w:after="0" w:before="0"/>
      </w:pPr>
      <w:r>
        <w:rPr>
          <w:b w:val="0"/>
        </w:rPr>
        <w:t>13. Do you know ______ the craft festival will start?</w:t>
      </w:r>
    </w:p>
    <w:p>
      <w:pPr>
        <w:spacing w:after="0" w:before="0"/>
      </w:pPr>
      <w:r>
        <w:rPr>
          <w:b w:val="0"/>
        </w:rPr>
        <w:t>A. whose     B. which     C. when     D. whom</w:t>
      </w:r>
    </w:p>
    <w:p>
      <w:pPr>
        <w:spacing w:after="0" w:before="0"/>
      </w:pPr>
      <w:r>
        <w:rPr>
          <w:b w:val="0"/>
        </w:rPr>
        <w:t>14. The ______ the town becomes, the more expensive housing is.</w:t>
      </w:r>
    </w:p>
    <w:p>
      <w:pPr>
        <w:spacing w:after="0" w:before="0"/>
      </w:pPr>
      <w:r>
        <w:rPr>
          <w:b w:val="0"/>
        </w:rPr>
        <w:t>A. big     B. bigger     C. biggest     D. more big</w:t>
      </w:r>
    </w:p>
    <w:p>
      <w:pPr>
        <w:spacing w:after="0" w:before="0"/>
      </w:pPr>
      <w:r>
        <w:rPr>
          <w:b w:val="0"/>
        </w:rPr>
        <w:t>15. I wish I ______ less homework this weekend.</w:t>
      </w:r>
    </w:p>
    <w:p>
      <w:pPr>
        <w:spacing w:after="0" w:before="0"/>
      </w:pPr>
      <w:r>
        <w:rPr>
          <w:b w:val="0"/>
        </w:rPr>
        <w:t>A. have     B. had     C. will have     D. has</w:t>
      </w:r>
    </w:p>
    <w:p>
      <w:pPr>
        <w:spacing w:after="0" w:before="0"/>
      </w:pPr>
      <w:r>
        <w:rPr>
          <w:b w:val="0"/>
        </w:rPr>
        <w:t>16. Exercise helps teenagers ______ with pressure at school.</w:t>
      </w:r>
    </w:p>
    <w:p>
      <w:pPr>
        <w:spacing w:after="0" w:before="0"/>
      </w:pPr>
      <w:r>
        <w:rPr>
          <w:b w:val="0"/>
        </w:rPr>
        <w:t>A. cope     B. hold     C. move     D. push</w:t>
      </w:r>
    </w:p>
    <w:p>
      <w:pPr>
        <w:spacing w:after="0" w:before="0"/>
      </w:pPr>
      <w:r>
        <w:rPr>
          <w:b w:val="0"/>
        </w:rPr>
        <w:t>17. Avoid ______ your phone just before going to bed.</w:t>
      </w:r>
    </w:p>
    <w:p>
      <w:pPr>
        <w:spacing w:after="0" w:before="0"/>
      </w:pPr>
      <w:r>
        <w:rPr>
          <w:b w:val="0"/>
        </w:rPr>
        <w:t>A. use     B. used     C. using     D. to use</w:t>
      </w:r>
    </w:p>
    <w:p>
      <w:pPr>
        <w:spacing w:after="0" w:before="0"/>
      </w:pPr>
      <w:r>
        <w:rPr>
          <w:b w:val="0"/>
        </w:rPr>
        <w:t>18. The new bus route makes it more ______ to travel to the museum.</w:t>
      </w:r>
    </w:p>
    <w:p>
      <w:pPr>
        <w:spacing w:after="0" w:before="0"/>
      </w:pPr>
      <w:r>
        <w:rPr>
          <w:b w:val="0"/>
        </w:rPr>
        <w:t>A. convenient     B. noisy     C. stressful     D. polluted</w:t>
      </w:r>
    </w:p>
    <w:p>
      <w:pPr>
        <w:spacing w:after="0" w:before="0"/>
        <w:jc w:val="center"/>
      </w:pPr>
      <w:r>
        <w:rPr>
          <w:b/>
        </w:rPr>
        <w:t>SIGN: DO NOT FEED THE ANIMALS</w:t>
      </w:r>
    </w:p>
    <w:p>
      <w:pPr>
        <w:spacing w:after="0" w:before="0"/>
      </w:pPr>
      <w:r>
        <w:rPr>
          <w:b w:val="0"/>
        </w:rPr>
        <w:t>19. What does the sign/notice mean?</w:t>
      </w:r>
    </w:p>
    <w:p>
      <w:pPr>
        <w:spacing w:after="0" w:before="0"/>
      </w:pPr>
      <w:r>
        <w:rPr>
          <w:b w:val="0"/>
        </w:rPr>
        <w:t>A. Visitors may feed the animals.     B. Animals should be taken home.     C. Visitors must not give animals food.     D. Only children can feed the animals.</w:t>
      </w:r>
    </w:p>
    <w:p>
      <w:pPr>
        <w:spacing w:after="0" w:before="0"/>
      </w:pPr>
      <w:r>
        <w:rPr>
          <w:b/>
        </w:rPr>
        <w:t>Read the advertisement and choose the best option for each blank. (0.75 point)</w:t>
      </w:r>
    </w:p>
    <w:p>
      <w:pPr>
        <w:spacing w:after="0" w:before="0"/>
        <w:jc w:val="center"/>
      </w:pPr>
      <w:r>
        <w:rPr>
          <w:b/>
        </w:rPr>
        <w:t>DISCOVER YOUR CITY</w:t>
      </w:r>
    </w:p>
    <w:p>
      <w:pPr>
        <w:spacing w:after="0" w:before="0"/>
      </w:pPr>
      <w:r>
        <w:rPr>
          <w:b w:val="0"/>
        </w:rPr>
        <w:t>Take a free guided (20) ______ around the historic centre. You will visit famous (21) ______ and learn about local traditions. Please (22) ______ at the tourist office by 8:30 a.m.</w:t>
      </w:r>
    </w:p>
    <w:p>
      <w:pPr>
        <w:spacing w:after="0" w:before="0"/>
      </w:pPr>
      <w:r>
        <w:rPr>
          <w:b w:val="0"/>
        </w:rPr>
        <w:t>20.</w:t>
      </w:r>
    </w:p>
    <w:p>
      <w:pPr>
        <w:spacing w:after="0" w:before="0"/>
      </w:pPr>
      <w:r>
        <w:rPr>
          <w:b w:val="0"/>
        </w:rPr>
        <w:t>A. tour     B. task     C. test     D. game</w:t>
      </w:r>
    </w:p>
    <w:p>
      <w:pPr>
        <w:spacing w:after="0" w:before="0"/>
      </w:pPr>
      <w:r>
        <w:rPr>
          <w:b w:val="0"/>
        </w:rPr>
        <w:t>21.</w:t>
      </w:r>
    </w:p>
    <w:p>
      <w:pPr>
        <w:spacing w:after="0" w:before="0"/>
      </w:pPr>
      <w:r>
        <w:rPr>
          <w:b w:val="0"/>
        </w:rPr>
        <w:t>A. landmarks     B. headaches     C. deadlines     D. subjects</w:t>
      </w:r>
    </w:p>
    <w:p>
      <w:pPr>
        <w:spacing w:after="0" w:before="0"/>
      </w:pPr>
      <w:r>
        <w:rPr>
          <w:b w:val="0"/>
        </w:rPr>
        <w:t>22.</w:t>
      </w:r>
    </w:p>
    <w:p>
      <w:pPr>
        <w:spacing w:after="0" w:before="0"/>
      </w:pPr>
      <w:r>
        <w:rPr>
          <w:b w:val="0"/>
        </w:rPr>
        <w:t>A. arrive     B. arrives     C. arrived     D. arriving</w:t>
      </w:r>
    </w:p>
    <w:p>
      <w:pPr>
        <w:spacing w:after="0" w:before="0"/>
      </w:pPr>
      <w:r>
        <w:rPr>
          <w:b/>
        </w:rPr>
        <w:t>IV. READING (2.5 points)</w:t>
      </w:r>
    </w:p>
    <w:p>
      <w:pPr>
        <w:spacing w:after="0" w:before="0"/>
      </w:pPr>
      <w:r>
        <w:rPr>
          <w:b/>
        </w:rPr>
        <w:t>Task 1. Read the passage and choose A, B, C or D for each blank. (1.25 points)</w:t>
      </w:r>
    </w:p>
    <w:p>
      <w:pPr>
        <w:spacing w:after="0" w:before="0"/>
      </w:pPr>
      <w:r>
        <w:rPr>
          <w:b w:val="0"/>
        </w:rPr>
        <w:t>Living in a large city can be exciting. There are many schools, shops and entertainment (23) ______. However, public transport can become crowded (24) ______ rush hour. To stay healthy, people should walk whenever (25) ______ and take time to rest. Teenagers need to manage their schedules (26) ______ they do not feel overwhelmed. A supportive community can improve their quality of (27) ______.</w:t>
      </w:r>
    </w:p>
    <w:p>
      <w:pPr>
        <w:spacing w:after="0" w:before="0"/>
      </w:pPr>
      <w:r>
        <w:rPr>
          <w:b w:val="0"/>
        </w:rPr>
        <w:t>23.</w:t>
      </w:r>
    </w:p>
    <w:p>
      <w:pPr>
        <w:spacing w:after="0" w:before="0"/>
      </w:pPr>
      <w:r>
        <w:rPr>
          <w:b w:val="0"/>
        </w:rPr>
        <w:t>A. facilities     B. difficulties     C. exercises     D. memories</w:t>
      </w:r>
    </w:p>
    <w:p>
      <w:pPr>
        <w:spacing w:after="0" w:before="0"/>
      </w:pPr>
      <w:r>
        <w:rPr>
          <w:b w:val="0"/>
        </w:rPr>
        <w:t>24.</w:t>
      </w:r>
    </w:p>
    <w:p>
      <w:pPr>
        <w:spacing w:after="0" w:before="0"/>
      </w:pPr>
      <w:r>
        <w:rPr>
          <w:b w:val="0"/>
        </w:rPr>
        <w:t>A. in     B. on     C. at     D. to</w:t>
      </w:r>
    </w:p>
    <w:p>
      <w:pPr>
        <w:spacing w:after="0" w:before="0"/>
      </w:pPr>
      <w:r>
        <w:rPr>
          <w:b w:val="0"/>
        </w:rPr>
        <w:t>25.</w:t>
      </w:r>
    </w:p>
    <w:p>
      <w:pPr>
        <w:spacing w:after="0" w:before="0"/>
      </w:pPr>
      <w:r>
        <w:rPr>
          <w:b w:val="0"/>
        </w:rPr>
        <w:t>A. possible     B. possibly     C. possibility     D. impossible</w:t>
      </w:r>
    </w:p>
    <w:p>
      <w:pPr>
        <w:spacing w:after="0" w:before="0"/>
      </w:pPr>
      <w:r>
        <w:rPr>
          <w:b w:val="0"/>
        </w:rPr>
        <w:t>26.</w:t>
      </w:r>
    </w:p>
    <w:p>
      <w:pPr>
        <w:spacing w:after="0" w:before="0"/>
      </w:pPr>
      <w:r>
        <w:rPr>
          <w:b w:val="0"/>
        </w:rPr>
        <w:t>A. so that     B. although     C. unless     D. whereas</w:t>
      </w:r>
    </w:p>
    <w:p>
      <w:pPr>
        <w:spacing w:after="0" w:before="0"/>
      </w:pPr>
      <w:r>
        <w:rPr>
          <w:b w:val="0"/>
        </w:rPr>
        <w:t>27.</w:t>
      </w:r>
    </w:p>
    <w:p>
      <w:pPr>
        <w:spacing w:after="0" w:before="0"/>
      </w:pPr>
      <w:r>
        <w:rPr>
          <w:b w:val="0"/>
        </w:rPr>
        <w:t>A. living     B. alive     C. life     D. lively</w:t>
      </w:r>
    </w:p>
    <w:p>
      <w:pPr>
        <w:spacing w:after="0" w:before="0"/>
      </w:pPr>
      <w:r>
        <w:rPr>
          <w:b/>
        </w:rPr>
        <w:t>Task 2. Read the passage and choose the best answer. (1.25 points)</w:t>
      </w:r>
    </w:p>
    <w:p>
      <w:pPr>
        <w:spacing w:after="0" w:before="0"/>
      </w:pPr>
      <w:r>
        <w:rPr>
          <w:b w:val="0"/>
        </w:rPr>
        <w:t>Every summer, a group of secondary school students helps at the River Festival in their hometown. This year, An worked at the information desk near the main bridge. He handed out maps and answered visitors’ questions about local food stalls and craft displays. His friend Trang guided small groups to the traditional boat exhibition. The volunteers attended a training session one week before the festival so they knew how to help safely. The event lasted two days and attracted many families from nearby towns. An was tired at the end, but he was proud to contribute to his community. Next summer he hopes to help organise activities for children.</w:t>
      </w:r>
    </w:p>
    <w:p>
      <w:pPr>
        <w:spacing w:after="0" w:before="0"/>
      </w:pPr>
      <w:r>
        <w:rPr>
          <w:b w:val="0"/>
        </w:rPr>
        <w:t>28. Where did An work?</w:t>
      </w:r>
    </w:p>
    <w:p>
      <w:pPr>
        <w:spacing w:after="0" w:before="0"/>
      </w:pPr>
      <w:r>
        <w:rPr>
          <w:b w:val="0"/>
        </w:rPr>
        <w:t>A. At the information desk     B. At a hotel     C. At a hospital     D. At a bus depot</w:t>
      </w:r>
    </w:p>
    <w:p>
      <w:pPr>
        <w:spacing w:after="0" w:before="0"/>
      </w:pPr>
      <w:r>
        <w:rPr>
          <w:b w:val="0"/>
        </w:rPr>
        <w:t>29. What did An give visitors?</w:t>
      </w:r>
    </w:p>
    <w:p>
      <w:pPr>
        <w:spacing w:after="0" w:before="0"/>
      </w:pPr>
      <w:r>
        <w:rPr>
          <w:b w:val="0"/>
        </w:rPr>
        <w:t>A. Tickets to a cinema     B. Maps     C. Free bicycles     D. Textbooks</w:t>
      </w:r>
    </w:p>
    <w:p>
      <w:pPr>
        <w:spacing w:after="0" w:before="0"/>
      </w:pPr>
      <w:r>
        <w:rPr>
          <w:b w:val="0"/>
        </w:rPr>
        <w:t>30. What did Trang show visitors?</w:t>
      </w:r>
    </w:p>
    <w:p>
      <w:pPr>
        <w:spacing w:after="0" w:before="0"/>
      </w:pPr>
      <w:r>
        <w:rPr>
          <w:b w:val="0"/>
        </w:rPr>
        <w:t>A. A pottery kiln     B. A city park     C. A boat exhibition     D. A school library</w:t>
      </w:r>
    </w:p>
    <w:p>
      <w:pPr>
        <w:spacing w:after="0" w:before="0"/>
      </w:pPr>
      <w:r>
        <w:rPr>
          <w:b w:val="0"/>
        </w:rPr>
        <w:t>31. When was the training session?</w:t>
      </w:r>
    </w:p>
    <w:p>
      <w:pPr>
        <w:spacing w:after="0" w:before="0"/>
      </w:pPr>
      <w:r>
        <w:rPr>
          <w:b w:val="0"/>
        </w:rPr>
        <w:t>A. After the festival     B. One month later     C. On the final day     D. One week before the festival</w:t>
      </w:r>
    </w:p>
    <w:p>
      <w:pPr>
        <w:spacing w:after="0" w:before="0"/>
      </w:pPr>
      <w:r>
        <w:rPr>
          <w:b w:val="0"/>
        </w:rPr>
        <w:t>32. What does An hope to do next summer?</w:t>
      </w:r>
    </w:p>
    <w:p>
      <w:pPr>
        <w:spacing w:after="0" w:before="0"/>
      </w:pPr>
      <w:r>
        <w:rPr>
          <w:b w:val="0"/>
        </w:rPr>
        <w:t>A. Move to another town     B. Organise activities for children     C. Stop volunteering     D. Open a food stall</w:t>
      </w:r>
    </w:p>
    <w:p>
      <w:pPr>
        <w:spacing w:after="0" w:before="0"/>
      </w:pPr>
      <w:r>
        <w:rPr>
          <w:b/>
        </w:rPr>
        <w:t>V. WRITING (2.0 points)</w:t>
      </w:r>
    </w:p>
    <w:p>
      <w:pPr>
        <w:spacing w:after="0" w:before="0"/>
      </w:pPr>
      <w:r>
        <w:rPr>
          <w:b/>
        </w:rPr>
        <w:t>Task 1. Choose the sentence that has the same meaning as the original sentence or best combines the two sentences. (0.5 point)</w:t>
      </w:r>
    </w:p>
    <w:p>
      <w:pPr>
        <w:spacing w:after="0" w:before="0"/>
      </w:pPr>
      <w:r>
        <w:rPr>
          <w:b w:val="0"/>
        </w:rPr>
        <w:t>33. I do not know how to make traditional kites.</w:t>
      </w:r>
    </w:p>
    <w:p>
      <w:pPr>
        <w:spacing w:after="0" w:before="0"/>
      </w:pPr>
      <w:r>
        <w:rPr>
          <w:b w:val="0"/>
        </w:rPr>
        <w:t>A. I wish I know how to make traditional kites.     B. I wish I knew how to make traditional kites.     C. I wish I will know how to make traditional kites.     D. I wish I have known how to make traditional kites.</w:t>
      </w:r>
    </w:p>
    <w:p>
      <w:pPr>
        <w:spacing w:after="0" w:before="0"/>
      </w:pPr>
      <w:r>
        <w:rPr>
          <w:b w:val="0"/>
        </w:rPr>
        <w:t>34. You spend more time online. You sleep less.</w:t>
      </w:r>
    </w:p>
    <w:p>
      <w:pPr>
        <w:spacing w:after="0" w:before="0"/>
      </w:pPr>
      <w:r>
        <w:rPr>
          <w:b w:val="0"/>
        </w:rPr>
        <w:t>A. The most time you spend online, the less you sleep.     B. The more time you spend online, the less you sleep.     C. The more time you spend online, the fewer you sleep.     D. The more you spend online, less sleep.</w:t>
      </w:r>
    </w:p>
    <w:p>
      <w:pPr>
        <w:spacing w:after="0" w:before="0"/>
      </w:pPr>
      <w:r>
        <w:rPr>
          <w:b/>
        </w:rPr>
        <w:t>Task 2. Write a paragraph of about 80 words. (1.5 points)</w:t>
      </w:r>
    </w:p>
    <w:p>
      <w:pPr>
        <w:spacing w:after="0" w:before="0"/>
      </w:pPr>
      <w:r>
        <w:rPr>
          <w:b w:val="0"/>
        </w:rPr>
        <w:t>Write about a community activity you would like to take part in and explain why.</w:t>
      </w:r>
    </w:p>
    <w:p>
      <w:pPr>
        <w:spacing w:after="0" w:before="0"/>
      </w:pPr>
      <w:r>
        <w:rPr>
          <w:b w:val="0"/>
        </w:rPr>
        <w:t>You may give reasons, examples and your own opinion.</w:t>
      </w:r>
    </w:p>
    <w:p>
      <w:pPr>
        <w:spacing w:after="0" w:before="0"/>
      </w:pPr>
      <w:r>
        <w:rPr>
          <w:b w:val="0"/>
        </w:rPr>
        <w:t>...................................................................................................................................</w:t>
      </w:r>
    </w:p>
    <w:p>
      <w:pPr>
        <w:spacing w:after="0" w:before="0"/>
      </w:pPr>
      <w:r>
        <w:rPr>
          <w:b w:val="0"/>
        </w:rPr>
        <w:t>...................................................................................................................................</w:t>
      </w:r>
    </w:p>
    <w:p>
      <w:pPr>
        <w:spacing w:after="0" w:before="0"/>
      </w:pPr>
      <w:r>
        <w:rPr>
          <w:b w:val="0"/>
        </w:rPr>
        <w:t>...................................................................................................................................</w:t>
      </w:r>
    </w:p>
    <w:p>
      <w:pPr>
        <w:spacing w:after="0" w:before="0"/>
      </w:pPr>
      <w:r>
        <w:rPr>
          <w:b w:val="0"/>
        </w:rPr>
        <w:t>...................................................................................................................................</w:t>
      </w:r>
    </w:p>
    <w:p>
      <w:pPr>
        <w:spacing w:after="0" w:before="0"/>
      </w:pPr>
      <w:r>
        <w:rPr>
          <w:b w:val="0"/>
        </w:rPr>
        <w:t>...................................................................................................................................</w:t>
      </w:r>
    </w:p>
    <w:p>
      <w:pPr>
        <w:spacing w:after="0" w:before="0"/>
      </w:pPr>
      <w:r>
        <w:rPr>
          <w:b w:val="0"/>
        </w:rPr>
        <w:t>...................................................................................................................................</w:t>
      </w:r>
    </w:p>
    <w:p>
      <w:pPr>
        <w:spacing w:after="0" w:before="0"/>
      </w:pPr>
      <w:r>
        <w:rPr>
          <w:b w:val="0"/>
        </w:rPr>
        <w:t>...................................................................................................................................</w:t>
      </w:r>
    </w:p>
    <w:p>
      <w:pPr>
        <w:spacing w:after="0" w:before="0"/>
      </w:pPr>
      <w:r>
        <w:rPr>
          <w:b w:val="0"/>
        </w:rPr>
        <w:t>...................................................................................................................................</w:t>
      </w:r>
    </w:p>
    <w:p>
      <w:pPr>
        <w:spacing w:after="0" w:before="0"/>
      </w:pPr>
      <w:r>
        <w:rPr>
          <w:b w:val="0"/>
        </w:rPr>
        <w:t>...................................................................................................................................</w:t>
      </w:r>
    </w:p>
    <w:p>
      <w:pPr>
        <w:spacing w:after="0" w:before="0"/>
        <w:jc w:val="center"/>
      </w:pPr>
      <w:r>
        <w:rPr>
          <w:b/>
        </w:rPr>
        <w:t>THE END</w:t>
      </w:r>
    </w:p>
    <w:sectPr w:rsidR="00FC693F" w:rsidRPr="0006063C" w:rsidSect="00034616">
      <w:pgSz w:w="12240" w:h="15840"/>
      <w:pgMar w:top="907" w:right="96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7"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9">
    <w:name w:val="Title9"/>
  </w:style>
  <w:style w:type="paragraph" w:customStyle="1" w:styleId="Section9">
    <w:name w:val="Section9"/>
    <w:rPr>
      <w:b/>
      <w:sz w:val="23"/>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