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700"/>
        <w:gridCol w:w="8674"/>
      </w:tblGrid>
      <w:tr>
        <w:tc>
          <w:tcPr>
            <w:tcW w:type="dxa" w:w="1700"/>
            <w:tcMar>
              <w:top w:w="50" w:type="dxa"/>
              <w:start w:w="70" w:type="dxa"/>
              <w:bottom w:w="50" w:type="dxa"/>
              <w:end w:w="70" w:type="dxa"/>
            </w:tcMar>
            <w:shd w:fill="C00000"/>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FFFFFF"/>
                <w:sz w:val="34"/>
              </w:rPr>
              <w:t>UNIT 10</w:t>
            </w:r>
          </w:p>
        </w:tc>
        <w:tc>
          <w:tcPr>
            <w:tcW w:type="dxa" w:w="8674"/>
            <w:tcMar>
              <w:top w:w="50" w:type="dxa"/>
              <w:start w:w="70" w:type="dxa"/>
              <w:bottom w:w="50" w:type="dxa"/>
              <w:end w:w="70" w:type="dxa"/>
            </w:tcMar>
            <w:shd w:fill="FCE8E6"/>
            <w:tcBorders>
              <w:top w:val="single" w:sz="18" w:color="C00000"/>
              <w:left w:val="single" w:sz="18" w:color="C00000"/>
              <w:bottom w:val="single" w:sz="18" w:color="C00000"/>
              <w:right w:val="single" w:sz="18" w:color="C00000"/>
            </w:tcBorders>
            <w:vAlign w:val="center"/>
          </w:tcPr>
          <w:p>
            <w:pPr>
              <w:spacing w:before="100" w:after="100"/>
              <w:jc w:val="center"/>
            </w:pPr>
            <w:r>
              <w:rPr>
                <w:rFonts w:ascii="Arial" w:hAnsi="Arial" w:eastAsia="Arial"/>
                <w:b/>
                <w:color w:val="C00000"/>
                <w:sz w:val="36"/>
              </w:rPr>
              <w:t>OUR HOUSES IN THE FUTURE</w:t>
            </w:r>
          </w:p>
        </w:tc>
      </w:tr>
    </w:tbl>
    <w:p>
      <w:pPr>
        <w:keepNext/>
        <w:keepLines/>
        <w:spacing w:before="80" w:after="40"/>
      </w:pPr>
      <w:r>
        <w:rPr>
          <w:rFonts w:ascii="Times New Roman" w:hAnsi="Times New Roman" w:eastAsia="Times New Roman"/>
          <w:b/>
          <w:color w:val="1254B7"/>
          <w:sz w:val="26"/>
        </w:rPr>
        <w:t>❖  A. VOCABULARY</w:t>
      </w:r>
    </w:p>
    <w:tbl>
      <w:tblPr>
        <w:tblW w:type="auto" w:w="0"/>
        <w:jc w:val="center"/>
        <w:tblLayout w:type="fixed"/>
        <w:tblLook w:firstColumn="1" w:firstRow="1" w:lastColumn="0" w:lastRow="0" w:noHBand="0" w:noVBand="1" w:val="04A0"/>
      </w:tblPr>
      <w:tblGrid>
        <w:gridCol w:w="623"/>
        <w:gridCol w:w="2551"/>
        <w:gridCol w:w="1020"/>
        <w:gridCol w:w="2324"/>
        <w:gridCol w:w="3855"/>
      </w:tblGrid>
      <w:tr>
        <w:trPr>
          <w:tblHeader w:val="true"/>
        </w:trPr>
        <w:tc>
          <w:tcPr>
            <w:tcW w:type="dxa" w:w="623"/>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No.</w:t>
            </w:r>
          </w:p>
        </w:tc>
        <w:tc>
          <w:tcPr>
            <w:tcW w:type="dxa" w:w="2551"/>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Word / Phrase</w:t>
            </w:r>
          </w:p>
        </w:tc>
        <w:tc>
          <w:tcPr>
            <w:tcW w:type="dxa" w:w="1020"/>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Type</w:t>
            </w:r>
          </w:p>
        </w:tc>
        <w:tc>
          <w:tcPr>
            <w:tcW w:type="dxa" w:w="2324"/>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IPA</w:t>
            </w:r>
          </w:p>
        </w:tc>
        <w:tc>
          <w:tcPr>
            <w:tcW w:type="dxa" w:w="3855"/>
            <w:tcMar>
              <w:top w:w="50" w:type="dxa"/>
              <w:start w:w="70" w:type="dxa"/>
              <w:bottom w:w="50" w:type="dxa"/>
              <w:end w:w="70" w:type="dxa"/>
            </w:tcMar>
            <w:shd w:fill="F4513C"/>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b/>
                <w:color w:val="FFFFFF"/>
                <w:sz w:val="21"/>
              </w:rPr>
              <w:t>Meaning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appliance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/əˈplaɪəns/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thiết bị</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automatic</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/ˌɔːtəˈmætɪk/</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tự động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comfortable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/ˈkʌmftəbl/</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thoải mái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cottage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/ˈkɒtɪdʒ/</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nhà tranh, nhà nhỏ</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electricity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/ɪˌlekˈtrɪsəti/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điện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environment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/ɪnˈvaɪrənmənt/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môi trường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fridge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/frɪdʒ/</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tủ lạnh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future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/ˈfjuːtʃə(r)/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tương lai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helicopter</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/ˈhelɪkɒptə(r)/</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trực thăng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hi-tech</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/ˌhaɪ ˈtek/</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công nghệ cao</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houseboat</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/ˈhaʊsbəʊt/</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nhà nổi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location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/ləʊˈkeɪʃn/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vị trí</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motorhome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/ˈməʊtəhəʊm/</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nhà xe lưu động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ocean</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/ˈəʊʃn/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đại dương</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palace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/ˈpæləs/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cung điện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16</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roof</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/ruːf/</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mái nhà</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17</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smart TV</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/ˌsmɑːt ˌtiː ˈviː/</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ti vi thông minh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18</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solar energy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/ˈsəʊlə ˈenədʒi/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năng lượng mặt trời</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19</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space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/speɪs/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không gian, vũ trụ</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20</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surround</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(v)</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/səˈraʊnd/</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bao quanh</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21</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technology</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/tekˈnɒlədʒi/</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công nghệ</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22</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under the sea</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/ˌʌndə ðə ˈsiː/</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dưới biển</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23</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wireless</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(adj)</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/ˈwaɪələs/</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không dây</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24</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washing machine</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 phr)</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/ˈwɒʃɪŋ məˌʃiːn/</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máy giặt</w:t>
            </w:r>
          </w:p>
        </w:tc>
      </w:tr>
      <w:tr>
        <w:trPr>
          <w:cantSplit/>
        </w:trPr>
        <w:tc>
          <w:tcPr>
            <w:tcW w:type="dxa" w:w="623"/>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25</w:t>
            </w:r>
          </w:p>
        </w:tc>
        <w:tc>
          <w:tcPr>
            <w:tcW w:type="dxa" w:w="2551"/>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view</w:t>
            </w:r>
          </w:p>
        </w:tc>
        <w:tc>
          <w:tcPr>
            <w:tcW w:type="dxa" w:w="1020"/>
            <w:tcBorders>
              <w:top w:val="single" w:sz="6" w:color="F4513C"/>
              <w:left w:val="single" w:sz="6" w:color="F4513C"/>
              <w:bottom w:val="single" w:sz="6" w:color="F4513C"/>
              <w:right w:val="single" w:sz="6" w:color="F4513C"/>
            </w:tcBorders>
          </w:tcPr>
          <w:p>
            <w:pPr>
              <w:jc w:val="center"/>
            </w:pPr>
            <w:r>
              <w:rPr>
                <w:rFonts w:ascii="Times New Roman" w:hAnsi="Times New Roman" w:eastAsia="Times New Roman"/>
                <w:color w:val="000000"/>
                <w:sz w:val="19"/>
              </w:rPr>
              <w:t>(n)</w:t>
            </w:r>
          </w:p>
        </w:tc>
        <w:tc>
          <w:tcPr>
            <w:tcW w:type="dxa" w:w="2324"/>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/vjuː/</w:t>
            </w:r>
          </w:p>
        </w:tc>
        <w:tc>
          <w:tcPr>
            <w:tcW w:type="dxa" w:w="3855"/>
            <w:tcBorders>
              <w:top w:val="single" w:sz="6" w:color="F4513C"/>
              <w:left w:val="single" w:sz="6" w:color="F4513C"/>
              <w:bottom w:val="single" w:sz="6" w:color="F4513C"/>
              <w:right w:val="single" w:sz="6" w:color="F4513C"/>
            </w:tcBorders>
          </w:tcPr>
          <w:p>
            <w:pPr>
              <w:jc w:val="left"/>
            </w:pPr>
            <w:r>
              <w:rPr>
                <w:rFonts w:ascii="Times New Roman" w:hAnsi="Times New Roman" w:eastAsia="Times New Roman"/>
                <w:color w:val="000000"/>
                <w:sz w:val="19"/>
              </w:rPr>
              <w:t>quang cảnh</w:t>
            </w:r>
          </w:p>
        </w:tc>
      </w:tr>
    </w:tbl>
    <w:p>
      <w:pPr>
        <w:keepNext/>
        <w:keepLines/>
        <w:spacing w:before="80" w:after="40"/>
      </w:pPr>
      <w:r>
        <w:rPr>
          <w:rFonts w:ascii="Times New Roman" w:hAnsi="Times New Roman" w:eastAsia="Times New Roman"/>
          <w:b/>
          <w:color w:val="1254B7"/>
          <w:sz w:val="26"/>
        </w:rPr>
        <w:t>❖  B. WORD FORM</w:t>
      </w:r>
    </w:p>
    <w:tbl>
      <w:tblPr>
        <w:tblW w:type="auto" w:w="0"/>
        <w:jc w:val="center"/>
        <w:tblLayout w:type="fixed"/>
        <w:tblLook w:firstColumn="1" w:firstRow="1" w:lastColumn="0" w:lastRow="0" w:noHBand="0" w:noVBand="1" w:val="04A0"/>
      </w:tblPr>
      <w:tblGrid>
        <w:gridCol w:w="5187"/>
        <w:gridCol w:w="5187"/>
      </w:tblGrid>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1. </w:t>
            </w:r>
            <w:r>
              <w:rPr>
                <w:rFonts w:ascii="Times New Roman" w:hAnsi="Times New Roman" w:eastAsia="Times New Roman"/>
                <w:color w:val="000000"/>
                <w:sz w:val="20"/>
              </w:rPr>
              <w:t>comfort (n/v): sự thoải mái; comfortable (adj); uncomfortable (adj); comfortably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2. </w:t>
            </w:r>
            <w:r>
              <w:rPr>
                <w:rFonts w:ascii="Times New Roman" w:hAnsi="Times New Roman" w:eastAsia="Times New Roman"/>
                <w:color w:val="000000"/>
                <w:sz w:val="20"/>
              </w:rPr>
              <w:t>automate (v): tự động hóa; automation (n); automatic (adj); automatically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3. </w:t>
            </w:r>
            <w:r>
              <w:rPr>
                <w:rFonts w:ascii="Times New Roman" w:hAnsi="Times New Roman" w:eastAsia="Times New Roman"/>
                <w:color w:val="000000"/>
                <w:sz w:val="20"/>
              </w:rPr>
              <w:t>wire (n/v): dây điện; wired (adj); wireless (adj): không dây; wirelessly (adv)</w:t>
            </w:r>
          </w:p>
        </w:tc>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4. </w:t>
            </w:r>
            <w:r>
              <w:rPr>
                <w:rFonts w:ascii="Times New Roman" w:hAnsi="Times New Roman" w:eastAsia="Times New Roman"/>
                <w:color w:val="000000"/>
                <w:sz w:val="20"/>
              </w:rPr>
              <w:t>environment (n): môi trường; environmental (adj); environmentally (adv)</w:t>
            </w:r>
          </w:p>
        </w:tc>
      </w:tr>
      <w:tr>
        <w:tc>
          <w:tcPr>
            <w:tcW w:type="dxa" w:w="5187"/>
            <w:tcMar>
              <w:top w:w="50" w:type="dxa"/>
              <w:start w:w="70" w:type="dxa"/>
              <w:bottom w:w="50" w:type="dxa"/>
              <w:end w:w="70" w:type="dxa"/>
            </w:tcMar>
            <w:tcBorders>
              <w:top w:val="single" w:sz="6" w:color="F4513C"/>
              <w:left w:val="single" w:sz="6" w:color="F4513C"/>
              <w:bottom w:val="single" w:sz="6" w:color="F4513C"/>
              <w:right w:val="single" w:sz="6" w:color="F4513C"/>
            </w:tcBorders>
          </w:tcPr>
          <w:p>
            <w:pPr>
              <w:spacing w:after="0"/>
            </w:pPr>
            <w:r>
              <w:rPr>
                <w:rFonts w:ascii="Times New Roman" w:hAnsi="Times New Roman" w:eastAsia="Times New Roman"/>
                <w:b/>
                <w:color w:val="000000"/>
                <w:sz w:val="20"/>
              </w:rPr>
              <w:t xml:space="preserve">5. </w:t>
            </w:r>
            <w:r>
              <w:rPr>
                <w:rFonts w:ascii="Times New Roman" w:hAnsi="Times New Roman" w:eastAsia="Times New Roman"/>
                <w:color w:val="000000"/>
                <w:sz w:val="20"/>
              </w:rPr>
              <w:t>technology (n): công nghệ; technological (adj); technologically (adv); technician (n)</w:t>
            </w:r>
          </w:p>
        </w:tc>
        <w:tc>
          <w:tcPr>
            <w:tcW w:type="dxa" w:w="5187"/>
            <w:tcMar>
              <w:top w:w="50" w:type="dxa"/>
              <w:start w:w="70" w:type="dxa"/>
              <w:bottom w:w="50" w:type="dxa"/>
              <w:end w:w="70" w:type="dxa"/>
            </w:tcMar>
          </w:tcPr>
          <w:p/>
        </w:tc>
      </w:tr>
    </w:tbl>
    <w:p>
      <w:pPr>
        <w:keepNext/>
        <w:keepLines/>
        <w:spacing w:before="80" w:after="40"/>
      </w:pPr>
      <w:r>
        <w:rPr>
          <w:rFonts w:ascii="Times New Roman" w:hAnsi="Times New Roman" w:eastAsia="Times New Roman"/>
          <w:b/>
          <w:color w:val="1254B7"/>
          <w:sz w:val="26"/>
        </w:rPr>
        <w:t>❖  C. GRAMMAR</w:t>
      </w:r>
    </w:p>
    <w:p>
      <w:pPr>
        <w:keepNext/>
        <w:keepLines/>
        <w:spacing w:before="60" w:after="20"/>
      </w:pPr>
      <w:r>
        <w:rPr>
          <w:rFonts w:ascii="Times New Roman" w:hAnsi="Times New Roman" w:eastAsia="Times New Roman"/>
          <w:b/>
          <w:color w:val="1254B7"/>
          <w:sz w:val="23"/>
        </w:rPr>
        <w:t>1. Future simple with will</w:t>
      </w:r>
    </w:p>
    <w:p>
      <w:pPr>
        <w:spacing w:after="0"/>
        <w:ind w:left="227" w:hanging="170"/>
      </w:pPr>
      <w:r>
        <w:rPr>
          <w:rFonts w:ascii="Times New Roman" w:hAnsi="Times New Roman" w:eastAsia="Times New Roman"/>
          <w:color w:val="000000"/>
          <w:sz w:val="20"/>
        </w:rPr>
        <w:t>• Dùng will để dự đoán, quyết định tức thời, lời hứa hoặc lời đề nghị về tương lai.</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 S + will + V.   (-) S + won't + V.   (?) Will + S + V?</w:t>
            </w:r>
          </w:p>
        </w:tc>
      </w:tr>
    </w:tbl>
    <w:p>
      <w:pPr>
        <w:keepNext/>
        <w:keepLines/>
        <w:spacing w:before="60" w:after="20"/>
      </w:pPr>
      <w:r>
        <w:rPr>
          <w:rFonts w:ascii="Times New Roman" w:hAnsi="Times New Roman" w:eastAsia="Times New Roman"/>
          <w:b/>
          <w:color w:val="1254B7"/>
          <w:sz w:val="23"/>
        </w:rPr>
        <w:t>2. Might for future possibility</w:t>
      </w:r>
    </w:p>
    <w:p>
      <w:pPr>
        <w:spacing w:after="0"/>
        <w:ind w:left="227" w:hanging="170"/>
      </w:pPr>
      <w:r>
        <w:rPr>
          <w:rFonts w:ascii="Times New Roman" w:hAnsi="Times New Roman" w:eastAsia="Times New Roman"/>
          <w:color w:val="000000"/>
          <w:sz w:val="20"/>
        </w:rPr>
        <w:t>• Dùng might + V để nói một việc có thể xảy ra nhưng chưa chắc chắn trong tương lai.</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shd w:fill="F2F2F2"/>
            <w:tcBorders>
              <w:top w:val="single" w:sz="8" w:color="1254B7"/>
              <w:left w:val="single" w:sz="8" w:color="1254B7"/>
              <w:bottom w:val="single" w:sz="8" w:color="1254B7"/>
              <w:right w:val="single" w:sz="8" w:color="1254B7"/>
            </w:tcBorders>
          </w:tcPr>
          <w:p>
            <w:pPr>
              <w:jc w:val="center"/>
            </w:pPr>
            <w:r>
              <w:rPr>
                <w:rFonts w:ascii="Times New Roman" w:hAnsi="Times New Roman" w:eastAsia="Times New Roman"/>
                <w:b/>
                <w:color w:val="1254B7"/>
                <w:sz w:val="21"/>
              </w:rPr>
              <w:t>S + might / might not + V-inf.</w:t>
            </w:r>
          </w:p>
        </w:tc>
      </w:tr>
    </w:tbl>
    <w:p>
      <w:r>
        <w:br w:type="page"/>
      </w:r>
    </w:p>
    <w:p>
      <w:pPr>
        <w:keepNext/>
        <w:keepLines/>
        <w:spacing w:before="80" w:after="40"/>
      </w:pPr>
      <w:r>
        <w:rPr>
          <w:rFonts w:ascii="Times New Roman" w:hAnsi="Times New Roman" w:eastAsia="Times New Roman"/>
          <w:b/>
          <w:color w:val="1254B7"/>
          <w:sz w:val="26"/>
        </w:rPr>
        <w:t>❖  EXERCISES</w:t>
      </w:r>
    </w:p>
    <w:p>
      <w:pPr>
        <w:keepNext/>
        <w:keepLines/>
        <w:spacing w:before="80" w:after="40"/>
      </w:pPr>
      <w:r>
        <w:rPr>
          <w:rFonts w:ascii="Times New Roman" w:hAnsi="Times New Roman" w:eastAsia="Times New Roman"/>
          <w:b/>
          <w:color w:val="1254B7"/>
          <w:sz w:val="26"/>
        </w:rPr>
        <w:t>❖  PHONETICS</w:t>
      </w:r>
    </w:p>
    <w:p>
      <w:pPr>
        <w:keepNext/>
        <w:keepLines/>
        <w:spacing w:before="40" w:after="20"/>
      </w:pPr>
      <w:r>
        <w:rPr>
          <w:rFonts w:ascii="Times New Roman" w:hAnsi="Times New Roman" w:eastAsia="Times New Roman"/>
          <w:b/>
          <w:color w:val="1254B7"/>
          <w:sz w:val="22"/>
        </w:rPr>
        <w:t>Exercise 1: Choose the word whose main stress is placed differently.</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picture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village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machine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houseboat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wireless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appliance</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cottage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ocean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surround</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motor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helicopter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technology</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family</w:t>
            </w:r>
          </w:p>
        </w:tc>
      </w:tr>
    </w:tbl>
    <w:p>
      <w:pPr>
        <w:spacing w:after="0"/>
        <w:ind w:left="0" w:firstLine="0"/>
      </w:pPr>
      <w:r>
        <w:rPr>
          <w:rFonts w:ascii="Times New Roman" w:hAnsi="Times New Roman" w:eastAsia="Times New Roman"/>
          <w:b w:val="0"/>
          <w:i w:val="0"/>
          <w:color w:val="000000"/>
          <w:sz w:val="21"/>
        </w:rPr>
        <w:t xml:space="preserve">6.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washing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living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machine</w:t>
            </w:r>
          </w:p>
        </w:tc>
      </w:tr>
    </w:tbl>
    <w:p>
      <w:pPr>
        <w:spacing w:after="0"/>
        <w:ind w:left="0" w:firstLine="0"/>
      </w:pPr>
      <w:r>
        <w:rPr>
          <w:rFonts w:ascii="Times New Roman" w:hAnsi="Times New Roman" w:eastAsia="Times New Roman"/>
          <w:b w:val="0"/>
          <w:i w:val="0"/>
          <w:color w:val="000000"/>
          <w:sz w:val="21"/>
        </w:rPr>
        <w:t xml:space="preserve">7.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location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apartment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wireless</w:t>
            </w:r>
          </w:p>
        </w:tc>
      </w:tr>
    </w:tbl>
    <w:p>
      <w:pPr>
        <w:spacing w:after="0"/>
        <w:ind w:left="0" w:firstLine="0"/>
      </w:pPr>
      <w:r>
        <w:rPr>
          <w:rFonts w:ascii="Times New Roman" w:hAnsi="Times New Roman" w:eastAsia="Times New Roman"/>
          <w:b w:val="0"/>
          <w:i w:val="0"/>
          <w:color w:val="000000"/>
          <w:sz w:val="21"/>
        </w:rPr>
        <w:t xml:space="preserve">8.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garden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bedroom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kitchen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device</w:t>
            </w:r>
          </w:p>
        </w:tc>
      </w:tr>
    </w:tbl>
    <w:p>
      <w:pPr>
        <w:spacing w:after="0"/>
        <w:ind w:left="0" w:firstLine="0"/>
      </w:pPr>
      <w:r>
        <w:rPr>
          <w:rFonts w:ascii="Times New Roman" w:hAnsi="Times New Roman" w:eastAsia="Times New Roman"/>
          <w:b w:val="0"/>
          <w:i w:val="0"/>
          <w:color w:val="000000"/>
          <w:sz w:val="21"/>
        </w:rPr>
        <w:t xml:space="preserve">9.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energy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furniture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computer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control</w:t>
            </w:r>
          </w:p>
        </w:tc>
      </w:tr>
    </w:tbl>
    <w:p>
      <w:pPr>
        <w:spacing w:after="0"/>
        <w:ind w:left="0" w:firstLine="0"/>
      </w:pPr>
      <w:r>
        <w:rPr>
          <w:rFonts w:ascii="Times New Roman" w:hAnsi="Times New Roman" w:eastAsia="Times New Roman"/>
          <w:b w:val="0"/>
          <w:i w:val="0"/>
          <w:color w:val="000000"/>
          <w:sz w:val="21"/>
        </w:rPr>
        <w:t xml:space="preserve">10.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mountain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island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countryside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future</w:t>
            </w:r>
          </w:p>
        </w:tc>
      </w:tr>
    </w:tbl>
    <w:p>
      <w:pPr>
        <w:keepNext/>
        <w:keepLines/>
        <w:spacing w:before="40" w:after="20"/>
      </w:pPr>
      <w:r>
        <w:rPr>
          <w:rFonts w:ascii="Times New Roman" w:hAnsi="Times New Roman" w:eastAsia="Times New Roman"/>
          <w:b/>
          <w:color w:val="1254B7"/>
          <w:sz w:val="22"/>
        </w:rPr>
        <w:t>Exercise 2: Mark the letter A, B, C, or D to indicate the word that differs in stress pattern.</w:t>
      </w:r>
    </w:p>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houseboat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motorhome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wireless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appliance</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cottage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surround</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helicopter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technology</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solar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ocean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rooftop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machine</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family</w:t>
            </w:r>
          </w:p>
        </w:tc>
      </w:tr>
    </w:tbl>
    <w:p>
      <w:pPr>
        <w:keepNext/>
        <w:keepLines/>
        <w:spacing w:before="80" w:after="40"/>
      </w:pPr>
      <w:r>
        <w:rPr>
          <w:rFonts w:ascii="Times New Roman" w:hAnsi="Times New Roman" w:eastAsia="Times New Roman"/>
          <w:b/>
          <w:color w:val="1254B7"/>
          <w:sz w:val="26"/>
        </w:rPr>
        <w:t>❖  VOCABULARY AND GRAMMAR</w:t>
      </w:r>
    </w:p>
    <w:p>
      <w:pPr>
        <w:keepNext/>
        <w:keepLines/>
        <w:spacing w:before="40" w:after="20"/>
      </w:pPr>
      <w:r>
        <w:rPr>
          <w:rFonts w:ascii="Times New Roman" w:hAnsi="Times New Roman" w:eastAsia="Times New Roman"/>
          <w:b/>
          <w:color w:val="1254B7"/>
          <w:sz w:val="22"/>
        </w:rPr>
        <w:t>Exercise 3: Mark the letter A, B, C, or D to indicate the correct answer to each question.</w:t>
      </w:r>
    </w:p>
    <w:p>
      <w:pPr>
        <w:spacing w:after="0"/>
        <w:ind w:left="0" w:firstLine="0"/>
      </w:pPr>
      <w:r>
        <w:rPr>
          <w:rFonts w:ascii="Times New Roman" w:hAnsi="Times New Roman" w:eastAsia="Times New Roman"/>
          <w:b w:val="0"/>
          <w:i w:val="0"/>
          <w:color w:val="000000"/>
          <w:sz w:val="21"/>
        </w:rPr>
        <w:t>1. Which word or phrase means 'thiết bị'?</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appliance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cottage</w:t>
            </w:r>
          </w:p>
        </w:tc>
      </w:tr>
    </w:tbl>
    <w:p>
      <w:pPr>
        <w:spacing w:after="0"/>
        <w:ind w:left="0" w:firstLine="0"/>
      </w:pPr>
      <w:r>
        <w:rPr>
          <w:rFonts w:ascii="Times New Roman" w:hAnsi="Times New Roman" w:eastAsia="Times New Roman"/>
          <w:b w:val="0"/>
          <w:i w:val="0"/>
          <w:color w:val="000000"/>
          <w:sz w:val="21"/>
        </w:rPr>
        <w:t>2. Which word or phrase means 'tự động'?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fridge</w:t>
            </w:r>
          </w:p>
        </w:tc>
      </w:tr>
    </w:tbl>
    <w:p>
      <w:pPr>
        <w:spacing w:after="0"/>
        <w:ind w:left="0" w:firstLine="0"/>
      </w:pPr>
      <w:r>
        <w:rPr>
          <w:rFonts w:ascii="Times New Roman" w:hAnsi="Times New Roman" w:eastAsia="Times New Roman"/>
          <w:b w:val="0"/>
          <w:i w:val="0"/>
          <w:color w:val="000000"/>
          <w:sz w:val="21"/>
        </w:rPr>
        <w:t>3. Which word or phrase means 'thoải mái'?</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helicopter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hi-tech</w:t>
            </w:r>
          </w:p>
        </w:tc>
      </w:tr>
    </w:tbl>
    <w:p>
      <w:pPr>
        <w:spacing w:after="0"/>
        <w:ind w:left="0" w:firstLine="0"/>
      </w:pPr>
      <w:r>
        <w:rPr>
          <w:rFonts w:ascii="Times New Roman" w:hAnsi="Times New Roman" w:eastAsia="Times New Roman"/>
          <w:b w:val="0"/>
          <w:i w:val="0"/>
          <w:color w:val="000000"/>
          <w:sz w:val="21"/>
        </w:rPr>
        <w:t>4. Which word or phrase means 'nhà tranh, nhà nhỏ'?</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houseboat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location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motorhome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cottage</w:t>
            </w:r>
          </w:p>
        </w:tc>
      </w:tr>
    </w:tbl>
    <w:p>
      <w:pPr>
        <w:spacing w:after="0"/>
        <w:ind w:left="0" w:firstLine="0"/>
      </w:pPr>
      <w:r>
        <w:rPr>
          <w:rFonts w:ascii="Times New Roman" w:hAnsi="Times New Roman" w:eastAsia="Times New Roman"/>
          <w:b w:val="0"/>
          <w:i w:val="0"/>
          <w:color w:val="000000"/>
          <w:sz w:val="21"/>
        </w:rPr>
        <w:t>5. Which word or phrase means 'điện'?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ocean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roof</w:t>
            </w:r>
          </w:p>
        </w:tc>
      </w:tr>
    </w:tbl>
    <w:p>
      <w:pPr>
        <w:spacing w:after="0"/>
        <w:ind w:left="0" w:firstLine="0"/>
      </w:pPr>
      <w:r>
        <w:rPr>
          <w:rFonts w:ascii="Times New Roman" w:hAnsi="Times New Roman" w:eastAsia="Times New Roman"/>
          <w:b w:val="0"/>
          <w:i w:val="0"/>
          <w:color w:val="000000"/>
          <w:sz w:val="21"/>
        </w:rPr>
        <w:t>6. Which word or phrase means 'môi trường'?</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smart TV</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environment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solar energy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space</w:t>
            </w:r>
          </w:p>
        </w:tc>
      </w:tr>
    </w:tbl>
    <w:p>
      <w:pPr>
        <w:spacing w:after="0"/>
        <w:ind w:left="0" w:firstLine="0"/>
      </w:pPr>
      <w:r>
        <w:rPr>
          <w:rFonts w:ascii="Times New Roman" w:hAnsi="Times New Roman" w:eastAsia="Times New Roman"/>
          <w:b w:val="0"/>
          <w:i w:val="0"/>
          <w:color w:val="000000"/>
          <w:sz w:val="21"/>
        </w:rPr>
        <w:t>7. Which word or phrase means 'tủ lạnh'?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surround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technology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fridge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under the sea</w:t>
            </w:r>
          </w:p>
        </w:tc>
      </w:tr>
    </w:tbl>
    <w:p>
      <w:pPr>
        <w:spacing w:after="0"/>
        <w:ind w:left="0" w:firstLine="0"/>
      </w:pPr>
      <w:r>
        <w:rPr>
          <w:rFonts w:ascii="Times New Roman" w:hAnsi="Times New Roman" w:eastAsia="Times New Roman"/>
          <w:b w:val="0"/>
          <w:i w:val="0"/>
          <w:color w:val="000000"/>
          <w:sz w:val="21"/>
        </w:rPr>
        <w:t>8. A _____ can travel on roads and provide a place to live.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wireless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washing machine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view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motorhome</w:t>
            </w:r>
          </w:p>
        </w:tc>
      </w:tr>
    </w:tbl>
    <w:p>
      <w:pPr>
        <w:spacing w:after="0"/>
        <w:ind w:left="0" w:firstLine="0"/>
      </w:pPr>
      <w:r>
        <w:rPr>
          <w:rFonts w:ascii="Times New Roman" w:hAnsi="Times New Roman" w:eastAsia="Times New Roman"/>
          <w:b w:val="0"/>
          <w:i w:val="0"/>
          <w:color w:val="000000"/>
          <w:sz w:val="21"/>
        </w:rPr>
        <w:t>9. The house will use _____ from panels on the roof.</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solar energy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appliance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comfortable</w:t>
            </w:r>
          </w:p>
        </w:tc>
      </w:tr>
    </w:tbl>
    <w:p>
      <w:pPr>
        <w:spacing w:after="0"/>
        <w:ind w:left="0" w:firstLine="0"/>
      </w:pPr>
      <w:r>
        <w:rPr>
          <w:rFonts w:ascii="Times New Roman" w:hAnsi="Times New Roman" w:eastAsia="Times New Roman"/>
          <w:b w:val="0"/>
          <w:i w:val="0"/>
          <w:color w:val="000000"/>
          <w:sz w:val="21"/>
        </w:rPr>
        <w:t>10. A _____ floats on a river or lake.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cottage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houseboat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environment</w:t>
            </w:r>
          </w:p>
        </w:tc>
      </w:tr>
    </w:tbl>
    <w:p>
      <w:pPr>
        <w:spacing w:after="0"/>
        <w:ind w:left="0" w:firstLine="0"/>
      </w:pPr>
      <w:r>
        <w:rPr>
          <w:rFonts w:ascii="Times New Roman" w:hAnsi="Times New Roman" w:eastAsia="Times New Roman"/>
          <w:b w:val="0"/>
          <w:i w:val="0"/>
          <w:color w:val="000000"/>
          <w:sz w:val="21"/>
        </w:rPr>
        <w:t>11. All the lights will be _____ and turn on by themselves.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future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helicopter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hi-tech</w:t>
            </w:r>
          </w:p>
        </w:tc>
      </w:tr>
    </w:tbl>
    <w:p>
      <w:pPr>
        <w:spacing w:after="0"/>
        <w:ind w:left="0" w:firstLine="0"/>
      </w:pPr>
      <w:r>
        <w:rPr>
          <w:rFonts w:ascii="Times New Roman" w:hAnsi="Times New Roman" w:eastAsia="Times New Roman"/>
          <w:b w:val="0"/>
          <w:i w:val="0"/>
          <w:color w:val="000000"/>
          <w:sz w:val="21"/>
        </w:rPr>
        <w:t>12. We may live _____ in a glass house one day.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hi-tech</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houseboat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under the sea</w:t>
            </w:r>
          </w:p>
        </w:tc>
      </w:tr>
    </w:tbl>
    <w:p>
      <w:pPr>
        <w:spacing w:after="0"/>
        <w:ind w:left="0" w:firstLine="0"/>
      </w:pPr>
      <w:r>
        <w:rPr>
          <w:rFonts w:ascii="Times New Roman" w:hAnsi="Times New Roman" w:eastAsia="Times New Roman"/>
          <w:b w:val="0"/>
          <w:i w:val="0"/>
          <w:color w:val="000000"/>
          <w:sz w:val="21"/>
        </w:rPr>
        <w:t>13. The smart _____ will keep our food fresh.</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fridge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ocean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palace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roof</w:t>
            </w:r>
          </w:p>
        </w:tc>
      </w:tr>
    </w:tbl>
    <w:p>
      <w:pPr>
        <w:spacing w:after="0"/>
        <w:ind w:left="0" w:firstLine="0"/>
      </w:pPr>
      <w:r>
        <w:rPr>
          <w:rFonts w:ascii="Times New Roman" w:hAnsi="Times New Roman" w:eastAsia="Times New Roman"/>
          <w:b w:val="0"/>
          <w:i w:val="0"/>
          <w:color w:val="000000"/>
          <w:sz w:val="21"/>
        </w:rPr>
        <w:t>14. The house has a wonderful sea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roof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view</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smart TV</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solar energy</w:t>
            </w:r>
          </w:p>
        </w:tc>
      </w:tr>
    </w:tbl>
    <w:p>
      <w:pPr>
        <w:spacing w:after="0"/>
        <w:ind w:left="0" w:firstLine="0"/>
      </w:pPr>
      <w:r>
        <w:rPr>
          <w:rFonts w:ascii="Times New Roman" w:hAnsi="Times New Roman" w:eastAsia="Times New Roman"/>
          <w:b w:val="0"/>
          <w:i w:val="0"/>
          <w:color w:val="000000"/>
          <w:sz w:val="21"/>
        </w:rPr>
        <w:t>15. Modern homes may include many hi-tech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surround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technology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appliance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under the sea</w:t>
            </w:r>
          </w:p>
        </w:tc>
      </w:tr>
    </w:tbl>
    <w:p>
      <w:pPr>
        <w:spacing w:after="0"/>
        <w:ind w:left="0" w:firstLine="0"/>
      </w:pPr>
      <w:r>
        <w:rPr>
          <w:rFonts w:ascii="Times New Roman" w:hAnsi="Times New Roman" w:eastAsia="Times New Roman"/>
          <w:b w:val="0"/>
          <w:i w:val="0"/>
          <w:color w:val="000000"/>
          <w:sz w:val="21"/>
        </w:rPr>
        <w:t>16. My future house _____ use solar energy.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w:t>
            </w:r>
          </w:p>
        </w:tc>
      </w:tr>
    </w:tbl>
    <w:p>
      <w:pPr>
        <w:spacing w:after="0"/>
        <w:ind w:left="0" w:firstLine="0"/>
      </w:pPr>
      <w:r>
        <w:rPr>
          <w:rFonts w:ascii="Times New Roman" w:hAnsi="Times New Roman" w:eastAsia="Times New Roman"/>
          <w:b w:val="0"/>
          <w:i w:val="0"/>
          <w:color w:val="000000"/>
          <w:sz w:val="21"/>
        </w:rPr>
        <w:t>17. We _____ live on Mars one day, but I am not sure.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did</w:t>
            </w:r>
          </w:p>
        </w:tc>
      </w:tr>
    </w:tbl>
    <w:p>
      <w:pPr>
        <w:spacing w:after="0"/>
        <w:ind w:left="0" w:firstLine="0"/>
      </w:pPr>
      <w:r>
        <w:rPr>
          <w:rFonts w:ascii="Times New Roman" w:hAnsi="Times New Roman" w:eastAsia="Times New Roman"/>
          <w:b w:val="0"/>
          <w:i w:val="0"/>
          <w:color w:val="000000"/>
          <w:sz w:val="21"/>
        </w:rPr>
        <w:t>18. The robot _____ do all the housework tomorrow.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has</w:t>
            </w:r>
          </w:p>
        </w:tc>
      </w:tr>
    </w:tbl>
    <w:p>
      <w:pPr>
        <w:spacing w:after="0"/>
        <w:ind w:left="0" w:firstLine="0"/>
      </w:pPr>
      <w:r>
        <w:rPr>
          <w:rFonts w:ascii="Times New Roman" w:hAnsi="Times New Roman" w:eastAsia="Times New Roman"/>
          <w:b w:val="0"/>
          <w:i w:val="0"/>
          <w:color w:val="000000"/>
          <w:sz w:val="21"/>
        </w:rPr>
        <w:t>19. _____ your future house have a garden?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w:t>
            </w:r>
          </w:p>
        </w:tc>
      </w:tr>
    </w:tbl>
    <w:p>
      <w:pPr>
        <w:spacing w:after="0"/>
        <w:ind w:left="0" w:firstLine="0"/>
      </w:pPr>
      <w:r>
        <w:rPr>
          <w:rFonts w:ascii="Times New Roman" w:hAnsi="Times New Roman" w:eastAsia="Times New Roman"/>
          <w:b w:val="0"/>
          <w:i w:val="0"/>
          <w:color w:val="000000"/>
          <w:sz w:val="21"/>
        </w:rPr>
        <w:t>20. I think people _____ use keys in smart homes.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aren't</w:t>
            </w:r>
          </w:p>
        </w:tc>
      </w:tr>
    </w:tbl>
    <w:p>
      <w:pPr>
        <w:spacing w:after="0"/>
        <w:ind w:left="0" w:firstLine="0"/>
      </w:pPr>
      <w:r>
        <w:rPr>
          <w:rFonts w:ascii="Times New Roman" w:hAnsi="Times New Roman" w:eastAsia="Times New Roman"/>
          <w:b w:val="0"/>
          <w:i w:val="0"/>
          <w:color w:val="000000"/>
          <w:sz w:val="21"/>
        </w:rPr>
        <w:t>21. She _____ choose a houseboat; she has not decided.</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should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was</w:t>
            </w:r>
          </w:p>
        </w:tc>
      </w:tr>
    </w:tbl>
    <w:p>
      <w:pPr>
        <w:spacing w:after="0"/>
        <w:ind w:left="0" w:firstLine="0"/>
      </w:pPr>
      <w:r>
        <w:rPr>
          <w:rFonts w:ascii="Times New Roman" w:hAnsi="Times New Roman" w:eastAsia="Times New Roman"/>
          <w:b w:val="0"/>
          <w:i w:val="0"/>
          <w:color w:val="000000"/>
          <w:sz w:val="21"/>
        </w:rPr>
        <w:t>22. Will the windows clean themselves? - Yes, they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do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can</w:t>
            </w:r>
          </w:p>
        </w:tc>
      </w:tr>
    </w:tbl>
    <w:p>
      <w:pPr>
        <w:spacing w:after="0"/>
        <w:ind w:left="0" w:firstLine="0"/>
      </w:pPr>
      <w:r>
        <w:rPr>
          <w:rFonts w:ascii="Times New Roman" w:hAnsi="Times New Roman" w:eastAsia="Times New Roman"/>
          <w:b w:val="0"/>
          <w:i w:val="0"/>
          <w:color w:val="000000"/>
          <w:sz w:val="21"/>
        </w:rPr>
        <w:t>23. There _____ be a wireless TV in every room.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might be to</w:t>
            </w:r>
          </w:p>
        </w:tc>
      </w:tr>
    </w:tbl>
    <w:p>
      <w:pPr>
        <w:spacing w:after="0"/>
        <w:ind w:left="0" w:firstLine="0"/>
      </w:pPr>
      <w:r>
        <w:rPr>
          <w:rFonts w:ascii="Times New Roman" w:hAnsi="Times New Roman" w:eastAsia="Times New Roman"/>
          <w:b w:val="0"/>
          <w:i w:val="0"/>
          <w:color w:val="000000"/>
          <w:sz w:val="21"/>
        </w:rPr>
        <w:t>24. My house might _____ by the ocean.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 be</w:t>
            </w:r>
          </w:p>
        </w:tc>
      </w:tr>
    </w:tbl>
    <w:p>
      <w:pPr>
        <w:spacing w:after="0"/>
        <w:ind w:left="0" w:firstLine="0"/>
      </w:pPr>
      <w:r>
        <w:rPr>
          <w:rFonts w:ascii="Times New Roman" w:hAnsi="Times New Roman" w:eastAsia="Times New Roman"/>
          <w:b w:val="0"/>
          <w:i w:val="0"/>
          <w:color w:val="000000"/>
          <w:sz w:val="21"/>
        </w:rPr>
        <w:t>25. We _____ probably have robot helpers.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were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have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w:t>
            </w:r>
          </w:p>
        </w:tc>
      </w:tr>
    </w:tbl>
    <w:p>
      <w:pPr>
        <w:spacing w:after="0"/>
        <w:ind w:left="0" w:firstLine="0"/>
      </w:pPr>
      <w:r>
        <w:rPr>
          <w:rFonts w:ascii="Times New Roman" w:hAnsi="Times New Roman" w:eastAsia="Times New Roman"/>
          <w:b w:val="0"/>
          <w:i w:val="0"/>
          <w:color w:val="000000"/>
          <w:sz w:val="21"/>
        </w:rPr>
        <w:t>26. The kitchen _____ be large because I prefer a small one.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doesn't</w:t>
            </w:r>
          </w:p>
        </w:tc>
      </w:tr>
    </w:tbl>
    <w:p>
      <w:pPr>
        <w:spacing w:after="0"/>
        <w:ind w:left="0" w:firstLine="0"/>
      </w:pPr>
      <w:r>
        <w:rPr>
          <w:rFonts w:ascii="Times New Roman" w:hAnsi="Times New Roman" w:eastAsia="Times New Roman"/>
          <w:b w:val="0"/>
          <w:i w:val="0"/>
          <w:color w:val="000000"/>
          <w:sz w:val="21"/>
        </w:rPr>
        <w:t>27. I promise I _____ help you design the model.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might to</w:t>
            </w:r>
          </w:p>
        </w:tc>
      </w:tr>
    </w:tbl>
    <w:p>
      <w:pPr>
        <w:spacing w:after="0"/>
        <w:ind w:left="0" w:firstLine="0"/>
      </w:pPr>
      <w:r>
        <w:rPr>
          <w:rFonts w:ascii="Times New Roman" w:hAnsi="Times New Roman" w:eastAsia="Times New Roman"/>
          <w:b w:val="0"/>
          <w:i w:val="0"/>
          <w:color w:val="000000"/>
          <w:sz w:val="21"/>
        </w:rPr>
        <w:t>28. Perhaps the house _____ fly like a helicopter.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does</w:t>
            </w:r>
          </w:p>
        </w:tc>
      </w:tr>
    </w:tbl>
    <w:p>
      <w:pPr>
        <w:spacing w:after="0"/>
        <w:ind w:left="0" w:firstLine="0"/>
      </w:pPr>
      <w:r>
        <w:rPr>
          <w:rFonts w:ascii="Times New Roman" w:hAnsi="Times New Roman" w:eastAsia="Times New Roman"/>
          <w:b w:val="0"/>
          <w:i w:val="0"/>
          <w:color w:val="000000"/>
          <w:sz w:val="21"/>
        </w:rPr>
        <w:t>29. Where _____ your future home be?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is</w:t>
            </w:r>
          </w:p>
        </w:tc>
      </w:tr>
    </w:tbl>
    <w:p>
      <w:pPr>
        <w:spacing w:after="0"/>
        <w:ind w:left="0" w:firstLine="0"/>
      </w:pPr>
      <w:r>
        <w:rPr>
          <w:rFonts w:ascii="Times New Roman" w:hAnsi="Times New Roman" w:eastAsia="Times New Roman"/>
          <w:b w:val="0"/>
          <w:i w:val="0"/>
          <w:color w:val="000000"/>
          <w:sz w:val="21"/>
        </w:rPr>
        <w:t>30. It _____ rain later, so bring an umbrella.</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will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does</w:t>
            </w:r>
          </w:p>
        </w:tc>
      </w:tr>
    </w:tbl>
    <w:p>
      <w:pPr>
        <w:keepNext/>
        <w:keepLines/>
        <w:spacing w:before="40" w:after="20"/>
      </w:pPr>
      <w:r>
        <w:rPr>
          <w:rFonts w:ascii="Times New Roman" w:hAnsi="Times New Roman" w:eastAsia="Times New Roman"/>
          <w:b/>
          <w:color w:val="1254B7"/>
          <w:sz w:val="22"/>
        </w:rPr>
        <w:t>Exercise 4: Choose the word(s) CLOSEST in meaning to the underlined word(s).</w:t>
      </w:r>
    </w:p>
    <w:p>
      <w:pPr>
        <w:spacing w:after="0"/>
        <w:ind w:left="0" w:firstLine="0"/>
      </w:pPr>
      <w:r>
        <w:rPr>
          <w:rFonts w:ascii="Times New Roman" w:hAnsi="Times New Roman" w:eastAsia="Times New Roman"/>
          <w:b w:val="0"/>
          <w:i w:val="0"/>
          <w:color w:val="000000"/>
          <w:sz w:val="21"/>
        </w:rPr>
        <w:t>1. The apartment is comfortable.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pleasant to live 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very crowded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hard to find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old-fashioned</w:t>
            </w:r>
          </w:p>
        </w:tc>
      </w:tr>
    </w:tbl>
    <w:p>
      <w:pPr>
        <w:spacing w:after="0"/>
        <w:ind w:left="0" w:firstLine="0"/>
      </w:pPr>
      <w:r>
        <w:rPr>
          <w:rFonts w:ascii="Times New Roman" w:hAnsi="Times New Roman" w:eastAsia="Times New Roman"/>
          <w:b w:val="0"/>
          <w:i w:val="0"/>
          <w:color w:val="000000"/>
          <w:sz w:val="21"/>
        </w:rPr>
        <w:t>2. The house is surrounded by trees.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has trees around it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is built from trees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 above the trees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has no garden</w:t>
            </w:r>
          </w:p>
        </w:tc>
      </w:tr>
    </w:tbl>
    <w:p>
      <w:pPr>
        <w:spacing w:after="0"/>
        <w:ind w:left="0" w:firstLine="0"/>
      </w:pPr>
      <w:r>
        <w:rPr>
          <w:rFonts w:ascii="Times New Roman" w:hAnsi="Times New Roman" w:eastAsia="Times New Roman"/>
          <w:b w:val="0"/>
          <w:i w:val="0"/>
          <w:color w:val="000000"/>
          <w:sz w:val="21"/>
        </w:rPr>
        <w:t>3. We use modern appliances.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household devices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school subjects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sports clothes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city maps</w:t>
            </w:r>
          </w:p>
        </w:tc>
      </w:tr>
    </w:tbl>
    <w:p>
      <w:pPr>
        <w:spacing w:after="0"/>
        <w:ind w:left="0" w:firstLine="0"/>
      </w:pPr>
      <w:r>
        <w:rPr>
          <w:rFonts w:ascii="Times New Roman" w:hAnsi="Times New Roman" w:eastAsia="Times New Roman"/>
          <w:b w:val="0"/>
          <w:i w:val="0"/>
          <w:color w:val="000000"/>
          <w:sz w:val="21"/>
        </w:rPr>
        <w:t>4. The system works automatically.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by itself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very slowly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only at night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 no electricity</w:t>
            </w:r>
          </w:p>
        </w:tc>
      </w:tr>
    </w:tbl>
    <w:p>
      <w:pPr>
        <w:spacing w:after="0"/>
        <w:ind w:left="0" w:firstLine="0"/>
      </w:pPr>
      <w:r>
        <w:rPr>
          <w:rFonts w:ascii="Times New Roman" w:hAnsi="Times New Roman" w:eastAsia="Times New Roman"/>
          <w:b w:val="0"/>
          <w:i w:val="0"/>
          <w:color w:val="000000"/>
          <w:sz w:val="21"/>
        </w:rPr>
        <w:t>5. The house has a great view.</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scene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roof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location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floor</w:t>
            </w:r>
          </w:p>
        </w:tc>
      </w:tr>
    </w:tbl>
    <w:p>
      <w:pPr>
        <w:keepNext/>
        <w:keepLines/>
        <w:spacing w:before="40" w:after="20"/>
      </w:pPr>
      <w:r>
        <w:rPr>
          <w:rFonts w:ascii="Times New Roman" w:hAnsi="Times New Roman" w:eastAsia="Times New Roman"/>
          <w:b/>
          <w:color w:val="1254B7"/>
          <w:sz w:val="22"/>
        </w:rPr>
        <w:t>Exercise 5: Choose the word(s) OPPOSITE in meaning to the underlined word(s).</w:t>
      </w:r>
    </w:p>
    <w:p>
      <w:pPr>
        <w:spacing w:after="0"/>
        <w:ind w:left="0" w:firstLine="0"/>
      </w:pPr>
      <w:r>
        <w:rPr>
          <w:rFonts w:ascii="Times New Roman" w:hAnsi="Times New Roman" w:eastAsia="Times New Roman"/>
          <w:b w:val="0"/>
          <w:i w:val="0"/>
          <w:color w:val="000000"/>
          <w:sz w:val="21"/>
        </w:rPr>
        <w:t>1. The sofa is comfortable.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soft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uncomfortable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modern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automatic</w:t>
            </w:r>
          </w:p>
        </w:tc>
      </w:tr>
    </w:tbl>
    <w:p>
      <w:pPr>
        <w:spacing w:after="0"/>
        <w:ind w:left="0" w:firstLine="0"/>
      </w:pPr>
      <w:r>
        <w:rPr>
          <w:rFonts w:ascii="Times New Roman" w:hAnsi="Times New Roman" w:eastAsia="Times New Roman"/>
          <w:b w:val="0"/>
          <w:i w:val="0"/>
          <w:color w:val="000000"/>
          <w:sz w:val="21"/>
        </w:rPr>
        <w:t>2. This is a modern house.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large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old-fashioned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wireless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bright</w:t>
            </w:r>
          </w:p>
        </w:tc>
      </w:tr>
    </w:tbl>
    <w:p>
      <w:pPr>
        <w:spacing w:after="0"/>
        <w:ind w:left="0" w:firstLine="0"/>
      </w:pPr>
      <w:r>
        <w:rPr>
          <w:rFonts w:ascii="Times New Roman" w:hAnsi="Times New Roman" w:eastAsia="Times New Roman"/>
          <w:b w:val="0"/>
          <w:i w:val="0"/>
          <w:color w:val="000000"/>
          <w:sz w:val="21"/>
        </w:rPr>
        <w:t>3. The room is spacious.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small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clean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quiet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smart</w:t>
            </w:r>
          </w:p>
        </w:tc>
      </w:tr>
    </w:tbl>
    <w:p>
      <w:pPr>
        <w:spacing w:after="0"/>
        <w:ind w:left="0" w:firstLine="0"/>
      </w:pPr>
      <w:r>
        <w:rPr>
          <w:rFonts w:ascii="Times New Roman" w:hAnsi="Times New Roman" w:eastAsia="Times New Roman"/>
          <w:b w:val="0"/>
          <w:i w:val="0"/>
          <w:color w:val="000000"/>
          <w:sz w:val="21"/>
        </w:rPr>
        <w:t>4. The appliance is useful.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powerful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useless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automatic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expensive</w:t>
            </w:r>
          </w:p>
        </w:tc>
      </w:tr>
    </w:tbl>
    <w:p>
      <w:pPr>
        <w:spacing w:after="0"/>
        <w:ind w:left="0" w:firstLine="0"/>
      </w:pPr>
      <w:r>
        <w:rPr>
          <w:rFonts w:ascii="Times New Roman" w:hAnsi="Times New Roman" w:eastAsia="Times New Roman"/>
          <w:b w:val="0"/>
          <w:i w:val="0"/>
          <w:color w:val="000000"/>
          <w:sz w:val="21"/>
        </w:rPr>
        <w:t>5. The lights will turn on.</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off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up</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down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around</w:t>
            </w:r>
          </w:p>
        </w:tc>
      </w:tr>
    </w:tbl>
    <w:p>
      <w:pPr>
        <w:keepNext/>
        <w:keepLines/>
        <w:spacing w:before="40" w:after="20"/>
      </w:pPr>
      <w:r>
        <w:rPr>
          <w:rFonts w:ascii="Times New Roman" w:hAnsi="Times New Roman" w:eastAsia="Times New Roman"/>
          <w:b/>
          <w:color w:val="1254B7"/>
          <w:sz w:val="22"/>
        </w:rPr>
        <w:t>Exercise 6: Complete the sentences with will, won't, might or might not and the verb.</w:t>
      </w:r>
    </w:p>
    <w:p>
      <w:pPr>
        <w:spacing w:after="0"/>
      </w:pPr>
      <w:r>
        <w:rPr>
          <w:rFonts w:ascii="Times New Roman" w:hAnsi="Times New Roman" w:eastAsia="Times New Roman"/>
          <w:color w:val="000000"/>
          <w:sz w:val="20"/>
        </w:rPr>
        <w:t xml:space="preserve">1. I think our future house _____ solar energy. (USE) </w:t>
      </w:r>
    </w:p>
    <w:p>
      <w:pPr>
        <w:spacing w:after="0"/>
      </w:pPr>
      <w:r>
        <w:rPr>
          <w:rFonts w:ascii="Times New Roman" w:hAnsi="Times New Roman" w:eastAsia="Times New Roman"/>
          <w:color w:val="000000"/>
          <w:sz w:val="20"/>
        </w:rPr>
        <w:t xml:space="preserve">2. We _____ keys because the door will recognise us. (NEED) </w:t>
      </w:r>
    </w:p>
    <w:p>
      <w:pPr>
        <w:spacing w:after="0"/>
      </w:pPr>
      <w:r>
        <w:rPr>
          <w:rFonts w:ascii="Times New Roman" w:hAnsi="Times New Roman" w:eastAsia="Times New Roman"/>
          <w:color w:val="000000"/>
          <w:sz w:val="20"/>
        </w:rPr>
        <w:t xml:space="preserve">3. The house _____ under the sea, but I am not certain. (BE) </w:t>
      </w:r>
    </w:p>
    <w:p>
      <w:pPr>
        <w:spacing w:after="0"/>
      </w:pPr>
      <w:r>
        <w:rPr>
          <w:rFonts w:ascii="Times New Roman" w:hAnsi="Times New Roman" w:eastAsia="Times New Roman"/>
          <w:color w:val="000000"/>
          <w:sz w:val="20"/>
        </w:rPr>
        <w:t xml:space="preserve">4. _____ robots _____ the windows? (CLEAN) </w:t>
      </w:r>
    </w:p>
    <w:p>
      <w:pPr>
        <w:spacing w:after="0"/>
      </w:pPr>
      <w:r>
        <w:rPr>
          <w:rFonts w:ascii="Times New Roman" w:hAnsi="Times New Roman" w:eastAsia="Times New Roman"/>
          <w:color w:val="000000"/>
          <w:sz w:val="20"/>
        </w:rPr>
        <w:t xml:space="preserve">5. I promise I _____ you with the model. (HELP) </w:t>
      </w:r>
    </w:p>
    <w:p>
      <w:pPr>
        <w:spacing w:after="0"/>
      </w:pPr>
      <w:r>
        <w:rPr>
          <w:rFonts w:ascii="Times New Roman" w:hAnsi="Times New Roman" w:eastAsia="Times New Roman"/>
          <w:color w:val="000000"/>
          <w:sz w:val="20"/>
        </w:rPr>
        <w:t xml:space="preserve">6. She _____ in a houseboat; she prefers mountains. (LIVE) </w:t>
      </w:r>
    </w:p>
    <w:p>
      <w:pPr>
        <w:spacing w:after="0"/>
      </w:pPr>
      <w:r>
        <w:rPr>
          <w:rFonts w:ascii="Times New Roman" w:hAnsi="Times New Roman" w:eastAsia="Times New Roman"/>
          <w:color w:val="000000"/>
          <w:sz w:val="20"/>
        </w:rPr>
        <w:t xml:space="preserve">7. Perhaps we _____ meals with a 3D printer. (MAKE) </w:t>
      </w:r>
    </w:p>
    <w:p>
      <w:pPr>
        <w:spacing w:after="0"/>
      </w:pPr>
      <w:r>
        <w:rPr>
          <w:rFonts w:ascii="Times New Roman" w:hAnsi="Times New Roman" w:eastAsia="Times New Roman"/>
          <w:color w:val="000000"/>
          <w:sz w:val="20"/>
        </w:rPr>
        <w:t xml:space="preserve">8. The smart fridge _____ more food when it is empty. (ORDER) </w:t>
      </w:r>
    </w:p>
    <w:p>
      <w:pPr>
        <w:spacing w:after="0"/>
      </w:pPr>
      <w:r>
        <w:rPr>
          <w:rFonts w:ascii="Times New Roman" w:hAnsi="Times New Roman" w:eastAsia="Times New Roman"/>
          <w:color w:val="000000"/>
          <w:sz w:val="20"/>
        </w:rPr>
        <w:t xml:space="preserve">9. They _____ a swimming pool because the garden is small. (HAVE) </w:t>
      </w:r>
    </w:p>
    <w:p>
      <w:pPr>
        <w:spacing w:after="0"/>
      </w:pPr>
      <w:r>
        <w:rPr>
          <w:rFonts w:ascii="Times New Roman" w:hAnsi="Times New Roman" w:eastAsia="Times New Roman"/>
          <w:color w:val="000000"/>
          <w:sz w:val="20"/>
        </w:rPr>
        <w:t xml:space="preserve">10. Where _____ you _____ in the future? (LIVE) </w:t>
      </w:r>
    </w:p>
    <w:p>
      <w:pPr>
        <w:spacing w:after="0"/>
      </w:pPr>
      <w:r>
        <w:rPr>
          <w:rFonts w:ascii="Times New Roman" w:hAnsi="Times New Roman" w:eastAsia="Times New Roman"/>
          <w:color w:val="000000"/>
          <w:sz w:val="20"/>
        </w:rPr>
        <w:t xml:space="preserve">11. It _____ tomorrow; the forecast is uncertain. (RAIN) </w:t>
      </w:r>
    </w:p>
    <w:p>
      <w:pPr>
        <w:spacing w:after="0"/>
      </w:pPr>
      <w:r>
        <w:rPr>
          <w:rFonts w:ascii="Times New Roman" w:hAnsi="Times New Roman" w:eastAsia="Times New Roman"/>
          <w:color w:val="000000"/>
          <w:sz w:val="20"/>
        </w:rPr>
        <w:t xml:space="preserve">12. People _____ so much housework in smart homes. (DO) </w:t>
      </w:r>
    </w:p>
    <w:p>
      <w:pPr>
        <w:spacing w:after="0"/>
      </w:pPr>
      <w:r>
        <w:rPr>
          <w:rFonts w:ascii="Times New Roman" w:hAnsi="Times New Roman" w:eastAsia="Times New Roman"/>
          <w:color w:val="000000"/>
          <w:sz w:val="20"/>
        </w:rPr>
        <w:t xml:space="preserve">13. My future home _____ around the city. (MOVE) </w:t>
      </w:r>
    </w:p>
    <w:p>
      <w:pPr>
        <w:spacing w:after="0"/>
      </w:pPr>
      <w:r>
        <w:rPr>
          <w:rFonts w:ascii="Times New Roman" w:hAnsi="Times New Roman" w:eastAsia="Times New Roman"/>
          <w:color w:val="000000"/>
          <w:sz w:val="20"/>
        </w:rPr>
        <w:t xml:space="preserve">14. The windows _____ themselves every week. (CLEAN) </w:t>
      </w:r>
    </w:p>
    <w:p>
      <w:pPr>
        <w:spacing w:after="0"/>
      </w:pPr>
      <w:r>
        <w:rPr>
          <w:rFonts w:ascii="Times New Roman" w:hAnsi="Times New Roman" w:eastAsia="Times New Roman"/>
          <w:color w:val="000000"/>
          <w:sz w:val="20"/>
        </w:rPr>
        <w:t xml:space="preserve">15. I _____ a palace; a small cottage is enough. (BUILD) </w:t>
      </w:r>
    </w:p>
    <w:p>
      <w:pPr>
        <w:keepNext/>
        <w:keepLines/>
        <w:spacing w:before="40" w:after="20"/>
      </w:pPr>
      <w:r>
        <w:rPr>
          <w:rFonts w:ascii="Times New Roman" w:hAnsi="Times New Roman" w:eastAsia="Times New Roman"/>
          <w:b/>
          <w:color w:val="1254B7"/>
          <w:sz w:val="22"/>
        </w:rPr>
        <w:t>Exercise 7: Rewrite the predictions using will / might as directed.</w:t>
      </w:r>
    </w:p>
    <w:p>
      <w:pPr>
        <w:spacing w:after="0"/>
      </w:pPr>
      <w:r>
        <w:rPr>
          <w:rFonts w:ascii="Times New Roman" w:hAnsi="Times New Roman" w:eastAsia="Times New Roman"/>
          <w:color w:val="000000"/>
          <w:sz w:val="20"/>
        </w:rPr>
        <w:t>1. It is certain that robots will help us. (will)</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Perhaps my house will be on an island. (might)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I am sure we will not use ordinary keys. (won't)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Perhaps the house will not have a garden. (might not)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The TV will recognise our voices. (Question)</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They will live in a motorhome. (Where)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The robot will cook dinner. (What)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Maybe people will build homes in space.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8: Complete each sentence with the correct form of the word in brackets.</w:t>
      </w:r>
    </w:p>
    <w:p>
      <w:pPr>
        <w:spacing w:after="0"/>
      </w:pPr>
      <w:r>
        <w:rPr>
          <w:rFonts w:ascii="Times New Roman" w:hAnsi="Times New Roman" w:eastAsia="Times New Roman"/>
          <w:color w:val="000000"/>
          <w:sz w:val="20"/>
        </w:rPr>
        <w:t xml:space="preserve">1. The living room will be very _____. (COMFORT) </w:t>
      </w:r>
    </w:p>
    <w:p>
      <w:pPr>
        <w:spacing w:after="0"/>
      </w:pPr>
      <w:r>
        <w:rPr>
          <w:rFonts w:ascii="Times New Roman" w:hAnsi="Times New Roman" w:eastAsia="Times New Roman"/>
          <w:color w:val="000000"/>
          <w:sz w:val="20"/>
        </w:rPr>
        <w:t xml:space="preserve">2. The lights switch on _____. (AUTOMATIC) </w:t>
      </w:r>
    </w:p>
    <w:p>
      <w:pPr>
        <w:spacing w:after="0"/>
      </w:pPr>
      <w:r>
        <w:rPr>
          <w:rFonts w:ascii="Times New Roman" w:hAnsi="Times New Roman" w:eastAsia="Times New Roman"/>
          <w:color w:val="000000"/>
          <w:sz w:val="20"/>
        </w:rPr>
        <w:t xml:space="preserve">3. We will use _____ devices. (WIRE) </w:t>
      </w:r>
    </w:p>
    <w:p>
      <w:pPr>
        <w:spacing w:after="0"/>
      </w:pPr>
      <w:r>
        <w:rPr>
          <w:rFonts w:ascii="Times New Roman" w:hAnsi="Times New Roman" w:eastAsia="Times New Roman"/>
          <w:color w:val="000000"/>
          <w:sz w:val="20"/>
        </w:rPr>
        <w:t xml:space="preserve">4. Solar power is better for the _____. (ENVIRONMENT) </w:t>
      </w:r>
    </w:p>
    <w:p>
      <w:pPr>
        <w:spacing w:after="0"/>
      </w:pPr>
      <w:r>
        <w:rPr>
          <w:rFonts w:ascii="Times New Roman" w:hAnsi="Times New Roman" w:eastAsia="Times New Roman"/>
          <w:color w:val="000000"/>
          <w:sz w:val="20"/>
        </w:rPr>
        <w:t xml:space="preserve">5. Future homes will use advanced _____. (TECHNOLOGY) </w:t>
      </w:r>
    </w:p>
    <w:p>
      <w:pPr>
        <w:spacing w:after="0"/>
      </w:pPr>
      <w:r>
        <w:rPr>
          <w:rFonts w:ascii="Times New Roman" w:hAnsi="Times New Roman" w:eastAsia="Times New Roman"/>
          <w:color w:val="000000"/>
          <w:sz w:val="20"/>
        </w:rPr>
        <w:t xml:space="preserve">6. This appliance uses very little _____. (ELECTRIC) </w:t>
      </w:r>
    </w:p>
    <w:p>
      <w:pPr>
        <w:spacing w:after="0"/>
      </w:pPr>
      <w:r>
        <w:rPr>
          <w:rFonts w:ascii="Times New Roman" w:hAnsi="Times New Roman" w:eastAsia="Times New Roman"/>
          <w:color w:val="000000"/>
          <w:sz w:val="20"/>
        </w:rPr>
        <w:t xml:space="preserve">7. The house is _____ designed. (BEAUTY) </w:t>
      </w:r>
    </w:p>
    <w:p>
      <w:pPr>
        <w:spacing w:after="0"/>
      </w:pPr>
      <w:r>
        <w:rPr>
          <w:rFonts w:ascii="Times New Roman" w:hAnsi="Times New Roman" w:eastAsia="Times New Roman"/>
          <w:color w:val="000000"/>
          <w:sz w:val="20"/>
        </w:rPr>
        <w:t xml:space="preserve">8. The system can _____ room temperature. (CONTROL) </w:t>
      </w:r>
    </w:p>
    <w:p>
      <w:pPr>
        <w:spacing w:after="0"/>
      </w:pPr>
      <w:r>
        <w:rPr>
          <w:rFonts w:ascii="Times New Roman" w:hAnsi="Times New Roman" w:eastAsia="Times New Roman"/>
          <w:color w:val="000000"/>
          <w:sz w:val="20"/>
        </w:rPr>
        <w:t xml:space="preserve">9. Living under the sea sounds _____. (EXCITE) </w:t>
      </w:r>
    </w:p>
    <w:p>
      <w:pPr>
        <w:spacing w:after="0"/>
      </w:pPr>
      <w:r>
        <w:rPr>
          <w:rFonts w:ascii="Times New Roman" w:hAnsi="Times New Roman" w:eastAsia="Times New Roman"/>
          <w:color w:val="000000"/>
          <w:sz w:val="20"/>
        </w:rPr>
        <w:t xml:space="preserve">10. The design is simple and _____. (PRACTICE) </w:t>
      </w:r>
    </w:p>
    <w:p>
      <w:pPr>
        <w:keepNext/>
        <w:keepLines/>
        <w:spacing w:before="80" w:after="40"/>
      </w:pPr>
      <w:r>
        <w:rPr>
          <w:rFonts w:ascii="Times New Roman" w:hAnsi="Times New Roman" w:eastAsia="Times New Roman"/>
          <w:b/>
          <w:color w:val="1254B7"/>
          <w:sz w:val="26"/>
        </w:rPr>
        <w:t>❖  COMMUNICATION</w:t>
      </w:r>
    </w:p>
    <w:p>
      <w:pPr>
        <w:keepNext/>
        <w:keepLines/>
        <w:spacing w:before="40" w:after="20"/>
      </w:pPr>
      <w:r>
        <w:rPr>
          <w:rFonts w:ascii="Times New Roman" w:hAnsi="Times New Roman" w:eastAsia="Times New Roman"/>
          <w:b/>
          <w:color w:val="1254B7"/>
          <w:sz w:val="22"/>
        </w:rPr>
        <w:t>Exercise 9: Choose the option that best completes each exchange.</w:t>
      </w:r>
    </w:p>
    <w:p>
      <w:pPr>
        <w:spacing w:after="0"/>
        <w:ind w:left="0" w:firstLine="0"/>
      </w:pPr>
      <w:r>
        <w:rPr>
          <w:rFonts w:ascii="Times New Roman" w:hAnsi="Times New Roman" w:eastAsia="Times New Roman"/>
          <w:b w:val="0"/>
          <w:i w:val="0"/>
          <w:color w:val="000000"/>
          <w:sz w:val="21"/>
        </w:rPr>
        <w:t>1. 'What will your future house be like?'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will be smart and comfortable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is yesterday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By helicopter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For three hours</w:t>
            </w:r>
          </w:p>
        </w:tc>
      </w:tr>
    </w:tbl>
    <w:p>
      <w:pPr>
        <w:spacing w:after="0"/>
        <w:ind w:left="0" w:firstLine="0"/>
      </w:pPr>
      <w:r>
        <w:rPr>
          <w:rFonts w:ascii="Times New Roman" w:hAnsi="Times New Roman" w:eastAsia="Times New Roman"/>
          <w:b w:val="0"/>
          <w:i w:val="0"/>
          <w:color w:val="000000"/>
          <w:sz w:val="21"/>
        </w:rPr>
        <w:t>2. 'Will it have solar panels?'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Yes, it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Yes, it has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No, it isn't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Yes, it does</w:t>
            </w:r>
          </w:p>
        </w:tc>
      </w:tr>
    </w:tbl>
    <w:p>
      <w:pPr>
        <w:spacing w:after="0"/>
        <w:ind w:left="0" w:firstLine="0"/>
      </w:pPr>
      <w:r>
        <w:rPr>
          <w:rFonts w:ascii="Times New Roman" w:hAnsi="Times New Roman" w:eastAsia="Times New Roman"/>
          <w:b w:val="0"/>
          <w:i w:val="0"/>
          <w:color w:val="000000"/>
          <w:sz w:val="21"/>
        </w:rPr>
        <w:t>3. 'Where might you live?'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Perhaps by the ocean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Last summer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With a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At seven</w:t>
            </w:r>
          </w:p>
        </w:tc>
      </w:tr>
    </w:tbl>
    <w:p>
      <w:pPr>
        <w:spacing w:after="0"/>
        <w:ind w:left="0" w:firstLine="0"/>
      </w:pPr>
      <w:r>
        <w:rPr>
          <w:rFonts w:ascii="Times New Roman" w:hAnsi="Times New Roman" w:eastAsia="Times New Roman"/>
          <w:b w:val="0"/>
          <w:i w:val="0"/>
          <w:color w:val="000000"/>
          <w:sz w:val="21"/>
        </w:rPr>
        <w:t>4. 'I think houses will fly.'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That sounds amazing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No, I didn't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Here you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It's mine</w:t>
            </w:r>
          </w:p>
        </w:tc>
      </w:tr>
    </w:tbl>
    <w:p>
      <w:pPr>
        <w:spacing w:after="0"/>
        <w:ind w:left="0" w:firstLine="0"/>
      </w:pPr>
      <w:r>
        <w:rPr>
          <w:rFonts w:ascii="Times New Roman" w:hAnsi="Times New Roman" w:eastAsia="Times New Roman"/>
          <w:b w:val="0"/>
          <w:i w:val="0"/>
          <w:color w:val="000000"/>
          <w:sz w:val="21"/>
        </w:rPr>
        <w:t>5. 'Can you help me draw my future house?' - '_____.'</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Of course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might rain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In space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smart fridge</w:t>
            </w:r>
          </w:p>
        </w:tc>
      </w:tr>
    </w:tbl>
    <w:p>
      <w:pPr>
        <w:keepNext/>
        <w:keepLines/>
        <w:spacing w:before="40" w:after="20"/>
      </w:pPr>
      <w:r>
        <w:rPr>
          <w:rFonts w:ascii="Times New Roman" w:hAnsi="Times New Roman" w:eastAsia="Times New Roman"/>
          <w:b/>
          <w:color w:val="1254B7"/>
          <w:sz w:val="22"/>
        </w:rPr>
        <w:t>Exercise 10: Arrange the sentences to make a meaningful conversation.</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Where will your future house be?</w:t>
      </w:r>
    </w:p>
    <w:p>
      <w:pPr>
        <w:ind w:left="255"/>
      </w:pPr>
      <w:r>
        <w:rPr>
          <w:rFonts w:ascii="Times New Roman" w:hAnsi="Times New Roman" w:eastAsia="Times New Roman"/>
          <w:color w:val="000000"/>
          <w:sz w:val="20"/>
        </w:rPr>
        <w:t>b. It might be near the ocean.</w:t>
      </w:r>
    </w:p>
    <w:p>
      <w:pPr>
        <w:ind w:left="255"/>
      </w:pPr>
      <w:r>
        <w:rPr>
          <w:rFonts w:ascii="Times New Roman" w:hAnsi="Times New Roman" w:eastAsia="Times New Roman"/>
          <w:color w:val="000000"/>
          <w:sz w:val="20"/>
        </w:rPr>
        <w:t>c. What will it have?</w:t>
      </w:r>
    </w:p>
    <w:p>
      <w:pPr>
        <w:ind w:left="255"/>
      </w:pPr>
      <w:r>
        <w:rPr>
          <w:rFonts w:ascii="Times New Roman" w:hAnsi="Times New Roman" w:eastAsia="Times New Roman"/>
          <w:color w:val="000000"/>
          <w:sz w:val="20"/>
        </w:rPr>
        <w:t>d. Solar panels and robot helpers.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a-c-b-d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c-a-b-d</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Will people live in space?</w:t>
      </w:r>
    </w:p>
    <w:p>
      <w:pPr>
        <w:ind w:left="255"/>
      </w:pPr>
      <w:r>
        <w:rPr>
          <w:rFonts w:ascii="Times New Roman" w:hAnsi="Times New Roman" w:eastAsia="Times New Roman"/>
          <w:color w:val="000000"/>
          <w:sz w:val="20"/>
        </w:rPr>
        <w:t>b. Perhaps, but it will be difficult.</w:t>
      </w:r>
    </w:p>
    <w:p>
      <w:pPr>
        <w:ind w:left="255"/>
      </w:pPr>
      <w:r>
        <w:rPr>
          <w:rFonts w:ascii="Times New Roman" w:hAnsi="Times New Roman" w:eastAsia="Times New Roman"/>
          <w:color w:val="000000"/>
          <w:sz w:val="20"/>
        </w:rPr>
        <w:t>c. I think technology will make it possible.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b-a-c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rPr>
          <w:rFonts w:ascii="Times New Roman" w:hAnsi="Times New Roman" w:eastAsia="Times New Roman"/>
          <w:b/>
          <w:color w:val="000000"/>
          <w:sz w:val="20"/>
        </w:rPr>
        <w:t>3.</w:t>
      </w:r>
    </w:p>
    <w:p>
      <w:pPr>
        <w:ind w:left="255"/>
      </w:pPr>
      <w:r>
        <w:rPr>
          <w:rFonts w:ascii="Times New Roman" w:hAnsi="Times New Roman" w:eastAsia="Times New Roman"/>
          <w:color w:val="000000"/>
          <w:sz w:val="20"/>
        </w:rPr>
        <w:t>a. This model has panels on the roof.</w:t>
      </w:r>
    </w:p>
    <w:p>
      <w:pPr>
        <w:ind w:left="255"/>
      </w:pPr>
      <w:r>
        <w:rPr>
          <w:rFonts w:ascii="Times New Roman" w:hAnsi="Times New Roman" w:eastAsia="Times New Roman"/>
          <w:color w:val="000000"/>
          <w:sz w:val="20"/>
        </w:rPr>
        <w:t>b. Will they make electricity?</w:t>
      </w:r>
    </w:p>
    <w:p>
      <w:pPr>
        <w:ind w:left="255"/>
      </w:pPr>
      <w:r>
        <w:rPr>
          <w:rFonts w:ascii="Times New Roman" w:hAnsi="Times New Roman" w:eastAsia="Times New Roman"/>
          <w:color w:val="000000"/>
          <w:sz w:val="20"/>
        </w:rPr>
        <w:t>c. Yes. They will use sunlight.</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b-c-a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c-a-b</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a-c-b</w:t>
            </w:r>
          </w:p>
        </w:tc>
      </w:tr>
    </w:tbl>
    <w:p>
      <w:r>
        <w:br w:type="page"/>
      </w:r>
    </w:p>
    <w:p>
      <w:pPr>
        <w:keepNext/>
        <w:keepLines/>
        <w:spacing w:before="80" w:after="40"/>
      </w:pPr>
      <w:r>
        <w:rPr>
          <w:rFonts w:ascii="Times New Roman" w:hAnsi="Times New Roman" w:eastAsia="Times New Roman"/>
          <w:b/>
          <w:color w:val="1254B7"/>
          <w:sz w:val="26"/>
        </w:rPr>
        <w:t>❖  READING</w:t>
      </w:r>
    </w:p>
    <w:p>
      <w:pPr>
        <w:keepNext/>
        <w:keepLines/>
        <w:spacing w:before="40" w:after="20"/>
      </w:pPr>
      <w:r>
        <w:rPr>
          <w:rFonts w:ascii="Times New Roman" w:hAnsi="Times New Roman" w:eastAsia="Times New Roman"/>
          <w:b/>
          <w:color w:val="1254B7"/>
          <w:sz w:val="22"/>
        </w:rPr>
        <w:t>Exercise 11: Look at each sign or notice. Choose the best answer.</w:t>
      </w:r>
    </w:p>
    <w:tbl>
      <w:tblPr>
        <w:tblW w:type="auto" w:w="0"/>
        <w:jc w:val="center"/>
        <w:tblLayout w:type="fixed"/>
        <w:tblLook w:firstColumn="1" w:firstRow="1" w:lastColumn="0" w:lastRow="0" w:noHBand="0" w:noVBand="1" w:val="04A0"/>
      </w:tblPr>
      <w:tblGrid>
        <w:gridCol w:w="3401"/>
        <w:gridCol w:w="6973"/>
      </w:tblGrid>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1" name="Picture 1"/>
                  <wp:cNvGraphicFramePr>
                    <a:graphicFrameLocks noChangeAspect="1"/>
                  </wp:cNvGraphicFramePr>
                  <a:graphic>
                    <a:graphicData uri="http://schemas.openxmlformats.org/drawingml/2006/picture">
                      <pic:pic>
                        <pic:nvPicPr>
                          <pic:cNvPr id="0" name="unit10_sign1.png"/>
                          <pic:cNvPicPr/>
                        </pic:nvPicPr>
                        <pic:blipFill>
                          <a:blip r:embed="rId11"/>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1. What kind of house is shown?</w:t>
            </w:r>
          </w:p>
          <w:p>
            <w:r>
              <w:rPr>
                <w:rFonts w:ascii="Times New Roman" w:hAnsi="Times New Roman" w:eastAsia="Times New Roman"/>
                <w:b w:val="0"/>
                <w:i w:val="0"/>
                <w:color w:val="000000"/>
                <w:sz w:val="19"/>
              </w:rPr>
              <w:t>A. A smart house</w:t>
            </w:r>
          </w:p>
          <w:p>
            <w:r>
              <w:rPr>
                <w:rFonts w:ascii="Times New Roman" w:hAnsi="Times New Roman" w:eastAsia="Times New Roman"/>
                <w:b w:val="0"/>
                <w:i w:val="0"/>
                <w:color w:val="000000"/>
                <w:sz w:val="19"/>
              </w:rPr>
              <w:t>B. A school</w:t>
            </w:r>
          </w:p>
          <w:p>
            <w:r>
              <w:rPr>
                <w:rFonts w:ascii="Times New Roman" w:hAnsi="Times New Roman" w:eastAsia="Times New Roman"/>
                <w:b w:val="0"/>
                <w:i w:val="0"/>
                <w:color w:val="000000"/>
                <w:sz w:val="19"/>
              </w:rPr>
              <w:t>C. A museum</w:t>
            </w:r>
          </w:p>
          <w:p>
            <w:r>
              <w:rPr>
                <w:rFonts w:ascii="Times New Roman" w:hAnsi="Times New Roman" w:eastAsia="Times New Roman"/>
                <w:b w:val="0"/>
                <w:i w:val="0"/>
                <w:color w:val="000000"/>
                <w:sz w:val="19"/>
              </w:rPr>
              <w:t>D. A stadium</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2" name="Picture 2"/>
                  <wp:cNvGraphicFramePr>
                    <a:graphicFrameLocks noChangeAspect="1"/>
                  </wp:cNvGraphicFramePr>
                  <a:graphic>
                    <a:graphicData uri="http://schemas.openxmlformats.org/drawingml/2006/picture">
                      <pic:pic>
                        <pic:nvPicPr>
                          <pic:cNvPr id="0" name="unit10_sign2.png"/>
                          <pic:cNvPicPr/>
                        </pic:nvPicPr>
                        <pic:blipFill>
                          <a:blip r:embed="rId12"/>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2. What energy does the building use?</w:t>
            </w:r>
          </w:p>
          <w:p>
            <w:r>
              <w:rPr>
                <w:rFonts w:ascii="Times New Roman" w:hAnsi="Times New Roman" w:eastAsia="Times New Roman"/>
                <w:b w:val="0"/>
                <w:i w:val="0"/>
                <w:color w:val="000000"/>
                <w:sz w:val="19"/>
              </w:rPr>
              <w:t>A. Coal</w:t>
            </w:r>
          </w:p>
          <w:p>
            <w:r>
              <w:rPr>
                <w:rFonts w:ascii="Times New Roman" w:hAnsi="Times New Roman" w:eastAsia="Times New Roman"/>
                <w:b w:val="0"/>
                <w:i w:val="0"/>
                <w:color w:val="000000"/>
                <w:sz w:val="19"/>
              </w:rPr>
              <w:t>B. Solar energy</w:t>
            </w:r>
          </w:p>
          <w:p>
            <w:r>
              <w:rPr>
                <w:rFonts w:ascii="Times New Roman" w:hAnsi="Times New Roman" w:eastAsia="Times New Roman"/>
                <w:b w:val="0"/>
                <w:i w:val="0"/>
                <w:color w:val="000000"/>
                <w:sz w:val="19"/>
              </w:rPr>
              <w:t>C. Oil</w:t>
            </w:r>
          </w:p>
          <w:p>
            <w:r>
              <w:rPr>
                <w:rFonts w:ascii="Times New Roman" w:hAnsi="Times New Roman" w:eastAsia="Times New Roman"/>
                <w:b w:val="0"/>
                <w:i w:val="0"/>
                <w:color w:val="000000"/>
                <w:sz w:val="19"/>
              </w:rPr>
              <w:t>D. Gas</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3" name="Picture 3"/>
                  <wp:cNvGraphicFramePr>
                    <a:graphicFrameLocks noChangeAspect="1"/>
                  </wp:cNvGraphicFramePr>
                  <a:graphic>
                    <a:graphicData uri="http://schemas.openxmlformats.org/drawingml/2006/picture">
                      <pic:pic>
                        <pic:nvPicPr>
                          <pic:cNvPr id="0" name="unit10_sign3.png"/>
                          <pic:cNvPicPr/>
                        </pic:nvPicPr>
                        <pic:blipFill>
                          <a:blip r:embed="rId13"/>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3. What does the notice mean?</w:t>
            </w:r>
          </w:p>
          <w:p>
            <w:r>
              <w:rPr>
                <w:rFonts w:ascii="Times New Roman" w:hAnsi="Times New Roman" w:eastAsia="Times New Roman"/>
                <w:b w:val="0"/>
                <w:i w:val="0"/>
                <w:color w:val="000000"/>
                <w:sz w:val="19"/>
              </w:rPr>
              <w:t>A. A robot is working.</w:t>
            </w:r>
          </w:p>
          <w:p>
            <w:r>
              <w:rPr>
                <w:rFonts w:ascii="Times New Roman" w:hAnsi="Times New Roman" w:eastAsia="Times New Roman"/>
                <w:b w:val="0"/>
                <w:i w:val="0"/>
                <w:color w:val="000000"/>
                <w:sz w:val="19"/>
              </w:rPr>
              <w:t>B. The robot is for sale.</w:t>
            </w:r>
          </w:p>
          <w:p>
            <w:r>
              <w:rPr>
                <w:rFonts w:ascii="Times New Roman" w:hAnsi="Times New Roman" w:eastAsia="Times New Roman"/>
                <w:b w:val="0"/>
                <w:i w:val="0"/>
                <w:color w:val="000000"/>
                <w:sz w:val="19"/>
              </w:rPr>
              <w:t>C. Robots are banned.</w:t>
            </w:r>
          </w:p>
          <w:p>
            <w:r>
              <w:rPr>
                <w:rFonts w:ascii="Times New Roman" w:hAnsi="Times New Roman" w:eastAsia="Times New Roman"/>
                <w:b w:val="0"/>
                <w:i w:val="0"/>
                <w:color w:val="000000"/>
                <w:sz w:val="19"/>
              </w:rPr>
              <w:t>D. The house is empty.</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4" name="Picture 4"/>
                  <wp:cNvGraphicFramePr>
                    <a:graphicFrameLocks noChangeAspect="1"/>
                  </wp:cNvGraphicFramePr>
                  <a:graphic>
                    <a:graphicData uri="http://schemas.openxmlformats.org/drawingml/2006/picture">
                      <pic:pic>
                        <pic:nvPicPr>
                          <pic:cNvPr id="0" name="unit10_sign4.png"/>
                          <pic:cNvPicPr/>
                        </pic:nvPicPr>
                        <pic:blipFill>
                          <a:blip r:embed="rId14"/>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4. What must visitors do?</w:t>
            </w:r>
          </w:p>
          <w:p>
            <w:r>
              <w:rPr>
                <w:rFonts w:ascii="Times New Roman" w:hAnsi="Times New Roman" w:eastAsia="Times New Roman"/>
                <w:b w:val="0"/>
                <w:i w:val="0"/>
                <w:color w:val="000000"/>
                <w:sz w:val="19"/>
              </w:rPr>
              <w:t>A. Enter quickly</w:t>
            </w:r>
          </w:p>
          <w:p>
            <w:r>
              <w:rPr>
                <w:rFonts w:ascii="Times New Roman" w:hAnsi="Times New Roman" w:eastAsia="Times New Roman"/>
                <w:b w:val="0"/>
                <w:i w:val="0"/>
                <w:color w:val="000000"/>
                <w:sz w:val="19"/>
              </w:rPr>
              <w:t>B. Stay outside</w:t>
            </w:r>
          </w:p>
          <w:p>
            <w:r>
              <w:rPr>
                <w:rFonts w:ascii="Times New Roman" w:hAnsi="Times New Roman" w:eastAsia="Times New Roman"/>
                <w:b w:val="0"/>
                <w:i w:val="0"/>
                <w:color w:val="000000"/>
                <w:sz w:val="19"/>
              </w:rPr>
              <w:t>C. Turn on the lights</w:t>
            </w:r>
          </w:p>
          <w:p>
            <w:r>
              <w:rPr>
                <w:rFonts w:ascii="Times New Roman" w:hAnsi="Times New Roman" w:eastAsia="Times New Roman"/>
                <w:b w:val="0"/>
                <w:i w:val="0"/>
                <w:color w:val="000000"/>
                <w:sz w:val="19"/>
              </w:rPr>
              <w:t>D. Use the lift</w:t>
            </w:r>
          </w:p>
        </w:tc>
      </w:tr>
      <w:tr>
        <w:trPr>
          <w:cantSplit/>
        </w:trPr>
        <w:tc>
          <w:tcPr>
            <w:tcW w:type="dxa" w:w="3401"/>
            <w:tcMar>
              <w:top w:w="50" w:type="dxa"/>
              <w:start w:w="70" w:type="dxa"/>
              <w:bottom w:w="50" w:type="dxa"/>
              <w:end w:w="70" w:type="dxa"/>
            </w:tcMar>
            <w:tcBorders>
              <w:top w:val="single" w:sz="6" w:color="DDDDDD"/>
              <w:left w:val="single" w:sz="6" w:color="DDDDDD"/>
              <w:bottom w:val="single" w:sz="6" w:color="DDDDDD"/>
              <w:right w:val="single" w:sz="6" w:color="DDDDDD"/>
            </w:tcBorders>
          </w:tcPr>
          <w:p>
            <w:pPr>
              <w:jc w:val="center"/>
            </w:pPr>
            <w:r>
              <w:drawing>
                <wp:inline xmlns:a="http://schemas.openxmlformats.org/drawingml/2006/main" xmlns:pic="http://schemas.openxmlformats.org/drawingml/2006/picture">
                  <wp:extent cx="1548000" cy="645000"/>
                  <wp:docPr id="5" name="Picture 5"/>
                  <wp:cNvGraphicFramePr>
                    <a:graphicFrameLocks noChangeAspect="1"/>
                  </wp:cNvGraphicFramePr>
                  <a:graphic>
                    <a:graphicData uri="http://schemas.openxmlformats.org/drawingml/2006/picture">
                      <pic:pic>
                        <pic:nvPicPr>
                          <pic:cNvPr id="0" name="unit10_sign5.png"/>
                          <pic:cNvPicPr/>
                        </pic:nvPicPr>
                        <pic:blipFill>
                          <a:blip r:embed="rId15"/>
                          <a:stretch>
                            <a:fillRect/>
                          </a:stretch>
                        </pic:blipFill>
                        <pic:spPr>
                          <a:xfrm>
                            <a:off x="0" y="0"/>
                            <a:ext cx="1548000" cy="645000"/>
                          </a:xfrm>
                          <a:prstGeom prst="rect"/>
                        </pic:spPr>
                      </pic:pic>
                    </a:graphicData>
                  </a:graphic>
                </wp:inline>
              </w:drawing>
            </w:r>
          </w:p>
        </w:tc>
        <w:tc>
          <w:tcPr>
            <w:tcW w:type="dxa" w:w="6973"/>
            <w:tcMar>
              <w:top w:w="50" w:type="dxa"/>
              <w:start w:w="70" w:type="dxa"/>
              <w:bottom w:w="50" w:type="dxa"/>
              <w:end w:w="70" w:type="dxa"/>
            </w:tcMar>
            <w:tcBorders>
              <w:top w:val="single" w:sz="6" w:color="DDDDDD"/>
              <w:left w:val="single" w:sz="6" w:color="DDDDDD"/>
              <w:bottom w:val="single" w:sz="6" w:color="DDDDDD"/>
              <w:right w:val="single" w:sz="6" w:color="DDDDDD"/>
            </w:tcBorders>
          </w:tcPr>
          <w:p>
            <w:r>
              <w:rPr>
                <w:rFonts w:ascii="Times New Roman" w:hAnsi="Times New Roman" w:eastAsia="Times New Roman"/>
                <w:color w:val="000000"/>
                <w:sz w:val="20"/>
              </w:rPr>
              <w:t>5. What service is available?</w:t>
            </w:r>
          </w:p>
          <w:p>
            <w:r>
              <w:rPr>
                <w:rFonts w:ascii="Times New Roman" w:hAnsi="Times New Roman" w:eastAsia="Times New Roman"/>
                <w:b w:val="0"/>
                <w:i w:val="0"/>
                <w:color w:val="000000"/>
                <w:sz w:val="19"/>
              </w:rPr>
              <w:t>A. Wireless Internet</w:t>
            </w:r>
          </w:p>
          <w:p>
            <w:r>
              <w:rPr>
                <w:rFonts w:ascii="Times New Roman" w:hAnsi="Times New Roman" w:eastAsia="Times New Roman"/>
                <w:b w:val="0"/>
                <w:i w:val="0"/>
                <w:color w:val="000000"/>
                <w:sz w:val="19"/>
              </w:rPr>
              <w:t>B. Solar heating</w:t>
            </w:r>
          </w:p>
          <w:p>
            <w:r>
              <w:rPr>
                <w:rFonts w:ascii="Times New Roman" w:hAnsi="Times New Roman" w:eastAsia="Times New Roman"/>
                <w:b w:val="0"/>
                <w:i w:val="0"/>
                <w:color w:val="000000"/>
                <w:sz w:val="19"/>
              </w:rPr>
              <w:t>C. Robot cleaning</w:t>
            </w:r>
          </w:p>
          <w:p>
            <w:r>
              <w:rPr>
                <w:rFonts w:ascii="Times New Roman" w:hAnsi="Times New Roman" w:eastAsia="Times New Roman"/>
                <w:b w:val="0"/>
                <w:i w:val="0"/>
                <w:color w:val="000000"/>
                <w:sz w:val="19"/>
              </w:rPr>
              <w:t>D. Free food</w:t>
            </w:r>
          </w:p>
        </w:tc>
      </w:tr>
    </w:tbl>
    <w:p>
      <w:pPr>
        <w:keepNext/>
        <w:keepLines/>
        <w:spacing w:before="40" w:after="20"/>
      </w:pPr>
      <w:r>
        <w:rPr>
          <w:rFonts w:ascii="Times New Roman" w:hAnsi="Times New Roman" w:eastAsia="Times New Roman"/>
          <w:b/>
          <w:color w:val="1254B7"/>
          <w:sz w:val="22"/>
        </w:rPr>
        <w:t>Exercise 12: Read the advertisements / announcements and choose the best option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FUTURE HOME DESIGN CONTEST</w:t>
            </w:r>
          </w:p>
          <w:p>
            <w:pPr>
              <w:jc w:val="both"/>
            </w:pPr>
            <w:r>
              <w:rPr>
                <w:rFonts w:ascii="Times New Roman" w:hAnsi="Times New Roman" w:eastAsia="Times New Roman"/>
                <w:color w:val="000000"/>
                <w:sz w:val="20"/>
              </w:rPr>
              <w:t>Design a home for the year 2050! Your model should use clean energy and include at least two smart (1) _____. Work alone or with a partner. Bring your model (2) _____ school on 15 May. A team of architects (3) _____ choose the best design. The winner will (4) _____ a science kit.</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appliances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subjects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sports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postcards</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from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 to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was</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receives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receive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received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receiving</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TRY A SMART ROOM</w:t>
            </w:r>
          </w:p>
          <w:p>
            <w:pPr>
              <w:jc w:val="both"/>
            </w:pPr>
            <w:r>
              <w:rPr>
                <w:rFonts w:ascii="Times New Roman" w:hAnsi="Times New Roman" w:eastAsia="Times New Roman"/>
                <w:color w:val="000000"/>
                <w:sz w:val="20"/>
              </w:rPr>
              <w:t>Visit our technology centre this weekend. The lights will turn on when you (1) _____ the room, and the curtains can open automatically. A smart mirror (2) _____ show the weather and your daily plan. You might (3) _____ surprised by the robot wardrobe! Tickets are free, (4) _____ book online before Friday.</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enter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will enter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entered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entering</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 be</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w:t>
            </w:r>
          </w:p>
        </w:tc>
      </w:tr>
    </w:tbl>
    <w:p>
      <w:pPr>
        <w:keepNext/>
        <w:keepLines/>
        <w:spacing w:before="40" w:after="20"/>
      </w:pPr>
      <w:r>
        <w:rPr>
          <w:rFonts w:ascii="Times New Roman" w:hAnsi="Times New Roman" w:eastAsia="Times New Roman"/>
          <w:b/>
          <w:color w:val="1254B7"/>
          <w:sz w:val="22"/>
        </w:rPr>
        <w:t>Exercise 13: Read each passage and choose the correct word for each blank.</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MY DREAM HOUSE</w:t>
            </w:r>
          </w:p>
          <w:p>
            <w:pPr>
              <w:jc w:val="both"/>
            </w:pPr>
            <w:r>
              <w:rPr>
                <w:rFonts w:ascii="Times New Roman" w:hAnsi="Times New Roman" w:eastAsia="Times New Roman"/>
                <w:color w:val="000000"/>
                <w:sz w:val="20"/>
              </w:rPr>
              <w:t>My dream house will be on a quiet island. It (1) _____ have ten rooms; I prefer a small, comfortable home. Solar panels on the roof will (2) _____ electricity. A robot will clean the floors and (3) _____ meals. The windows might change colour when it is hot, (4) _____ the rooms will stay cool. I am not sure about a swimming pool; we (5) _____ build one later.</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won't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doesn't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didn't</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make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makes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made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making</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cook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cooks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cooked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cooking</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although</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might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must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were</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HOUSEBOAT</w:t>
            </w:r>
          </w:p>
          <w:p>
            <w:pPr>
              <w:jc w:val="both"/>
            </w:pPr>
            <w:r>
              <w:rPr>
                <w:rFonts w:ascii="Times New Roman" w:hAnsi="Times New Roman" w:eastAsia="Times New Roman"/>
                <w:color w:val="000000"/>
                <w:sz w:val="20"/>
              </w:rPr>
              <w:t>In the future, my family might live in a houseboat. It will move slowly (1) _____ rivers and lakes. The roof will have solar panels, and a small garden (2) _____ grow vegetables. We will not need a car because the houseboat can travel (3) _____ place to place. During storms, it (4) _____ stay in a safe harbour. Living on water may be unusual, (5) _____ I think it will be exciting.</w:t>
            </w:r>
          </w:p>
        </w:tc>
      </w:tr>
    </w:tbl>
    <w:p>
      <w:pPr>
        <w:spacing w:after="0"/>
        <w:ind w:left="0" w:firstLine="0"/>
      </w:pPr>
      <w:r>
        <w:rPr>
          <w:rFonts w:ascii="Times New Roman" w:hAnsi="Times New Roman" w:eastAsia="Times New Roman"/>
          <w:b w:val="0"/>
          <w:i w:val="0"/>
          <w:color w:val="000000"/>
          <w:sz w:val="21"/>
        </w:rPr>
        <w:t xml:space="preserve">1.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along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under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behind</w:t>
            </w:r>
          </w:p>
        </w:tc>
      </w:tr>
    </w:tbl>
    <w:p>
      <w:pPr>
        <w:spacing w:after="0"/>
        <w:ind w:left="0" w:firstLine="0"/>
      </w:pPr>
      <w:r>
        <w:rPr>
          <w:rFonts w:ascii="Times New Roman" w:hAnsi="Times New Roman" w:eastAsia="Times New Roman"/>
          <w:b w:val="0"/>
          <w:i w:val="0"/>
          <w:color w:val="000000"/>
          <w:sz w:val="21"/>
        </w:rPr>
        <w:t xml:space="preserve">2.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did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has</w:t>
            </w:r>
          </w:p>
        </w:tc>
      </w:tr>
    </w:tbl>
    <w:p>
      <w:pPr>
        <w:spacing w:after="0"/>
        <w:ind w:left="0" w:firstLine="0"/>
      </w:pPr>
      <w:r>
        <w:rPr>
          <w:rFonts w:ascii="Times New Roman" w:hAnsi="Times New Roman" w:eastAsia="Times New Roman"/>
          <w:b w:val="0"/>
          <w:i w:val="0"/>
          <w:color w:val="000000"/>
          <w:sz w:val="21"/>
        </w:rPr>
        <w:t xml:space="preserve">3.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from</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with</w:t>
            </w:r>
          </w:p>
        </w:tc>
      </w:tr>
    </w:tbl>
    <w:p>
      <w:pPr>
        <w:spacing w:after="0"/>
        <w:ind w:left="0" w:firstLine="0"/>
      </w:pPr>
      <w:r>
        <w:rPr>
          <w:rFonts w:ascii="Times New Roman" w:hAnsi="Times New Roman" w:eastAsia="Times New Roman"/>
          <w:b w:val="0"/>
          <w:i w:val="0"/>
          <w:color w:val="000000"/>
          <w:sz w:val="21"/>
        </w:rPr>
        <w:t xml:space="preserve">4.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will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was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does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did</w:t>
            </w:r>
          </w:p>
        </w:tc>
      </w:tr>
    </w:tbl>
    <w:p>
      <w:pPr>
        <w:spacing w:after="0"/>
        <w:ind w:left="0" w:firstLine="0"/>
      </w:pPr>
      <w:r>
        <w:rPr>
          <w:rFonts w:ascii="Times New Roman" w:hAnsi="Times New Roman" w:eastAsia="Times New Roman"/>
          <w:b w:val="0"/>
          <w:i w:val="0"/>
          <w:color w:val="000000"/>
          <w:sz w:val="21"/>
        </w:rPr>
        <w:t xml:space="preserve">5. </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because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but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so</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or</w:t>
            </w:r>
          </w:p>
        </w:tc>
      </w:tr>
    </w:tbl>
    <w:p>
      <w:pPr>
        <w:keepNext/>
        <w:keepLines/>
        <w:spacing w:before="40" w:after="20"/>
      </w:pPr>
      <w:r>
        <w:rPr>
          <w:rFonts w:ascii="Times New Roman" w:hAnsi="Times New Roman" w:eastAsia="Times New Roman"/>
          <w:b/>
          <w:color w:val="1254B7"/>
          <w:sz w:val="22"/>
        </w:rPr>
        <w:t>Exercise 14: Read each passage and choose the correct answer to each question.</w:t>
      </w:r>
    </w:p>
    <w:p>
      <w:r>
        <w:rPr>
          <w:rFonts w:ascii="Times New Roman" w:hAnsi="Times New Roman" w:eastAsia="Times New Roman"/>
          <w:b/>
          <w:color w:val="000000"/>
          <w:sz w:val="21"/>
        </w:rPr>
        <w:t>1. THE GREEN ROOFTOP HOUSE</w:t>
      </w:r>
    </w:p>
    <w:p>
      <w:pPr>
        <w:spacing w:after="20"/>
        <w:jc w:val="both"/>
      </w:pPr>
      <w:r>
        <w:rPr>
          <w:rFonts w:ascii="Times New Roman" w:hAnsi="Times New Roman" w:eastAsia="Times New Roman"/>
          <w:color w:val="000000"/>
          <w:sz w:val="20"/>
        </w:rPr>
        <w:t>Architect Linh Tran designed a small future house for a family of four. Solar panels cover half of the roof, while the other half is a garden that keeps the rooms cool. Rainwater flows into a tank and is reused for plants and toilets. Inside, sensors turn off lights when nobody is in a room. A smart screen shows how much electricity and water the family uses each day. The house costs more to build than an ordinary one, but it uses less energy and produces very little waste.</w:t>
      </w:r>
    </w:p>
    <w:p>
      <w:pPr>
        <w:spacing w:after="0"/>
        <w:ind w:left="0" w:firstLine="0"/>
      </w:pPr>
      <w:r>
        <w:rPr>
          <w:rFonts w:ascii="Times New Roman" w:hAnsi="Times New Roman" w:eastAsia="Times New Roman"/>
          <w:b w:val="0"/>
          <w:i w:val="0"/>
          <w:color w:val="000000"/>
          <w:sz w:val="21"/>
        </w:rPr>
        <w:t>1. Who designed the house?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student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Architect Linh Tran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 family of six</w:t>
            </w:r>
          </w:p>
        </w:tc>
      </w:tr>
    </w:tbl>
    <w:p>
      <w:pPr>
        <w:spacing w:after="0"/>
        <w:ind w:left="0" w:firstLine="0"/>
      </w:pPr>
      <w:r>
        <w:rPr>
          <w:rFonts w:ascii="Times New Roman" w:hAnsi="Times New Roman" w:eastAsia="Times New Roman"/>
          <w:b w:val="0"/>
          <w:i w:val="0"/>
          <w:color w:val="000000"/>
          <w:sz w:val="21"/>
        </w:rPr>
        <w:t>2. What covers half of the roof?</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 swimming pool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Solar panels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car park</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Glass</w:t>
            </w:r>
          </w:p>
        </w:tc>
      </w:tr>
    </w:tbl>
    <w:p>
      <w:pPr>
        <w:spacing w:after="0"/>
        <w:ind w:left="0" w:firstLine="0"/>
      </w:pPr>
      <w:r>
        <w:rPr>
          <w:rFonts w:ascii="Times New Roman" w:hAnsi="Times New Roman" w:eastAsia="Times New Roman"/>
          <w:b w:val="0"/>
          <w:i w:val="0"/>
          <w:color w:val="000000"/>
          <w:sz w:val="21"/>
        </w:rPr>
        <w:t>3. What is rainwater reused for?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Cooking only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Plants and toilets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Drinking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Washing cars</w:t>
            </w:r>
          </w:p>
        </w:tc>
      </w:tr>
    </w:tbl>
    <w:p>
      <w:pPr>
        <w:spacing w:after="0"/>
        <w:ind w:left="0" w:firstLine="0"/>
      </w:pPr>
      <w:r>
        <w:rPr>
          <w:rFonts w:ascii="Times New Roman" w:hAnsi="Times New Roman" w:eastAsia="Times New Roman"/>
          <w:b w:val="0"/>
          <w:i w:val="0"/>
          <w:color w:val="000000"/>
          <w:sz w:val="21"/>
        </w:rPr>
        <w:t>4. What do sensors do?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Open the roof</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Turn off unused lights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Build furniture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Clean the garden</w:t>
            </w:r>
          </w:p>
        </w:tc>
      </w:tr>
    </w:tbl>
    <w:p>
      <w:pPr>
        <w:spacing w:after="0"/>
        <w:ind w:left="0" w:firstLine="0"/>
      </w:pPr>
      <w:r>
        <w:rPr>
          <w:rFonts w:ascii="Times New Roman" w:hAnsi="Times New Roman" w:eastAsia="Times New Roman"/>
          <w:b w:val="0"/>
          <w:i w:val="0"/>
          <w:color w:val="000000"/>
          <w:sz w:val="21"/>
        </w:rPr>
        <w:t>5. What is one disadvantage?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uses much energy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costs more to build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has no water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produces much waste</w:t>
            </w:r>
          </w:p>
        </w:tc>
      </w:tr>
    </w:tbl>
    <w:p>
      <w:r>
        <w:rPr>
          <w:rFonts w:ascii="Times New Roman" w:hAnsi="Times New Roman" w:eastAsia="Times New Roman"/>
          <w:b/>
          <w:color w:val="000000"/>
          <w:sz w:val="21"/>
        </w:rPr>
        <w:t>2. LIFE IN A MOON HOME</w:t>
      </w:r>
    </w:p>
    <w:p>
      <w:pPr>
        <w:spacing w:after="20"/>
        <w:jc w:val="both"/>
      </w:pPr>
      <w:r>
        <w:rPr>
          <w:rFonts w:ascii="Times New Roman" w:hAnsi="Times New Roman" w:eastAsia="Times New Roman"/>
          <w:color w:val="000000"/>
          <w:sz w:val="20"/>
        </w:rPr>
        <w:t>Scientists are studying how people might live on the Moon. A Moon home will need thick walls to protect people from dangerous radiation and very hot or cold temperatures. Because there is no air outside, doors must close tightly. Water will be precious, so systems will clean and reuse it many times. People may grow vegetables under special lights. Robots will probably do difficult jobs outside, while humans work inside the safe living area. Such homes will not be comfortable at first, but technology may improve them.</w:t>
      </w:r>
    </w:p>
    <w:p>
      <w:pPr>
        <w:spacing w:after="0"/>
        <w:ind w:left="0" w:firstLine="0"/>
      </w:pPr>
      <w:r>
        <w:rPr>
          <w:rFonts w:ascii="Times New Roman" w:hAnsi="Times New Roman" w:eastAsia="Times New Roman"/>
          <w:b w:val="0"/>
          <w:i w:val="0"/>
          <w:color w:val="000000"/>
          <w:sz w:val="21"/>
        </w:rPr>
        <w:t>1. Why will Moon homes need thick walls?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To look beautiful</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For protection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 hold pictures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To reduce sound</w:t>
            </w:r>
          </w:p>
        </w:tc>
      </w:tr>
    </w:tbl>
    <w:p>
      <w:pPr>
        <w:spacing w:after="0"/>
        <w:ind w:left="0" w:firstLine="0"/>
      </w:pPr>
      <w:r>
        <w:rPr>
          <w:rFonts w:ascii="Times New Roman" w:hAnsi="Times New Roman" w:eastAsia="Times New Roman"/>
          <w:b w:val="0"/>
          <w:i w:val="0"/>
          <w:color w:val="000000"/>
          <w:sz w:val="21"/>
        </w:rPr>
        <w:t>2. Why must doors close tightly?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There is no air outside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house will fly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Robots are noisy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rooms are small</w:t>
            </w:r>
          </w:p>
        </w:tc>
      </w:tr>
    </w:tbl>
    <w:p>
      <w:pPr>
        <w:spacing w:after="0"/>
        <w:ind w:left="0" w:firstLine="0"/>
      </w:pPr>
      <w:r>
        <w:rPr>
          <w:rFonts w:ascii="Times New Roman" w:hAnsi="Times New Roman" w:eastAsia="Times New Roman"/>
          <w:b w:val="0"/>
          <w:i w:val="0"/>
          <w:color w:val="000000"/>
          <w:sz w:val="21"/>
        </w:rPr>
        <w:t>3. What will happen to water?</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It will be thrown away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It will be cleaned and reused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It will freeze forever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It will come from rivers</w:t>
            </w:r>
          </w:p>
        </w:tc>
      </w:tr>
    </w:tbl>
    <w:p>
      <w:pPr>
        <w:spacing w:after="0"/>
        <w:ind w:left="0" w:firstLine="0"/>
      </w:pPr>
      <w:r>
        <w:rPr>
          <w:rFonts w:ascii="Times New Roman" w:hAnsi="Times New Roman" w:eastAsia="Times New Roman"/>
          <w:b w:val="0"/>
          <w:i w:val="0"/>
          <w:color w:val="000000"/>
          <w:sz w:val="21"/>
        </w:rPr>
        <w:t>4. Who may do difficult outside jobs?</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Children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Robots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Tourists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Teachers</w:t>
            </w:r>
          </w:p>
        </w:tc>
      </w:tr>
    </w:tbl>
    <w:p>
      <w:pPr>
        <w:spacing w:after="0"/>
        <w:ind w:left="0" w:firstLine="0"/>
      </w:pPr>
      <w:r>
        <w:rPr>
          <w:rFonts w:ascii="Times New Roman" w:hAnsi="Times New Roman" w:eastAsia="Times New Roman"/>
          <w:b w:val="0"/>
          <w:i w:val="0"/>
          <w:color w:val="000000"/>
          <w:sz w:val="21"/>
        </w:rPr>
        <w:t>5. What does the passage suggest?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Moon homes are ready now</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Technology may make Moon life better</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People will never live there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Moon homes need no energy</w:t>
            </w:r>
          </w:p>
        </w:tc>
      </w:tr>
    </w:tbl>
    <w:p>
      <w:pPr>
        <w:keepNext/>
        <w:keepLines/>
        <w:spacing w:before="40" w:after="20"/>
      </w:pPr>
      <w:r>
        <w:rPr>
          <w:rFonts w:ascii="Times New Roman" w:hAnsi="Times New Roman" w:eastAsia="Times New Roman"/>
          <w:b/>
          <w:color w:val="1254B7"/>
          <w:sz w:val="22"/>
        </w:rPr>
        <w:t>Exercise 15: Choose the sentence that best completes each text.</w:t>
      </w:r>
    </w:p>
    <w:p>
      <w:pPr>
        <w:jc w:val="both"/>
      </w:pPr>
      <w:r>
        <w:rPr>
          <w:rFonts w:ascii="Times New Roman" w:hAnsi="Times New Roman" w:eastAsia="Times New Roman"/>
          <w:color w:val="000000"/>
          <w:sz w:val="20"/>
        </w:rPr>
        <w:t>1. Our group designed a future classroom. (1) _____. Solar panels will produce electricity. (2) _____. A smart board will translate words into different languages. (3) _____. Finally, plants on the roof will cool the room. (4) _____.</w:t>
      </w:r>
    </w:p>
    <w:p>
      <w:pPr>
        <w:ind w:left="255"/>
      </w:pPr>
      <w:r>
        <w:rPr>
          <w:rFonts w:ascii="Times New Roman" w:hAnsi="Times New Roman" w:eastAsia="Times New Roman"/>
          <w:b w:val="0"/>
          <w:i w:val="0"/>
          <w:color w:val="000000"/>
          <w:sz w:val="20"/>
        </w:rPr>
        <w:t>A. First, we decided to make it environmentally friendly.</w:t>
      </w:r>
    </w:p>
    <w:p>
      <w:pPr>
        <w:ind w:left="255"/>
      </w:pPr>
      <w:r>
        <w:rPr>
          <w:rFonts w:ascii="Times New Roman" w:hAnsi="Times New Roman" w:eastAsia="Times New Roman"/>
          <w:b w:val="0"/>
          <w:i w:val="0"/>
          <w:color w:val="000000"/>
          <w:sz w:val="20"/>
        </w:rPr>
        <w:t>B. Sensors will turn off lights when the room is empty.</w:t>
      </w:r>
    </w:p>
    <w:p>
      <w:pPr>
        <w:ind w:left="255"/>
      </w:pPr>
      <w:r>
        <w:rPr>
          <w:rFonts w:ascii="Times New Roman" w:hAnsi="Times New Roman" w:eastAsia="Times New Roman"/>
          <w:b w:val="0"/>
          <w:i w:val="0"/>
          <w:color w:val="000000"/>
          <w:sz w:val="20"/>
        </w:rPr>
        <w:t>C. Students might use robot assistants for difficult exercises.</w:t>
      </w:r>
    </w:p>
    <w:p>
      <w:pPr>
        <w:ind w:left="255"/>
      </w:pPr>
      <w:r>
        <w:rPr>
          <w:rFonts w:ascii="Times New Roman" w:hAnsi="Times New Roman" w:eastAsia="Times New Roman"/>
          <w:b w:val="0"/>
          <w:i w:val="0"/>
          <w:color w:val="000000"/>
          <w:sz w:val="20"/>
        </w:rPr>
        <w:t>D. We think the classroom will be comfortable and useful.</w:t>
      </w:r>
    </w:p>
    <w:p>
      <w:pPr>
        <w:jc w:val="both"/>
      </w:pPr>
      <w:r>
        <w:rPr>
          <w:rFonts w:ascii="Times New Roman" w:hAnsi="Times New Roman" w:eastAsia="Times New Roman"/>
          <w:color w:val="000000"/>
          <w:sz w:val="20"/>
        </w:rPr>
        <w:t>2. My future home might be a motorhome. (1) _____. It will have a small kitchen and two beds. (2) _____. Solar panels will charge the batteries during the day. (3) _____. When I want a new view, I can drive somewhere else. (4) _____.</w:t>
      </w:r>
    </w:p>
    <w:p>
      <w:pPr>
        <w:ind w:left="255"/>
      </w:pPr>
      <w:r>
        <w:rPr>
          <w:rFonts w:ascii="Times New Roman" w:hAnsi="Times New Roman" w:eastAsia="Times New Roman"/>
          <w:b w:val="0"/>
          <w:i w:val="0"/>
          <w:color w:val="000000"/>
          <w:sz w:val="20"/>
        </w:rPr>
        <w:t>A. I will use it to travel around the country.</w:t>
      </w:r>
    </w:p>
    <w:p>
      <w:pPr>
        <w:ind w:left="255"/>
      </w:pPr>
      <w:r>
        <w:rPr>
          <w:rFonts w:ascii="Times New Roman" w:hAnsi="Times New Roman" w:eastAsia="Times New Roman"/>
          <w:b w:val="0"/>
          <w:i w:val="0"/>
          <w:color w:val="000000"/>
          <w:sz w:val="20"/>
        </w:rPr>
        <w:t>B. The furniture will fold to save space.</w:t>
      </w:r>
    </w:p>
    <w:p>
      <w:pPr>
        <w:ind w:left="255"/>
      </w:pPr>
      <w:r>
        <w:rPr>
          <w:rFonts w:ascii="Times New Roman" w:hAnsi="Times New Roman" w:eastAsia="Times New Roman"/>
          <w:b w:val="0"/>
          <w:i w:val="0"/>
          <w:color w:val="000000"/>
          <w:sz w:val="20"/>
        </w:rPr>
        <w:t>C. A smart map will help me find safe places to stop.</w:t>
      </w:r>
    </w:p>
    <w:p>
      <w:pPr>
        <w:ind w:left="255"/>
      </w:pPr>
      <w:r>
        <w:rPr>
          <w:rFonts w:ascii="Times New Roman" w:hAnsi="Times New Roman" w:eastAsia="Times New Roman"/>
          <w:b w:val="0"/>
          <w:i w:val="0"/>
          <w:color w:val="000000"/>
          <w:sz w:val="20"/>
        </w:rPr>
        <w:t>D. Living there will be simple but exciting.</w:t>
      </w:r>
    </w:p>
    <w:p>
      <w:r>
        <w:br w:type="page"/>
      </w:r>
    </w:p>
    <w:p>
      <w:pPr>
        <w:keepNext/>
        <w:keepLines/>
        <w:spacing w:before="80" w:after="40"/>
      </w:pPr>
      <w:r>
        <w:rPr>
          <w:rFonts w:ascii="Times New Roman" w:hAnsi="Times New Roman" w:eastAsia="Times New Roman"/>
          <w:b/>
          <w:color w:val="1254B7"/>
          <w:sz w:val="26"/>
        </w:rPr>
        <w:t>❖  WRITING</w:t>
      </w:r>
    </w:p>
    <w:p>
      <w:pPr>
        <w:keepNext/>
        <w:keepLines/>
        <w:spacing w:before="40" w:after="20"/>
      </w:pPr>
      <w:r>
        <w:rPr>
          <w:rFonts w:ascii="Times New Roman" w:hAnsi="Times New Roman" w:eastAsia="Times New Roman"/>
          <w:b/>
          <w:color w:val="1254B7"/>
          <w:sz w:val="22"/>
        </w:rPr>
        <w:t>Exercise 16: Complete the sentences using the guided words and phrases.</w:t>
      </w:r>
    </w:p>
    <w:p>
      <w:pPr>
        <w:spacing w:after="0"/>
      </w:pPr>
      <w:r>
        <w:rPr>
          <w:rFonts w:ascii="Times New Roman" w:hAnsi="Times New Roman" w:eastAsia="Times New Roman"/>
          <w:color w:val="000000"/>
          <w:sz w:val="20"/>
        </w:rPr>
        <w:t>1. my future house / use / solar energy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it / might / be / near ocean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robots / not do / everything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will / your home / have / smart appliances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perhaps / people / live / in space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17: Put the words and phrases in the correct order to make meaningful sentences.</w:t>
      </w:r>
    </w:p>
    <w:p>
      <w:pPr>
        <w:spacing w:after="0"/>
      </w:pPr>
      <w:r>
        <w:rPr>
          <w:rFonts w:ascii="Times New Roman" w:hAnsi="Times New Roman" w:eastAsia="Times New Roman"/>
          <w:color w:val="000000"/>
          <w:sz w:val="20"/>
        </w:rPr>
        <w:t>1. will / house / my / smart / be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might / we / sea / under / live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solar energy / use / home / will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have / will / a robot / you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won't / ordinary keys / need / we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might not / house / a garden / the / have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where / future / be / home / your / will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automatically / lights / turn on / will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robot / cook / dinner / might / the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comfortable / technology / life / make / will / more / .</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18: Rewrite each sentence so that it is closest in meaning to the original one.</w:t>
      </w:r>
    </w:p>
    <w:p>
      <w:pPr>
        <w:spacing w:after="0"/>
      </w:pPr>
      <w:r>
        <w:rPr>
          <w:rFonts w:ascii="Times New Roman" w:hAnsi="Times New Roman" w:eastAsia="Times New Roman"/>
          <w:color w:val="000000"/>
          <w:sz w:val="20"/>
        </w:rPr>
        <w:t>1. Perhaps I will live on an island.</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2. I am sure robots will help with housework.</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3. Perhaps the house will not have windows.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4. My future home will be in the mountains. (Where)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5. The robot will clean the kitchen. (What)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6. We will use solar energy.</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7. The house has technology that controls itself.</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8. The motorhome can move from place to place.</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9. The house will not use wires for the Internet.</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spacing w:after="0"/>
      </w:pPr>
      <w:r>
        <w:rPr>
          <w:rFonts w:ascii="Times New Roman" w:hAnsi="Times New Roman" w:eastAsia="Times New Roman"/>
          <w:color w:val="000000"/>
          <w:sz w:val="20"/>
        </w:rPr>
        <w:t>10. Maybe people will build homes on Mars.</w:t>
      </w:r>
    </w:p>
    <w:p>
      <w:pPr>
        <w:spacing w:after="0"/>
        <w:ind w:left="283"/>
      </w:pPr>
      <w:r>
        <w:rPr>
          <w:rFonts w:ascii="Times New Roman" w:hAnsi="Times New Roman" w:eastAsia="Times New Roman"/>
          <w:b/>
          <w:color w:val="000000"/>
          <w:sz w:val="20"/>
        </w:rPr>
        <w:t xml:space="preserve">➜ </w:t>
      </w:r>
      <w:r>
        <w:rPr>
          <w:rFonts w:ascii="Times New Roman" w:hAnsi="Times New Roman" w:eastAsia="Times New Roman"/>
          <w:color w:val="000000"/>
          <w:sz w:val="20"/>
        </w:rPr>
        <w:t>________________________________________________________________________________________</w:t>
      </w:r>
    </w:p>
    <w:p>
      <w:pPr>
        <w:keepNext/>
        <w:keepLines/>
        <w:spacing w:before="40" w:after="20"/>
      </w:pPr>
      <w:r>
        <w:rPr>
          <w:rFonts w:ascii="Times New Roman" w:hAnsi="Times New Roman" w:eastAsia="Times New Roman"/>
          <w:b/>
          <w:color w:val="1254B7"/>
          <w:sz w:val="22"/>
        </w:rPr>
        <w:t>Exercise 19: Choose the correct arrangement of the sentences to make a meaningful paragraph / letter.</w:t>
      </w:r>
    </w:p>
    <w:p>
      <w:r>
        <w:rPr>
          <w:rFonts w:ascii="Times New Roman" w:hAnsi="Times New Roman" w:eastAsia="Times New Roman"/>
          <w:b/>
          <w:color w:val="000000"/>
          <w:sz w:val="20"/>
        </w:rPr>
        <w:t>1.</w:t>
      </w:r>
    </w:p>
    <w:p>
      <w:pPr>
        <w:ind w:left="255"/>
      </w:pPr>
      <w:r>
        <w:rPr>
          <w:rFonts w:ascii="Times New Roman" w:hAnsi="Times New Roman" w:eastAsia="Times New Roman"/>
          <w:color w:val="000000"/>
          <w:sz w:val="20"/>
        </w:rPr>
        <w:t>a. My future house will be small but smart.</w:t>
      </w:r>
    </w:p>
    <w:p>
      <w:pPr>
        <w:ind w:left="255"/>
      </w:pPr>
      <w:r>
        <w:rPr>
          <w:rFonts w:ascii="Times New Roman" w:hAnsi="Times New Roman" w:eastAsia="Times New Roman"/>
          <w:color w:val="000000"/>
          <w:sz w:val="20"/>
        </w:rPr>
        <w:t>b. It will use solar energy from the roof.</w:t>
      </w:r>
    </w:p>
    <w:p>
      <w:pPr>
        <w:ind w:left="255"/>
      </w:pPr>
      <w:r>
        <w:rPr>
          <w:rFonts w:ascii="Times New Roman" w:hAnsi="Times New Roman" w:eastAsia="Times New Roman"/>
          <w:color w:val="000000"/>
          <w:sz w:val="20"/>
        </w:rPr>
        <w:t>c. A robot will clean the rooms and prepare simple meals.</w:t>
      </w:r>
    </w:p>
    <w:p>
      <w:pPr>
        <w:ind w:left="255"/>
      </w:pPr>
      <w:r>
        <w:rPr>
          <w:rFonts w:ascii="Times New Roman" w:hAnsi="Times New Roman" w:eastAsia="Times New Roman"/>
          <w:color w:val="000000"/>
          <w:sz w:val="20"/>
        </w:rPr>
        <w:t>d. The windows will open automatically when the air is fresh.</w:t>
      </w:r>
    </w:p>
    <w:p>
      <w:pPr>
        <w:ind w:left="255"/>
      </w:pPr>
      <w:r>
        <w:rPr>
          <w:rFonts w:ascii="Times New Roman" w:hAnsi="Times New Roman" w:eastAsia="Times New Roman"/>
          <w:color w:val="000000"/>
          <w:sz w:val="20"/>
        </w:rPr>
        <w:t>e. These features will make the house comfortable and environmentally friendly.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a-c-b-e-d</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d-a-b-c-e</w:t>
            </w:r>
          </w:p>
        </w:tc>
      </w:tr>
    </w:tbl>
    <w:p>
      <w:r>
        <w:rPr>
          <w:rFonts w:ascii="Times New Roman" w:hAnsi="Times New Roman" w:eastAsia="Times New Roman"/>
          <w:b/>
          <w:color w:val="000000"/>
          <w:sz w:val="20"/>
        </w:rPr>
        <w:t>2.</w:t>
      </w:r>
    </w:p>
    <w:p>
      <w:pPr>
        <w:ind w:left="255"/>
      </w:pPr>
      <w:r>
        <w:rPr>
          <w:rFonts w:ascii="Times New Roman" w:hAnsi="Times New Roman" w:eastAsia="Times New Roman"/>
          <w:color w:val="000000"/>
          <w:sz w:val="20"/>
        </w:rPr>
        <w:t>a. Dear Linh,</w:t>
      </w:r>
    </w:p>
    <w:p>
      <w:pPr>
        <w:ind w:left="255"/>
      </w:pPr>
      <w:r>
        <w:rPr>
          <w:rFonts w:ascii="Times New Roman" w:hAnsi="Times New Roman" w:eastAsia="Times New Roman"/>
          <w:color w:val="000000"/>
          <w:sz w:val="20"/>
        </w:rPr>
        <w:t>b. Our class is entering a future-house design contest.</w:t>
      </w:r>
    </w:p>
    <w:p>
      <w:pPr>
        <w:ind w:left="255"/>
      </w:pPr>
      <w:r>
        <w:rPr>
          <w:rFonts w:ascii="Times New Roman" w:hAnsi="Times New Roman" w:eastAsia="Times New Roman"/>
          <w:color w:val="000000"/>
          <w:sz w:val="20"/>
        </w:rPr>
        <w:t>c. My group is making a houseboat with solar panels.</w:t>
      </w:r>
    </w:p>
    <w:p>
      <w:pPr>
        <w:ind w:left="255"/>
      </w:pPr>
      <w:r>
        <w:rPr>
          <w:rFonts w:ascii="Times New Roman" w:hAnsi="Times New Roman" w:eastAsia="Times New Roman"/>
          <w:color w:val="000000"/>
          <w:sz w:val="20"/>
        </w:rPr>
        <w:t>d. It might also have a small garden on the roof.</w:t>
      </w:r>
    </w:p>
    <w:p>
      <w:pPr>
        <w:ind w:left="255"/>
      </w:pPr>
      <w:r>
        <w:rPr>
          <w:rFonts w:ascii="Times New Roman" w:hAnsi="Times New Roman" w:eastAsia="Times New Roman"/>
          <w:color w:val="000000"/>
          <w:sz w:val="20"/>
        </w:rPr>
        <w:t>e. Best, Nam</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a-c-b-d-e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a-b-c-d-e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b-a-d-c-e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a-b-d-c-e</w:t>
            </w:r>
          </w:p>
        </w:tc>
      </w:tr>
    </w:tbl>
    <w:p>
      <w:pPr>
        <w:keepNext/>
        <w:keepLines/>
        <w:spacing w:before="40" w:after="20"/>
      </w:pPr>
      <w:r>
        <w:rPr>
          <w:rFonts w:ascii="Times New Roman" w:hAnsi="Times New Roman" w:eastAsia="Times New Roman"/>
          <w:b/>
          <w:color w:val="1254B7"/>
          <w:sz w:val="22"/>
        </w:rPr>
        <w:t>Exercise 20: Choose the best sentence to complete each short text.</w:t>
      </w:r>
    </w:p>
    <w:p>
      <w:r>
        <w:rPr>
          <w:rFonts w:ascii="Times New Roman" w:hAnsi="Times New Roman" w:eastAsia="Times New Roman"/>
          <w:b/>
          <w:color w:val="000000"/>
          <w:sz w:val="21"/>
        </w:rPr>
        <w:t xml:space="preserve">1. 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SMART KITCHEN</w:t>
            </w:r>
          </w:p>
          <w:p>
            <w:pPr>
              <w:jc w:val="both"/>
            </w:pPr>
            <w:r>
              <w:rPr>
                <w:rFonts w:ascii="Times New Roman" w:hAnsi="Times New Roman" w:eastAsia="Times New Roman"/>
                <w:color w:val="000000"/>
                <w:sz w:val="20"/>
              </w:rPr>
              <w:t>The fridge will check the food and make a shopping list. The cooker will turn off automatically when the meal is ready. (1) _____.</w:t>
            </w:r>
          </w:p>
        </w:tc>
      </w:tr>
    </w:tbl>
    <w:p>
      <w:pPr>
        <w:spacing w:after="0"/>
        <w:ind w:left="0" w:firstLine="0"/>
      </w:pPr>
      <w:r>
        <w:rPr>
          <w:rFonts w:ascii="Times New Roman" w:hAnsi="Times New Roman" w:eastAsia="Times New Roman"/>
          <w:b w:val="0"/>
          <w:i w:val="0"/>
          <w:color w:val="000000"/>
          <w:sz w:val="21"/>
        </w:rPr>
        <w:t>1. Which sentence best concludes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These appliances will save time and make cooking safer.</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stadium opens at seven.</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My city has an old temple.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Basketball needs a ball.</w:t>
            </w:r>
          </w:p>
        </w:tc>
      </w:tr>
    </w:tbl>
    <w:p>
      <w:r>
        <w:rPr>
          <w:rFonts w:ascii="Times New Roman" w:hAnsi="Times New Roman" w:eastAsia="Times New Roman"/>
          <w:b/>
          <w:color w:val="000000"/>
          <w:sz w:val="21"/>
        </w:rPr>
        <w:t xml:space="preserve">2.  </w:t>
      </w:r>
    </w:p>
    <w:tbl>
      <w:tblPr>
        <w:tblW w:type="auto" w:w="0"/>
        <w:jc w:val="center"/>
        <w:tblLayout w:type="fixed"/>
        <w:tblLook w:firstColumn="1" w:firstRow="1" w:lastColumn="0" w:lastRow="0" w:noHBand="0" w:noVBand="1" w:val="04A0"/>
      </w:tblPr>
      <w:tblGrid>
        <w:gridCol w:w="10374"/>
      </w:tblGrid>
      <w:tr>
        <w:tc>
          <w:tcPr>
            <w:tcW w:type="dxa" w:w="10374"/>
            <w:tcMar>
              <w:top w:w="50" w:type="dxa"/>
              <w:start w:w="70" w:type="dxa"/>
              <w:bottom w:w="50" w:type="dxa"/>
              <w:end w:w="70" w:type="dxa"/>
            </w:tcMar>
            <w:tcBorders>
              <w:top w:val="single" w:sz="8" w:color="777777"/>
              <w:left w:val="single" w:sz="8" w:color="777777"/>
              <w:bottom w:val="single" w:sz="8" w:color="777777"/>
              <w:right w:val="single" w:sz="8" w:color="777777"/>
            </w:tcBorders>
          </w:tcPr>
          <w:p>
            <w:pPr>
              <w:jc w:val="center"/>
            </w:pPr>
            <w:r>
              <w:rPr>
                <w:rFonts w:ascii="Times New Roman" w:hAnsi="Times New Roman" w:eastAsia="Times New Roman"/>
                <w:b/>
                <w:color w:val="000000"/>
                <w:sz w:val="21"/>
              </w:rPr>
              <w:t>A HOUSE IN SPACE</w:t>
            </w:r>
          </w:p>
          <w:p>
            <w:pPr>
              <w:jc w:val="both"/>
            </w:pPr>
            <w:r>
              <w:rPr>
                <w:rFonts w:ascii="Times New Roman" w:hAnsi="Times New Roman" w:eastAsia="Times New Roman"/>
                <w:color w:val="000000"/>
                <w:sz w:val="20"/>
              </w:rPr>
              <w:t>A space house will need strong walls and a system that makes clean air. Water will be reused carefully. (1) _____.</w:t>
            </w:r>
          </w:p>
        </w:tc>
      </w:tr>
    </w:tbl>
    <w:p>
      <w:pPr>
        <w:spacing w:after="0"/>
        <w:ind w:left="0" w:firstLine="0"/>
      </w:pPr>
      <w:r>
        <w:rPr>
          <w:rFonts w:ascii="Times New Roman" w:hAnsi="Times New Roman" w:eastAsia="Times New Roman"/>
          <w:b w:val="0"/>
          <w:i w:val="0"/>
          <w:color w:val="000000"/>
          <w:sz w:val="21"/>
        </w:rPr>
        <w:t>1. Which sentence best completes the text?</w:t>
      </w:r>
    </w:p>
    <w:tbl>
      <w:tblPr>
        <w:tblW w:type="auto" w:w="0"/>
        <w:jc w:val="center"/>
        <w:tblLayout w:type="fixed"/>
        <w:tblLook w:firstColumn="1" w:firstRow="1" w:lastColumn="0" w:lastRow="0" w:noHBand="0" w:noVBand="1" w:val="04A0"/>
      </w:tblPr>
      <w:tblGrid>
        <w:gridCol w:w="5187"/>
        <w:gridCol w:w="5187"/>
      </w:tblGrid>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Robots might work outside while people stay safely inside.</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The television programme is funny.</w:t>
            </w:r>
          </w:p>
        </w:tc>
      </w:tr>
      <w:tr>
        <w:trPr>
          <w:cantSplit/>
        </w:trPr>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Our football team won yesterday.</w:t>
            </w:r>
          </w:p>
        </w:tc>
        <w:tc>
          <w:tcPr>
            <w:tcW w:type="dxa" w:w="5187"/>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Plastic bags are cheap.</w:t>
            </w:r>
          </w:p>
        </w:tc>
      </w:tr>
    </w:tbl>
    <w:p>
      <w:r>
        <w:br w:type="page"/>
      </w:r>
    </w:p>
    <w:p>
      <w:pPr>
        <w:keepNext/>
        <w:keepLines/>
        <w:spacing w:before="80" w:after="40"/>
      </w:pPr>
      <w:r>
        <w:rPr>
          <w:rFonts w:ascii="Times New Roman" w:hAnsi="Times New Roman" w:eastAsia="Times New Roman"/>
          <w:b/>
          <w:color w:val="1254B7"/>
          <w:sz w:val="26"/>
        </w:rPr>
        <w:t>❖  LISTENING</w:t>
      </w:r>
    </w:p>
    <w:p>
      <w:pPr>
        <w:keepNext/>
        <w:keepLines/>
        <w:spacing w:before="40" w:after="20"/>
      </w:pPr>
      <w:r>
        <w:rPr>
          <w:rFonts w:ascii="Times New Roman" w:hAnsi="Times New Roman" w:eastAsia="Times New Roman"/>
          <w:b/>
          <w:color w:val="1254B7"/>
          <w:sz w:val="22"/>
        </w:rPr>
        <w:t>Exercise 21: Listen to the recording and choose the best answer A, B, C, or D.</w:t>
      </w:r>
    </w:p>
    <w:p>
      <w:pPr>
        <w:spacing w:after="0"/>
        <w:ind w:left="0" w:firstLine="0"/>
      </w:pPr>
      <w:r>
        <w:rPr>
          <w:rFonts w:ascii="Times New Roman" w:hAnsi="Times New Roman" w:eastAsia="Times New Roman"/>
          <w:b w:val="0"/>
          <w:i w:val="0"/>
          <w:color w:val="000000"/>
          <w:sz w:val="21"/>
        </w:rPr>
        <w:t>1. Where will Tom's house be?</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Under the sea</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In the mountains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In a 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On the Moon</w:t>
            </w:r>
          </w:p>
        </w:tc>
      </w:tr>
    </w:tbl>
    <w:p>
      <w:pPr>
        <w:spacing w:after="0"/>
        <w:ind w:left="0" w:firstLine="0"/>
      </w:pPr>
      <w:r>
        <w:rPr>
          <w:rFonts w:ascii="Times New Roman" w:hAnsi="Times New Roman" w:eastAsia="Times New Roman"/>
          <w:b w:val="0"/>
          <w:i w:val="0"/>
          <w:color w:val="000000"/>
          <w:sz w:val="21"/>
        </w:rPr>
        <w:t>2. What will make electricity?</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Windmills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Solar panels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A robot</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windows</w:t>
            </w:r>
          </w:p>
        </w:tc>
      </w:tr>
    </w:tbl>
    <w:p>
      <w:pPr>
        <w:spacing w:after="0"/>
        <w:ind w:left="0" w:firstLine="0"/>
      </w:pPr>
      <w:r>
        <w:rPr>
          <w:rFonts w:ascii="Times New Roman" w:hAnsi="Times New Roman" w:eastAsia="Times New Roman"/>
          <w:b w:val="0"/>
          <w:i w:val="0"/>
          <w:color w:val="000000"/>
          <w:sz w:val="21"/>
        </w:rPr>
        <w:t>3. What will the smart system control?</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Lights and temperature</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Only the TV</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 garden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The roof</w:t>
            </w:r>
          </w:p>
        </w:tc>
      </w:tr>
    </w:tbl>
    <w:p>
      <w:pPr>
        <w:spacing w:after="0"/>
        <w:ind w:left="0" w:firstLine="0"/>
      </w:pPr>
      <w:r>
        <w:rPr>
          <w:rFonts w:ascii="Times New Roman" w:hAnsi="Times New Roman" w:eastAsia="Times New Roman"/>
          <w:b w:val="0"/>
          <w:i w:val="0"/>
          <w:color w:val="000000"/>
          <w:sz w:val="21"/>
        </w:rPr>
        <w:t>4. Why will Tom still cook?</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The robot is broken</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He enjoys cooking</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There is no electricity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He must sell food</w:t>
            </w:r>
          </w:p>
        </w:tc>
      </w:tr>
    </w:tbl>
    <w:p>
      <w:pPr>
        <w:spacing w:after="0"/>
        <w:ind w:left="0" w:firstLine="0"/>
      </w:pPr>
      <w:r>
        <w:rPr>
          <w:rFonts w:ascii="Times New Roman" w:hAnsi="Times New Roman" w:eastAsia="Times New Roman"/>
          <w:b w:val="0"/>
          <w:i w:val="0"/>
          <w:color w:val="000000"/>
          <w:sz w:val="21"/>
        </w:rPr>
        <w:t>5. What might the windows do?</w:t>
      </w:r>
    </w:p>
    <w:tbl>
      <w:tblPr>
        <w:tblW w:type="auto" w:w="0"/>
        <w:jc w:val="center"/>
        <w:tblLayout w:type="fixed"/>
        <w:tblLook w:firstColumn="1" w:firstRow="1" w:lastColumn="0" w:lastRow="0" w:noHBand="0" w:noVBand="1" w:val="04A0"/>
      </w:tblPr>
      <w:tblGrid>
        <w:gridCol w:w="2593"/>
        <w:gridCol w:w="2593"/>
        <w:gridCol w:w="2593"/>
        <w:gridCol w:w="2593"/>
      </w:tblGrid>
      <w:tr>
        <w:trPr>
          <w:cantSplit/>
        </w:trPr>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A. Fly</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B. Change colour</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C. Grow vegetables</w:t>
            </w:r>
          </w:p>
        </w:tc>
        <w:tc>
          <w:tcPr>
            <w:tcW w:type="dxa" w:w="2593"/>
            <w:tcMar>
              <w:top w:w="50" w:type="dxa"/>
              <w:start w:w="70" w:type="dxa"/>
              <w:bottom w:w="50" w:type="dxa"/>
              <w:end w:w="70" w:type="dxa"/>
            </w:tcMar>
            <w:tcBorders>
              <w:top w:val="nil"/>
              <w:left w:val="nil"/>
              <w:bottom w:val="nil"/>
              <w:right w:val="nil"/>
            </w:tcBorders>
            <w:vAlign w:val="center"/>
          </w:tcPr>
          <w:p>
            <w:pPr>
              <w:spacing w:after="0"/>
            </w:pPr>
            <w:r>
              <w:rPr>
                <w:rFonts w:ascii="Times New Roman" w:hAnsi="Times New Roman" w:eastAsia="Times New Roman"/>
                <w:b w:val="0"/>
                <w:i w:val="0"/>
                <w:color w:val="000000"/>
                <w:sz w:val="20"/>
              </w:rPr>
              <w:t>D. Make water</w:t>
            </w:r>
          </w:p>
        </w:tc>
      </w:tr>
    </w:tbl>
    <w:p>
      <w:pPr>
        <w:keepNext/>
        <w:keepLines/>
        <w:spacing w:before="40" w:after="20"/>
      </w:pPr>
      <w:r>
        <w:rPr>
          <w:rFonts w:ascii="Times New Roman" w:hAnsi="Times New Roman" w:eastAsia="Times New Roman"/>
          <w:b/>
          <w:color w:val="1254B7"/>
          <w:sz w:val="22"/>
        </w:rPr>
        <w:t>Exercise 22: Listen and decide whether the statements are TRUE (T) or FALSE (F).</w:t>
      </w:r>
    </w:p>
    <w:p>
      <w:r>
        <w:rPr>
          <w:rFonts w:ascii="Times New Roman" w:hAnsi="Times New Roman" w:eastAsia="Times New Roman"/>
          <w:color w:val="000000"/>
          <w:sz w:val="20"/>
        </w:rPr>
        <w:t xml:space="preserve">1. Lan thinks people will live in green buildings.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2. The lifts will use coal energy.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3. Minh mentions houseboats.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4. The teacher says every prediction is certain.  </w:t>
      </w:r>
      <w:r>
        <w:rPr>
          <w:rFonts w:ascii="Times New Roman" w:hAnsi="Times New Roman" w:eastAsia="Times New Roman"/>
          <w:color w:val="000000"/>
          <w:sz w:val="20"/>
        </w:rPr>
        <w:t>_____</w:t>
      </w:r>
    </w:p>
    <w:p>
      <w:r>
        <w:rPr>
          <w:rFonts w:ascii="Times New Roman" w:hAnsi="Times New Roman" w:eastAsia="Times New Roman"/>
          <w:color w:val="000000"/>
          <w:sz w:val="20"/>
        </w:rPr>
        <w:t xml:space="preserve">5. The class wants future homes to protect the environment.  </w:t>
      </w:r>
      <w:r>
        <w:rPr>
          <w:rFonts w:ascii="Times New Roman" w:hAnsi="Times New Roman" w:eastAsia="Times New Roman"/>
          <w:color w:val="000000"/>
          <w:sz w:val="20"/>
        </w:rPr>
        <w:t>_____</w:t>
      </w:r>
    </w:p>
    <w:p>
      <w:pPr>
        <w:spacing w:before="100"/>
        <w:jc w:val="center"/>
      </w:pPr>
      <w:r>
        <w:rPr>
          <w:rFonts w:ascii="Times New Roman" w:hAnsi="Times New Roman" w:eastAsia="Times New Roman"/>
          <w:b/>
          <w:color w:val="C00000"/>
          <w:sz w:val="24"/>
        </w:rPr>
        <w:t>--- THE END ---</w:t>
      </w:r>
    </w:p>
    <w:sectPr w:rsidR="00FC693F" w:rsidRPr="0006063C" w:rsidSect="00034616">
      <w:headerReference w:type="default" r:id="rId9"/>
      <w:footerReference w:type="default" r:id="rId10"/>
      <w:pgSz w:w="11906" w:h="16838"/>
      <w:pgMar w:top="709" w:right="765" w:bottom="709" w:left="765" w:header="255" w:footer="255"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ayout w:type="fixed"/>
      <w:tblLook w:firstColumn="1" w:firstRow="1" w:lastColumn="0" w:lastRow="0" w:noHBand="0" w:noVBand="1" w:val="04A0"/>
    </w:tblPr>
    <w:tblGrid>
      <w:gridCol w:w="8390"/>
      <w:gridCol w:w="1984"/>
    </w:tblGrid>
    <w:tr>
      <w:tc>
        <w:tcPr>
          <w:tcW w:type="dxa" w:w="8390"/>
          <w:tcMar>
            <w:top w:w="50" w:type="dxa"/>
            <w:start w:w="70" w:type="dxa"/>
            <w:bottom w:w="50" w:type="dxa"/>
            <w:end w:w="70" w:type="dxa"/>
          </w:tcMar>
          <w:tcBorders>
            <w:top w:val="nil"/>
            <w:left w:val="nil"/>
            <w:bottom w:val="nil"/>
            <w:right w:val="nil"/>
          </w:tcBorders>
        </w:tcPr>
        <w:p>
          <w:pPr>
            <w:jc w:val="left"/>
          </w:pPr>
          <w:r>
            <w:rPr>
              <w:rFonts w:ascii="Times New Roman" w:hAnsi="Times New Roman" w:eastAsia="Times New Roman"/>
              <w:b/>
              <w:color w:val="C00000"/>
              <w:sz w:val="20"/>
            </w:rPr>
            <w:t>Bài tập Tiếng Anh 6 (Global Success)</w:t>
          </w:r>
        </w:p>
      </w:tc>
      <w:tc>
        <w:tcPr>
          <w:tcW w:type="dxa" w:w="1984"/>
          <w:tcMar>
            <w:top w:w="50" w:type="dxa"/>
            <w:start w:w="70" w:type="dxa"/>
            <w:bottom w:w="50" w:type="dxa"/>
            <w:end w:w="70" w:type="dxa"/>
          </w:tcMar>
          <w:tcBorders>
            <w:top w:val="nil"/>
            <w:left w:val="nil"/>
            <w:bottom w:val="nil"/>
            <w:right w:val="nil"/>
          </w:tcBorders>
        </w:tcPr>
        <w:p>
          <w:pPr>
            <w:jc w:val="right"/>
          </w:pPr>
          <w:r>
            <w:rPr>
              <w:rFonts w:ascii="Times New Roman" w:hAnsi="Times New Roman" w:eastAsia="Times New Roman"/>
              <w:b/>
              <w:color w:val="C00000"/>
              <w:sz w:val="20"/>
            </w:rPr>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center"/>
    </w:pPr>
    <w:r>
      <w:rPr>
        <w:rFonts w:ascii="Arial" w:hAnsi="Arial" w:eastAsia="Arial"/>
        <w:b/>
        <w:color w:val="C00000"/>
        <w:sz w:val="20"/>
      </w:rPr>
      <w:t>BÀI TẬP TIẾNG ANH 6 - GLOBAL SUCCESS • HỌC KỲ II</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