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0" w:after="60" w:line="240" w:lineRule="auto"/>
        <w:jc w:val="center"/>
      </w:pPr>
      <w:r>
        <w:drawing>
          <wp:inline xmlns:a="http://schemas.openxmlformats.org/drawingml/2006/main" xmlns:pic="http://schemas.openxmlformats.org/drawingml/2006/picture">
            <wp:extent cx="3384000" cy="1175000"/>
            <wp:docPr id="1" name="Picture 1"/>
            <wp:cNvGraphicFramePr>
              <a:graphicFrameLocks noChangeAspect="1"/>
            </wp:cNvGraphicFramePr>
            <a:graphic>
              <a:graphicData uri="http://schemas.openxmlformats.org/drawingml/2006/picture">
                <pic:pic>
                  <pic:nvPicPr>
                    <pic:cNvPr id="0" name="unit_8_title.png"/>
                    <pic:cNvPicPr/>
                  </pic:nvPicPr>
                  <pic:blipFill>
                    <a:blip r:embed="rId10"/>
                    <a:stretch>
                      <a:fillRect/>
                    </a:stretch>
                  </pic:blipFill>
                  <pic:spPr>
                    <a:xfrm>
                      <a:off x="0" y="0"/>
                      <a:ext cx="3384000" cy="1175000"/>
                    </a:xfrm>
                    <a:prstGeom prst="rect"/>
                  </pic:spPr>
                </pic:pic>
              </a:graphicData>
            </a:graphic>
          </wp:inline>
        </w:drawing>
      </w:r>
    </w:p>
    <w:p>
      <w:pPr>
        <w:keepNext/>
        <w:spacing w:before="40" w:after="20" w:line="240" w:lineRule="auto"/>
      </w:pPr>
      <w:r>
        <w:rPr>
          <w:rFonts w:ascii="Bookman Old Style" w:hAnsi="Bookman Old Style" w:eastAsia="Bookman Old Style"/>
          <w:b/>
          <w:color w:val="0033CC"/>
          <w:sz w:val="20"/>
        </w:rPr>
        <w:t>A. VOCABULARY</w:t>
      </w:r>
    </w:p>
    <w:tbl>
      <w:tblPr>
        <w:tblStyle w:val="TableGrid"/>
        <w:tblW w:type="dxa" w:w="10320"/>
        <w:jc w:val="center"/>
        <w:tblLayout w:type="fixed"/>
        <w:tblLook w:firstColumn="1" w:firstRow="1" w:lastColumn="0" w:lastRow="0" w:noHBand="0" w:noVBand="1" w:val="04A0"/>
      </w:tblPr>
      <w:tblGrid>
        <w:gridCol w:w="520"/>
        <w:gridCol w:w="2550"/>
        <w:gridCol w:w="800"/>
        <w:gridCol w:w="2200"/>
        <w:gridCol w:w="4250"/>
      </w:tblGrid>
      <w:tr>
        <w:trPr>
          <w:tblHeader w:val="true"/>
        </w:trPr>
        <w:tc>
          <w:tcPr>
            <w:tcW w:type="dxa" w:w="52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No.</w:t>
            </w:r>
          </w:p>
        </w:tc>
        <w:tc>
          <w:tcPr>
            <w:tcW w:type="dxa" w:w="255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Word / Phrase</w:t>
            </w:r>
          </w:p>
        </w:tc>
        <w:tc>
          <w:tcPr>
            <w:tcW w:type="dxa" w:w="8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Type</w:t>
            </w:r>
          </w:p>
        </w:tc>
        <w:tc>
          <w:tcPr>
            <w:tcW w:type="dxa" w:w="22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IPA</w:t>
            </w:r>
          </w:p>
        </w:tc>
        <w:tc>
          <w:tcPr>
            <w:tcW w:type="dxa" w:w="425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Meaning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film</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/fɪlm/</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phim</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action film</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/ˈækʃn fɪlm/</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phim hành động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comedy</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/ˈkɒmədi/</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phim hài</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science fiction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/ˌsaɪəns ˈfɪkʃn/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khoa học viễn tưởng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horror film</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/ˈhɒrə fɪlm/</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phim kinh dị</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documentary</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/ˌdɒkjuˈmentri/</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phim tài liệu</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fantasy</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/ˈfæntəsi/</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phim giả tưởng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animated film</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/ˈænɪmeɪtɪd fɪlm/</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phim hoạt hình</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director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/dəˈrektə(r)/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đạo diễn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actor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/ˈæktə(r)/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diễn viên nam</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actress</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/ˈæktrəs/</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diễn viên nữ</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character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/ˈkærəktə(r)/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nhân vật</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plot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/plɒt/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cốt truyện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scene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/siːn/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cảnh phim</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review</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/rɪˈvjuː/</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bài đánh giá; đánh giá</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audience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/ˈɔːdiəns/</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khán giả</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acting</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/ˈæktɪŋ/</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diễn xuất</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performance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/pəˈfɔːməns/</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màn trình diễn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entertaining</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/ˌentəˈteɪnɪŋ/</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mang tính giải trí</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gripping</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/ˈɡrɪpɪŋ/</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cuốn hút</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moving</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/ˈmuːvɪŋ/</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cảm động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hilarious</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/hɪˈleəriəs/</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rất hài hước</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frightening</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/ˈfraɪtnɪŋ/</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đáng sợ</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boring</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/ˈbɔːrɪŋ/</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nhàm chán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disappointing</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/ˌdɪsəˈpɔɪntɪŋ/</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gây thất vọng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surprising</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/səˈpraɪzɪŋ/</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đáng ngạc nhiên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violent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/ˈvaɪələnt/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bạo lực</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dull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/dʌl/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tẻ nhạt</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fascinating</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/ˈfæsɪneɪtɪŋ/</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hấp dẫn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confusing</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/kənˈfjuːzɪŋ/</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gây khó hiểu</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recommend</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/ˌrekəˈmend/</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giới thiệu, đề xuất</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star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/stɑː(r)/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đóng vai chính</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cinema</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/ˈsɪnəmə/</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rạp chiếu phim</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trailer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/ˈtreɪlə(r)/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đoạn phim giới thiệu</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critic</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/ˈkrɪtɪk/</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nhà phê bình</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award</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/əˈwɔːd/</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giải thưởng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soundtrack</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/ˈsaʊndtræk/</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nhạc phim</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special effects</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/ˌspeʃl ɪˈfekts/</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kỹ xảo đặc biệt</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release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/rɪˈliːs/</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phát hành; sự phát hành</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screen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/skriːn/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màn ảnh; chiếu phim</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script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/skrɪpt/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kịch bản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ending</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/ˈendɪŋ/</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phần kết</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exciting</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/ɪkˈsaɪtɪŋ/</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hấp dẫn, thú vị</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humorous</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/ˈhjuːmərəs/</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hài hước</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successful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/səkˈsesfl/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thành công</w:t>
            </w:r>
          </w:p>
        </w:tc>
      </w:tr>
    </w:tbl>
    <w:p>
      <w:r>
        <w:br w:type="page"/>
      </w:r>
    </w:p>
    <w:p>
      <w:pPr>
        <w:keepNext/>
        <w:spacing w:before="40" w:after="20" w:line="240" w:lineRule="auto"/>
      </w:pPr>
      <w:r>
        <w:rPr>
          <w:rFonts w:ascii="Bookman Old Style" w:hAnsi="Bookman Old Style" w:eastAsia="Bookman Old Style"/>
          <w:b/>
          <w:color w:val="0033CC"/>
          <w:sz w:val="20"/>
        </w:rPr>
        <w:t>B. WORD FORM</w:t>
      </w:r>
    </w:p>
    <w:tbl>
      <w:tblPr>
        <w:tblStyle w:val="TableGrid"/>
        <w:tblW w:type="dxa" w:w="10320"/>
        <w:jc w:val="center"/>
        <w:tblLayout w:type="fixed"/>
        <w:tblLook w:firstColumn="1" w:firstRow="1" w:lastColumn="0" w:lastRow="0" w:noHBand="0" w:noVBand="1" w:val="04A0"/>
      </w:tblPr>
      <w:tblGrid>
        <w:gridCol w:w="5160"/>
        <w:gridCol w:w="5160"/>
      </w:tblGrid>
      <w:tr>
        <w:tc>
          <w:tcPr>
            <w:tcW w:type="dxa" w:w="5160"/>
            <w:tcMar>
              <w:top w:w="70" w:type="dxa"/>
              <w:start w:w="80" w:type="dxa"/>
              <w:bottom w:w="70" w:type="dxa"/>
              <w:end w:w="80" w:type="dxa"/>
            </w:tcMar>
            <w:shd w:fill="DDEBF7"/>
          </w:tcPr>
          <w:p>
            <w:pPr>
              <w:keepNext w:val="0"/>
              <w:spacing w:before="0" w:after="20" w:line="240" w:lineRule="auto"/>
            </w:pPr>
            <w:r>
              <w:rPr>
                <w:rFonts w:ascii="Bookman Old Style" w:hAnsi="Bookman Old Style" w:eastAsia="Bookman Old Style"/>
                <w:color w:val="000000"/>
                <w:sz w:val="17"/>
              </w:rPr>
              <w:t>1. act - actor/actress - acting - active</w:t>
            </w:r>
          </w:p>
          <w:p>
            <w:pPr>
              <w:keepNext w:val="0"/>
              <w:spacing w:before="0" w:after="20" w:line="240" w:lineRule="auto"/>
            </w:pPr>
            <w:r>
              <w:rPr>
                <w:rFonts w:ascii="Bookman Old Style" w:hAnsi="Bookman Old Style" w:eastAsia="Bookman Old Style"/>
                <w:color w:val="000000"/>
                <w:sz w:val="17"/>
              </w:rPr>
              <w:t>2. direct - director - direction - directly</w:t>
            </w:r>
          </w:p>
          <w:p>
            <w:pPr>
              <w:keepNext w:val="0"/>
              <w:spacing w:before="0" w:after="20" w:line="240" w:lineRule="auto"/>
            </w:pPr>
            <w:r>
              <w:rPr>
                <w:rFonts w:ascii="Bookman Old Style" w:hAnsi="Bookman Old Style" w:eastAsia="Bookman Old Style"/>
                <w:color w:val="000000"/>
                <w:sz w:val="17"/>
              </w:rPr>
              <w:t>3. entertain - entertainment - entertaining - entertained</w:t>
            </w:r>
          </w:p>
          <w:p>
            <w:pPr>
              <w:keepNext w:val="0"/>
              <w:spacing w:before="0" w:after="20" w:line="240" w:lineRule="auto"/>
            </w:pPr>
            <w:r>
              <w:rPr>
                <w:rFonts w:ascii="Bookman Old Style" w:hAnsi="Bookman Old Style" w:eastAsia="Bookman Old Style"/>
                <w:color w:val="000000"/>
                <w:sz w:val="17"/>
              </w:rPr>
              <w:t>4. interest - interesting - interested - interestingly</w:t>
            </w:r>
          </w:p>
        </w:tc>
        <w:tc>
          <w:tcPr>
            <w:tcW w:type="dxa" w:w="5160"/>
            <w:tcMar>
              <w:top w:w="70" w:type="dxa"/>
              <w:start w:w="80" w:type="dxa"/>
              <w:bottom w:w="70" w:type="dxa"/>
              <w:end w:w="80" w:type="dxa"/>
            </w:tcMar>
            <w:shd w:fill="DDEBF7"/>
          </w:tcPr>
          <w:p>
            <w:pPr>
              <w:keepNext w:val="0"/>
              <w:spacing w:before="0" w:after="20" w:line="240" w:lineRule="auto"/>
            </w:pPr>
            <w:r>
              <w:rPr>
                <w:rFonts w:ascii="Bookman Old Style" w:hAnsi="Bookman Old Style" w:eastAsia="Bookman Old Style"/>
                <w:color w:val="000000"/>
                <w:sz w:val="17"/>
              </w:rPr>
              <w:t>5. surprise - surprising - surprised - surprisingly</w:t>
            </w:r>
          </w:p>
          <w:p>
            <w:pPr>
              <w:keepNext w:val="0"/>
              <w:spacing w:before="0" w:after="20" w:line="240" w:lineRule="auto"/>
            </w:pPr>
            <w:r>
              <w:rPr>
                <w:rFonts w:ascii="Bookman Old Style" w:hAnsi="Bookman Old Style" w:eastAsia="Bookman Old Style"/>
                <w:color w:val="000000"/>
                <w:sz w:val="17"/>
              </w:rPr>
              <w:t>6. frighten - frightening - frightened - fright</w:t>
            </w:r>
          </w:p>
          <w:p>
            <w:pPr>
              <w:keepNext w:val="0"/>
              <w:spacing w:before="0" w:after="20" w:line="240" w:lineRule="auto"/>
            </w:pPr>
            <w:r>
              <w:rPr>
                <w:rFonts w:ascii="Bookman Old Style" w:hAnsi="Bookman Old Style" w:eastAsia="Bookman Old Style"/>
                <w:color w:val="000000"/>
                <w:sz w:val="17"/>
              </w:rPr>
              <w:t>7. move - moving - moved - movement</w:t>
            </w:r>
          </w:p>
          <w:p>
            <w:pPr>
              <w:keepNext w:val="0"/>
              <w:spacing w:before="0" w:after="20" w:line="240" w:lineRule="auto"/>
            </w:pPr>
            <w:r>
              <w:rPr>
                <w:rFonts w:ascii="Bookman Old Style" w:hAnsi="Bookman Old Style" w:eastAsia="Bookman Old Style"/>
                <w:color w:val="000000"/>
                <w:sz w:val="17"/>
              </w:rPr>
              <w:t>8. disappoint - disappointing - disappointed - disappointment</w:t>
            </w:r>
          </w:p>
        </w:tc>
      </w:tr>
    </w:tbl>
    <w:p>
      <w:pPr>
        <w:keepNext/>
        <w:spacing w:before="100" w:after="20" w:line="240" w:lineRule="auto"/>
      </w:pPr>
      <w:r>
        <w:rPr>
          <w:rFonts w:ascii="Bookman Old Style" w:hAnsi="Bookman Old Style" w:eastAsia="Bookman Old Style"/>
          <w:b/>
          <w:color w:val="0033CC"/>
          <w:sz w:val="20"/>
        </w:rPr>
        <w:t>Cụm từ trọng tâm</w:t>
      </w:r>
    </w:p>
    <w:tbl>
      <w:tblPr>
        <w:tblStyle w:val="TableGrid"/>
        <w:tblW w:type="dxa" w:w="10320"/>
        <w:jc w:val="center"/>
        <w:tblLayout w:type="fixed"/>
        <w:tblLook w:firstColumn="1" w:firstRow="1" w:lastColumn="0" w:lastRow="0" w:noHBand="0" w:noVBand="1" w:val="04A0"/>
      </w:tblPr>
      <w:tblGrid>
        <w:gridCol w:w="5160"/>
        <w:gridCol w:w="5160"/>
      </w:tblGrid>
      <w:tr>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Collocation</w:t>
            </w:r>
          </w:p>
        </w:tc>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Nghĩa</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watch a film</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xem phim</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write a review</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viết bài đánh giá</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play a character</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đóng vai một nhân vật</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special effects</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kỹ xảo đặc biệt</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the main actor</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diễn viên chính</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a simple plot</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cốt truyện đơn giản</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the final scene</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cảnh cuối</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win an award</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giành giải thưởng</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recommend a film to</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giới thiệu phim cho</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be based on</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được dựa trên</w:t>
            </w:r>
          </w:p>
        </w:tc>
      </w:tr>
    </w:tbl>
    <w:p>
      <w:pPr>
        <w:keepNext/>
        <w:spacing w:before="80" w:after="20" w:line="240" w:lineRule="auto"/>
      </w:pPr>
      <w:r>
        <w:rPr>
          <w:rFonts w:ascii="Bookman Old Style" w:hAnsi="Bookman Old Style" w:eastAsia="Bookman Old Style"/>
          <w:b/>
          <w:color w:val="0033CC"/>
          <w:sz w:val="20"/>
        </w:rPr>
        <w:t>C. PRONUNCIATION</w:t>
      </w:r>
    </w:p>
    <w:p>
      <w:pPr>
        <w:keepNext w:val="0"/>
        <w:spacing w:before="0" w:after="40" w:line="240" w:lineRule="auto"/>
      </w:pPr>
      <w:r>
        <w:rPr>
          <w:rFonts w:ascii="Bookman Old Style" w:hAnsi="Bookman Old Style" w:eastAsia="Bookman Old Style"/>
          <w:color w:val="000000"/>
          <w:sz w:val="19"/>
        </w:rPr>
        <w:t>Sounds /ɪə/ and /eə/: near, clear, idea /ɪə/; care, share, square /eə/.</w:t>
      </w:r>
    </w:p>
    <w:p>
      <w:r>
        <w:br w:type="page"/>
      </w:r>
    </w:p>
    <w:p>
      <w:pPr>
        <w:keepNext/>
        <w:spacing w:before="40" w:after="20" w:line="240" w:lineRule="auto"/>
      </w:pPr>
      <w:r>
        <w:rPr>
          <w:rFonts w:ascii="Bookman Old Style" w:hAnsi="Bookman Old Style" w:eastAsia="Bookman Old Style"/>
          <w:b/>
          <w:color w:val="0033CC"/>
          <w:sz w:val="20"/>
        </w:rPr>
        <w:t>D. GRAMMAR</w:t>
      </w:r>
    </w:p>
    <w:p>
      <w:pPr>
        <w:keepNext w:val="0"/>
        <w:spacing w:before="0" w:after="60" w:line="240" w:lineRule="auto"/>
      </w:pPr>
      <w:r>
        <w:rPr>
          <w:rFonts w:ascii="Bookman Old Style" w:hAnsi="Bookman Old Style" w:eastAsia="Bookman Old Style"/>
          <w:b/>
          <w:color w:val="0033CC"/>
          <w:sz w:val="20"/>
        </w:rPr>
        <w:t>ALTHOUGH / THOUGH; HOWEVER</w:t>
      </w:r>
    </w:p>
    <w:tbl>
      <w:tblPr>
        <w:tblStyle w:val="TableGrid"/>
        <w:tblW w:type="dxa" w:w="10320"/>
        <w:jc w:val="center"/>
        <w:tblLayout w:type="fixed"/>
        <w:tblLook w:firstColumn="1" w:firstRow="1" w:lastColumn="0" w:lastRow="0" w:noHBand="0" w:noVBand="1" w:val="04A0"/>
      </w:tblPr>
      <w:tblGrid>
        <w:gridCol w:w="1900"/>
        <w:gridCol w:w="4100"/>
        <w:gridCol w:w="4320"/>
      </w:tblGrid>
      <w:tr>
        <w:trPr>
          <w:tblHeader w:val="true"/>
        </w:trPr>
        <w:tc>
          <w:tcPr>
            <w:tcW w:type="dxa" w:w="19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7"/>
              </w:rPr>
              <w:t>Nội dung</w:t>
            </w:r>
          </w:p>
        </w:tc>
        <w:tc>
          <w:tcPr>
            <w:tcW w:type="dxa" w:w="41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7"/>
              </w:rPr>
              <w:t>Công thức / cách dùng</w:t>
            </w:r>
          </w:p>
        </w:tc>
        <w:tc>
          <w:tcPr>
            <w:tcW w:type="dxa" w:w="432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7"/>
              </w:rPr>
              <w:t>Ví dụ</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Although/Though</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Although/Though + mệnh đề, mệnh đề.</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Although the film was long, it was gripping.</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Đảo vị trí</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Mệnh đề + although/though + mệnh đề.</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I liked the film though the ending was sad.</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However</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Câu 1. However, câu 2.</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The plot was simple. However, the acting was excellent.</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Tính từ -ing</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Miêu tả sự vật gây cảm xúc.</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The film is exciting.</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Tính từ -ed</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Miêu tả cảm xúc của người.</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We were excited about the film.</w:t>
            </w:r>
          </w:p>
        </w:tc>
      </w:tr>
    </w:tbl>
    <w:p>
      <w:pPr>
        <w:keepNext/>
        <w:spacing w:before="100" w:after="20" w:line="240" w:lineRule="auto"/>
      </w:pPr>
      <w:r>
        <w:rPr>
          <w:rFonts w:ascii="Bookman Old Style" w:hAnsi="Bookman Old Style" w:eastAsia="Bookman Old Style"/>
          <w:b/>
          <w:color w:val="0033CC"/>
          <w:sz w:val="20"/>
        </w:rPr>
        <w:t>Lưu ý</w:t>
      </w:r>
    </w:p>
    <w:p>
      <w:pPr>
        <w:keepNext w:val="0"/>
        <w:spacing w:before="0" w:after="40" w:line="240" w:lineRule="auto"/>
        <w:ind w:left="283"/>
      </w:pPr>
      <w:r>
        <w:rPr>
          <w:rFonts w:ascii="Bookman Old Style" w:hAnsi="Bookman Old Style" w:eastAsia="Bookman Old Style"/>
          <w:b/>
          <w:color w:val="0033CC"/>
          <w:sz w:val="18"/>
        </w:rPr>
        <w:t xml:space="preserve">• </w:t>
      </w:r>
      <w:r>
        <w:rPr>
          <w:rFonts w:ascii="Bookman Old Style" w:hAnsi="Bookman Old Style" w:eastAsia="Bookman Old Style"/>
          <w:color w:val="000000"/>
          <w:sz w:val="18"/>
        </w:rPr>
        <w:t>Không dùng 'but' trong cùng câu đã có although/though.</w:t>
      </w:r>
    </w:p>
    <w:p>
      <w:pPr>
        <w:keepNext w:val="0"/>
        <w:spacing w:before="0" w:after="40" w:line="240" w:lineRule="auto"/>
        <w:ind w:left="283"/>
      </w:pPr>
      <w:r>
        <w:rPr>
          <w:rFonts w:ascii="Bookman Old Style" w:hAnsi="Bookman Old Style" w:eastAsia="Bookman Old Style"/>
          <w:b/>
          <w:color w:val="0033CC"/>
          <w:sz w:val="18"/>
        </w:rPr>
        <w:t xml:space="preserve">• </w:t>
      </w:r>
      <w:r>
        <w:rPr>
          <w:rFonts w:ascii="Bookman Old Style" w:hAnsi="Bookman Old Style" w:eastAsia="Bookman Old Style"/>
          <w:color w:val="000000"/>
          <w:sz w:val="18"/>
        </w:rPr>
        <w:t>However thường đứng đầu câu thứ hai và có dấu phẩy theo sau.</w:t>
      </w:r>
    </w:p>
    <w:p>
      <w:pPr>
        <w:keepNext w:val="0"/>
        <w:spacing w:before="0" w:after="40" w:line="240" w:lineRule="auto"/>
        <w:ind w:left="283"/>
      </w:pPr>
      <w:r>
        <w:rPr>
          <w:rFonts w:ascii="Bookman Old Style" w:hAnsi="Bookman Old Style" w:eastAsia="Bookman Old Style"/>
          <w:b/>
          <w:color w:val="0033CC"/>
          <w:sz w:val="18"/>
        </w:rPr>
        <w:t xml:space="preserve">• </w:t>
      </w:r>
      <w:r>
        <w:rPr>
          <w:rFonts w:ascii="Bookman Old Style" w:hAnsi="Bookman Old Style" w:eastAsia="Bookman Old Style"/>
          <w:color w:val="000000"/>
          <w:sz w:val="18"/>
        </w:rPr>
        <w:t>Phân biệt bored/boring, interested/interesting, moved/moving.</w:t>
      </w:r>
    </w:p>
    <w:p>
      <w:pPr>
        <w:keepNext/>
        <w:spacing w:before="100" w:after="20" w:line="240" w:lineRule="auto"/>
      </w:pPr>
      <w:r>
        <w:rPr>
          <w:rFonts w:ascii="Bookman Old Style" w:hAnsi="Bookman Old Style" w:eastAsia="Bookman Old Style"/>
          <w:b/>
          <w:color w:val="0033CC"/>
          <w:sz w:val="20"/>
        </w:rPr>
        <w:t>Bảng ghi nhớ nhanh</w:t>
      </w:r>
    </w:p>
    <w:tbl>
      <w:tblPr>
        <w:tblStyle w:val="TableGrid"/>
        <w:tblW w:type="dxa" w:w="10320"/>
        <w:jc w:val="center"/>
        <w:tblLayout w:type="fixed"/>
        <w:tblLook w:firstColumn="1" w:firstRow="1" w:lastColumn="0" w:lastRow="0" w:noHBand="0" w:noVBand="1" w:val="04A0"/>
      </w:tblPr>
      <w:tblGrid>
        <w:gridCol w:w="5160"/>
        <w:gridCol w:w="5160"/>
      </w:tblGrid>
      <w:tr>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8"/>
              </w:rPr>
              <w:t>Dấu hiệu / từ khóa</w:t>
            </w:r>
          </w:p>
        </w:tc>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8"/>
              </w:rPr>
              <w:t>Điểm cần tránh</w:t>
            </w:r>
          </w:p>
        </w:tc>
      </w:tr>
      <w:tr>
        <w:tc>
          <w:tcPr>
            <w:tcW w:type="dxa" w:w="5160"/>
            <w:tcMar>
              <w:top w:w="50" w:type="dxa"/>
              <w:start w:w="70" w:type="dxa"/>
              <w:bottom w:w="50" w:type="dxa"/>
              <w:end w:w="70" w:type="dxa"/>
            </w:tcMar>
          </w:tcPr>
          <w:p>
            <w:pPr>
              <w:keepNext w:val="0"/>
              <w:spacing w:before="0" w:after="0" w:line="240" w:lineRule="auto"/>
            </w:pPr>
            <w:r>
              <w:rPr>
                <w:rFonts w:ascii="Bookman Old Style" w:hAnsi="Bookman Old Style" w:eastAsia="Bookman Old Style"/>
                <w:color w:val="000000"/>
                <w:sz w:val="18"/>
              </w:rPr>
              <w:t>although, though, however; -ed/-ing</w:t>
            </w:r>
          </w:p>
        </w:tc>
        <w:tc>
          <w:tcPr>
            <w:tcW w:type="dxa" w:w="5160"/>
            <w:tcMar>
              <w:top w:w="50" w:type="dxa"/>
              <w:start w:w="70" w:type="dxa"/>
              <w:bottom w:w="50" w:type="dxa"/>
              <w:end w:w="70" w:type="dxa"/>
            </w:tcMar>
          </w:tcPr>
          <w:p>
            <w:pPr>
              <w:keepNext w:val="0"/>
              <w:spacing w:before="0" w:after="0" w:line="240" w:lineRule="auto"/>
            </w:pPr>
            <w:r>
              <w:rPr>
                <w:rFonts w:ascii="Bookman Old Style" w:hAnsi="Bookman Old Style" w:eastAsia="Bookman Old Style"/>
                <w:color w:val="000000"/>
                <w:sz w:val="18"/>
              </w:rPr>
              <w:t>Không dùng although và but trong cùng một cấu trúc.</w:t>
            </w:r>
          </w:p>
        </w:tc>
      </w:tr>
    </w:tbl>
    <w:p>
      <w:pPr>
        <w:keepNext/>
        <w:spacing w:before="100" w:after="20" w:line="240" w:lineRule="auto"/>
      </w:pPr>
      <w:r>
        <w:rPr>
          <w:rFonts w:ascii="Bookman Old Style" w:hAnsi="Bookman Old Style" w:eastAsia="Bookman Old Style"/>
          <w:b/>
          <w:color w:val="0033CC"/>
          <w:sz w:val="20"/>
        </w:rPr>
        <w:t>Ví dụ bổ sung</w:t>
      </w:r>
    </w:p>
    <w:tbl>
      <w:tblPr>
        <w:tblStyle w:val="TableGrid"/>
        <w:tblW w:type="dxa" w:w="10320"/>
        <w:jc w:val="center"/>
        <w:tblLayout w:type="fixed"/>
        <w:tblLook w:firstColumn="1" w:firstRow="1" w:lastColumn="0" w:lastRow="0" w:noHBand="0" w:noVBand="1" w:val="04A0"/>
      </w:tblPr>
      <w:tblGrid>
        <w:gridCol w:w="6300"/>
        <w:gridCol w:w="4020"/>
      </w:tblGrid>
      <w:tr>
        <w:tc>
          <w:tcPr>
            <w:tcW w:type="dxa" w:w="630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Example</w:t>
            </w:r>
          </w:p>
        </w:tc>
        <w:tc>
          <w:tcPr>
            <w:tcW w:type="dxa" w:w="402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Ghi chú / ý nghĩa</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Although the film was long, it was gripping.</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Mặc dù ... nhưng ...</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The plot was weak. However, the acting was good.</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Tuy nhiên</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The ending was surprising.</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Sự việc gây cảm xúc</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We were surprised by the ending.</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Người có cảm xúc</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Though she was tired, she watched the film.</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Though = Although</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The film was low-budget. However, it looked beautiful.</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Hai câu tương phản</w:t>
            </w:r>
          </w:p>
        </w:tc>
      </w:tr>
    </w:tbl>
    <w:p>
      <w:r>
        <w:br w:type="page"/>
      </w:r>
    </w:p>
    <w:p>
      <w:pPr>
        <w:keepNext w:val="0"/>
        <w:spacing w:before="160" w:after="160" w:line="240" w:lineRule="auto"/>
        <w:jc w:val="center"/>
      </w:pPr>
      <w:r>
        <w:drawing>
          <wp:inline xmlns:a="http://schemas.openxmlformats.org/drawingml/2006/main" xmlns:pic="http://schemas.openxmlformats.org/drawingml/2006/picture">
            <wp:extent cx="2592000" cy="1477524"/>
            <wp:docPr id="2" name="Picture 2"/>
            <wp:cNvGraphicFramePr>
              <a:graphicFrameLocks noChangeAspect="1"/>
            </wp:cNvGraphicFramePr>
            <a:graphic>
              <a:graphicData uri="http://schemas.openxmlformats.org/drawingml/2006/picture">
                <pic:pic>
                  <pic:nvPicPr>
                    <pic:cNvPr id="0" name="exercises.png"/>
                    <pic:cNvPicPr/>
                  </pic:nvPicPr>
                  <pic:blipFill>
                    <a:blip r:embed="rId11"/>
                    <a:stretch>
                      <a:fillRect/>
                    </a:stretch>
                  </pic:blipFill>
                  <pic:spPr>
                    <a:xfrm>
                      <a:off x="0" y="0"/>
                      <a:ext cx="2592000" cy="1477524"/>
                    </a:xfrm>
                    <a:prstGeom prst="rect"/>
                  </pic:spPr>
                </pic:pic>
              </a:graphicData>
            </a:graphic>
          </wp:inline>
        </w:drawing>
      </w:r>
    </w:p>
    <w:p>
      <w:pPr>
        <w:keepNext/>
        <w:spacing w:before="60" w:after="20" w:line="240" w:lineRule="auto"/>
      </w:pPr>
      <w:r>
        <w:rPr>
          <w:rFonts w:ascii="Bookman Old Style" w:hAnsi="Bookman Old Style" w:eastAsia="Bookman Old Style"/>
          <w:b/>
          <w:color w:val="0033CC"/>
          <w:sz w:val="19"/>
        </w:rPr>
        <w:t>Exercise 1: Choose the word (A, B, C, or D) whose underlined part is pronounced differently from the others.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clear</w:t>
      </w:r>
      <w:r>
        <w:tab/>
      </w:r>
      <w:r>
        <w:rPr>
          <w:rFonts w:ascii="Bookman Old Style" w:hAnsi="Bookman Old Style" w:eastAsia="Bookman Old Style"/>
          <w:color w:val="000000"/>
          <w:sz w:val="18"/>
        </w:rPr>
        <w:t>B. near</w:t>
      </w:r>
      <w:r>
        <w:tab/>
      </w:r>
      <w:r>
        <w:rPr>
          <w:rFonts w:ascii="Bookman Old Style" w:hAnsi="Bookman Old Style" w:eastAsia="Bookman Old Style"/>
          <w:color w:val="000000"/>
          <w:sz w:val="18"/>
        </w:rPr>
        <w:t>C. hear</w:t>
      </w:r>
      <w:r>
        <w:tab/>
      </w:r>
      <w:r>
        <w:rPr>
          <w:rFonts w:ascii="Bookman Old Style" w:hAnsi="Bookman Old Style" w:eastAsia="Bookman Old Style"/>
          <w:color w:val="000000"/>
          <w:sz w:val="18"/>
        </w:rPr>
        <w:t>D. bear</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care</w:t>
      </w:r>
      <w:r>
        <w:tab/>
      </w:r>
      <w:r>
        <w:rPr>
          <w:rFonts w:ascii="Bookman Old Style" w:hAnsi="Bookman Old Style" w:eastAsia="Bookman Old Style"/>
          <w:color w:val="000000"/>
          <w:sz w:val="18"/>
        </w:rPr>
        <w:t>B. share</w:t>
      </w:r>
      <w:r>
        <w:tab/>
      </w:r>
      <w:r>
        <w:rPr>
          <w:rFonts w:ascii="Bookman Old Style" w:hAnsi="Bookman Old Style" w:eastAsia="Bookman Old Style"/>
          <w:color w:val="000000"/>
          <w:sz w:val="18"/>
        </w:rPr>
        <w:t>C. fear</w:t>
      </w:r>
      <w:r>
        <w:tab/>
      </w:r>
      <w:r>
        <w:rPr>
          <w:rFonts w:ascii="Bookman Old Style" w:hAnsi="Bookman Old Style" w:eastAsia="Bookman Old Style"/>
          <w:color w:val="000000"/>
          <w:sz w:val="18"/>
        </w:rPr>
        <w:t>D. square</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idea</w:t>
      </w:r>
      <w:r>
        <w:tab/>
      </w:r>
      <w:r>
        <w:rPr>
          <w:rFonts w:ascii="Bookman Old Style" w:hAnsi="Bookman Old Style" w:eastAsia="Bookman Old Style"/>
          <w:color w:val="000000"/>
          <w:sz w:val="18"/>
        </w:rPr>
        <w:t>B. theatre</w:t>
      </w:r>
      <w:r>
        <w:tab/>
      </w:r>
      <w:r>
        <w:rPr>
          <w:rFonts w:ascii="Bookman Old Style" w:hAnsi="Bookman Old Style" w:eastAsia="Bookman Old Style"/>
          <w:color w:val="000000"/>
          <w:sz w:val="18"/>
        </w:rPr>
        <w:t>C. appear</w:t>
      </w:r>
      <w:r>
        <w:tab/>
      </w:r>
      <w:r>
        <w:rPr>
          <w:rFonts w:ascii="Bookman Old Style" w:hAnsi="Bookman Old Style" w:eastAsia="Bookman Old Style"/>
          <w:color w:val="000000"/>
          <w:sz w:val="18"/>
        </w:rPr>
        <w:t>D. wear</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there</w:t>
      </w:r>
      <w:r>
        <w:tab/>
      </w:r>
      <w:r>
        <w:rPr>
          <w:rFonts w:ascii="Bookman Old Style" w:hAnsi="Bookman Old Style" w:eastAsia="Bookman Old Style"/>
          <w:color w:val="000000"/>
          <w:sz w:val="18"/>
        </w:rPr>
        <w:t>B. chair</w:t>
      </w:r>
      <w:r>
        <w:tab/>
      </w:r>
      <w:r>
        <w:rPr>
          <w:rFonts w:ascii="Bookman Old Style" w:hAnsi="Bookman Old Style" w:eastAsia="Bookman Old Style"/>
          <w:color w:val="000000"/>
          <w:sz w:val="18"/>
        </w:rPr>
        <w:t>C. here</w:t>
      </w:r>
      <w:r>
        <w:tab/>
      </w:r>
      <w:r>
        <w:rPr>
          <w:rFonts w:ascii="Bookman Old Style" w:hAnsi="Bookman Old Style" w:eastAsia="Bookman Old Style"/>
          <w:color w:val="000000"/>
          <w:sz w:val="18"/>
        </w:rPr>
        <w:t>D. pair</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cheer</w:t>
      </w:r>
      <w:r>
        <w:tab/>
      </w:r>
      <w:r>
        <w:rPr>
          <w:rFonts w:ascii="Bookman Old Style" w:hAnsi="Bookman Old Style" w:eastAsia="Bookman Old Style"/>
          <w:color w:val="000000"/>
          <w:sz w:val="18"/>
        </w:rPr>
        <w:t>B. dear</w:t>
      </w:r>
      <w:r>
        <w:tab/>
      </w:r>
      <w:r>
        <w:rPr>
          <w:rFonts w:ascii="Bookman Old Style" w:hAnsi="Bookman Old Style" w:eastAsia="Bookman Old Style"/>
          <w:color w:val="000000"/>
          <w:sz w:val="18"/>
        </w:rPr>
        <w:t>C. pear</w:t>
      </w:r>
      <w:r>
        <w:tab/>
      </w:r>
      <w:r>
        <w:rPr>
          <w:rFonts w:ascii="Bookman Old Style" w:hAnsi="Bookman Old Style" w:eastAsia="Bookman Old Style"/>
          <w:color w:val="000000"/>
          <w:sz w:val="18"/>
        </w:rPr>
        <w:t>D. career</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serious</w:t>
      </w:r>
      <w:r>
        <w:tab/>
      </w:r>
      <w:r>
        <w:rPr>
          <w:rFonts w:ascii="Bookman Old Style" w:hAnsi="Bookman Old Style" w:eastAsia="Bookman Old Style"/>
          <w:color w:val="000000"/>
          <w:sz w:val="18"/>
        </w:rPr>
        <w:t>B. experience</w:t>
      </w:r>
      <w:r>
        <w:tab/>
      </w:r>
      <w:r>
        <w:rPr>
          <w:rFonts w:ascii="Bookman Old Style" w:hAnsi="Bookman Old Style" w:eastAsia="Bookman Old Style"/>
          <w:color w:val="000000"/>
          <w:sz w:val="18"/>
        </w:rPr>
        <w:t>C. clearly</w:t>
      </w:r>
      <w:r>
        <w:tab/>
      </w:r>
      <w:r>
        <w:rPr>
          <w:rFonts w:ascii="Bookman Old Style" w:hAnsi="Bookman Old Style" w:eastAsia="Bookman Old Style"/>
          <w:color w:val="000000"/>
          <w:sz w:val="18"/>
        </w:rPr>
        <w:t>D. prepare</w:t>
      </w:r>
    </w:p>
    <w:p>
      <w:pPr>
        <w:keepNext/>
        <w:spacing w:before="60" w:after="20" w:line="240" w:lineRule="auto"/>
      </w:pPr>
      <w:r>
        <w:rPr>
          <w:rFonts w:ascii="Bookman Old Style" w:hAnsi="Bookman Old Style" w:eastAsia="Bookman Old Style"/>
          <w:b/>
          <w:color w:val="0033CC"/>
          <w:sz w:val="19"/>
        </w:rPr>
        <w:t>Exercise 2: Choose the word (A, B, C, or D) whose main stress is different from the others in the group.</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actor</w:t>
      </w:r>
      <w:r>
        <w:tab/>
      </w:r>
      <w:r>
        <w:rPr>
          <w:rFonts w:ascii="Bookman Old Style" w:hAnsi="Bookman Old Style" w:eastAsia="Bookman Old Style"/>
          <w:color w:val="000000"/>
          <w:sz w:val="18"/>
        </w:rPr>
        <w:t>B. comedy</w:t>
      </w:r>
      <w:r>
        <w:tab/>
      </w:r>
      <w:r>
        <w:rPr>
          <w:rFonts w:ascii="Bookman Old Style" w:hAnsi="Bookman Old Style" w:eastAsia="Bookman Old Style"/>
          <w:color w:val="000000"/>
          <w:sz w:val="18"/>
        </w:rPr>
        <w:t>C. review</w:t>
      </w:r>
      <w:r>
        <w:tab/>
      </w:r>
      <w:r>
        <w:rPr>
          <w:rFonts w:ascii="Bookman Old Style" w:hAnsi="Bookman Old Style" w:eastAsia="Bookman Old Style"/>
          <w:color w:val="000000"/>
          <w:sz w:val="18"/>
        </w:rPr>
        <w:t>D. character</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horror</w:t>
      </w:r>
      <w:r>
        <w:tab/>
      </w:r>
      <w:r>
        <w:rPr>
          <w:rFonts w:ascii="Bookman Old Style" w:hAnsi="Bookman Old Style" w:eastAsia="Bookman Old Style"/>
          <w:color w:val="000000"/>
          <w:sz w:val="18"/>
        </w:rPr>
        <w:t>B. gripping</w:t>
      </w:r>
      <w:r>
        <w:tab/>
      </w:r>
      <w:r>
        <w:rPr>
          <w:rFonts w:ascii="Bookman Old Style" w:hAnsi="Bookman Old Style" w:eastAsia="Bookman Old Style"/>
          <w:color w:val="000000"/>
          <w:sz w:val="18"/>
        </w:rPr>
        <w:t>C. perform</w:t>
      </w:r>
      <w:r>
        <w:tab/>
      </w:r>
      <w:r>
        <w:rPr>
          <w:rFonts w:ascii="Bookman Old Style" w:hAnsi="Bookman Old Style" w:eastAsia="Bookman Old Style"/>
          <w:color w:val="000000"/>
          <w:sz w:val="18"/>
        </w:rPr>
        <w:t>D. moving</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director</w:t>
      </w:r>
      <w:r>
        <w:tab/>
      </w:r>
      <w:r>
        <w:rPr>
          <w:rFonts w:ascii="Bookman Old Style" w:hAnsi="Bookman Old Style" w:eastAsia="Bookman Old Style"/>
          <w:color w:val="000000"/>
          <w:sz w:val="18"/>
        </w:rPr>
        <w:t>B. audience</w:t>
      </w:r>
      <w:r>
        <w:tab/>
      </w:r>
      <w:r>
        <w:rPr>
          <w:rFonts w:ascii="Bookman Old Style" w:hAnsi="Bookman Old Style" w:eastAsia="Bookman Old Style"/>
          <w:color w:val="000000"/>
          <w:sz w:val="18"/>
        </w:rPr>
        <w:t>C. documentary</w:t>
      </w:r>
      <w:r>
        <w:tab/>
      </w:r>
      <w:r>
        <w:rPr>
          <w:rFonts w:ascii="Bookman Old Style" w:hAnsi="Bookman Old Style" w:eastAsia="Bookman Old Style"/>
          <w:color w:val="000000"/>
          <w:sz w:val="18"/>
        </w:rPr>
        <w:t>D. fantasy</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violent</w:t>
      </w:r>
      <w:r>
        <w:tab/>
      </w:r>
      <w:r>
        <w:rPr>
          <w:rFonts w:ascii="Bookman Old Style" w:hAnsi="Bookman Old Style" w:eastAsia="Bookman Old Style"/>
          <w:color w:val="000000"/>
          <w:sz w:val="18"/>
        </w:rPr>
        <w:t>B. boring</w:t>
      </w:r>
      <w:r>
        <w:tab/>
      </w:r>
      <w:r>
        <w:rPr>
          <w:rFonts w:ascii="Bookman Old Style" w:hAnsi="Bookman Old Style" w:eastAsia="Bookman Old Style"/>
          <w:color w:val="000000"/>
          <w:sz w:val="18"/>
        </w:rPr>
        <w:t>C. surprise</w:t>
      </w:r>
      <w:r>
        <w:tab/>
      </w:r>
      <w:r>
        <w:rPr>
          <w:rFonts w:ascii="Bookman Old Style" w:hAnsi="Bookman Old Style" w:eastAsia="Bookman Old Style"/>
          <w:color w:val="000000"/>
          <w:sz w:val="18"/>
        </w:rPr>
        <w:t>D. funny</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recommend</w:t>
      </w:r>
      <w:r>
        <w:tab/>
      </w:r>
      <w:r>
        <w:rPr>
          <w:rFonts w:ascii="Bookman Old Style" w:hAnsi="Bookman Old Style" w:eastAsia="Bookman Old Style"/>
          <w:color w:val="000000"/>
          <w:sz w:val="18"/>
        </w:rPr>
        <w:t>B. entertain</w:t>
      </w:r>
      <w:r>
        <w:tab/>
      </w:r>
      <w:r>
        <w:rPr>
          <w:rFonts w:ascii="Bookman Old Style" w:hAnsi="Bookman Old Style" w:eastAsia="Bookman Old Style"/>
          <w:color w:val="000000"/>
          <w:sz w:val="18"/>
        </w:rPr>
        <w:t>C. character</w:t>
      </w:r>
      <w:r>
        <w:tab/>
      </w:r>
      <w:r>
        <w:rPr>
          <w:rFonts w:ascii="Bookman Old Style" w:hAnsi="Bookman Old Style" w:eastAsia="Bookman Old Style"/>
          <w:color w:val="000000"/>
          <w:sz w:val="18"/>
        </w:rPr>
        <w:t>D. disappoint</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performance</w:t>
      </w:r>
      <w:r>
        <w:tab/>
      </w:r>
      <w:r>
        <w:rPr>
          <w:rFonts w:ascii="Bookman Old Style" w:hAnsi="Bookman Old Style" w:eastAsia="Bookman Old Style"/>
          <w:color w:val="000000"/>
          <w:sz w:val="18"/>
        </w:rPr>
        <w:t>B. hilarious</w:t>
      </w:r>
      <w:r>
        <w:tab/>
      </w:r>
      <w:r>
        <w:rPr>
          <w:rFonts w:ascii="Bookman Old Style" w:hAnsi="Bookman Old Style" w:eastAsia="Bookman Old Style"/>
          <w:color w:val="000000"/>
          <w:sz w:val="18"/>
        </w:rPr>
        <w:t>C. frightening</w:t>
      </w:r>
      <w:r>
        <w:tab/>
      </w:r>
      <w:r>
        <w:rPr>
          <w:rFonts w:ascii="Bookman Old Style" w:hAnsi="Bookman Old Style" w:eastAsia="Bookman Old Style"/>
          <w:color w:val="000000"/>
          <w:sz w:val="18"/>
        </w:rPr>
        <w:t>D. cinema</w:t>
      </w:r>
    </w:p>
    <w:p>
      <w:pPr>
        <w:keepNext/>
        <w:spacing w:before="60" w:after="20" w:line="240" w:lineRule="auto"/>
      </w:pPr>
      <w:r>
        <w:rPr>
          <w:rFonts w:ascii="Bookman Old Style" w:hAnsi="Bookman Old Style" w:eastAsia="Bookman Old Style"/>
          <w:b/>
          <w:color w:val="0033CC"/>
          <w:sz w:val="19"/>
        </w:rPr>
        <w:t>Exercise 3: Choose the word/phrase/sentence (A, B, C, or D) that best fits the space in each sentence or best answers the question.</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film that makes people laugh is a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comedy</w:t>
      </w:r>
      <w:r>
        <w:tab/>
      </w:r>
      <w:r>
        <w:rPr>
          <w:rFonts w:ascii="Bookman Old Style" w:hAnsi="Bookman Old Style" w:eastAsia="Bookman Old Style"/>
          <w:color w:val="000000"/>
          <w:sz w:val="18"/>
        </w:rPr>
        <w:t>B. documentary</w:t>
      </w:r>
      <w:r>
        <w:tab/>
      </w:r>
      <w:r>
        <w:rPr>
          <w:rFonts w:ascii="Bookman Old Style" w:hAnsi="Bookman Old Style" w:eastAsia="Bookman Old Style"/>
          <w:color w:val="000000"/>
          <w:sz w:val="18"/>
        </w:rPr>
        <w:t>C. horror film</w:t>
      </w:r>
      <w:r>
        <w:tab/>
      </w:r>
      <w:r>
        <w:rPr>
          <w:rFonts w:ascii="Bookman Old Style" w:hAnsi="Bookman Old Style" w:eastAsia="Bookman Old Style"/>
          <w:color w:val="000000"/>
          <w:sz w:val="18"/>
        </w:rPr>
        <w:t>D. fantasy</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The person who controls how a film is made is the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audience</w:t>
      </w:r>
      <w:r>
        <w:tab/>
      </w:r>
      <w:r>
        <w:rPr>
          <w:rFonts w:ascii="Bookman Old Style" w:hAnsi="Bookman Old Style" w:eastAsia="Bookman Old Style"/>
          <w:color w:val="000000"/>
          <w:sz w:val="18"/>
        </w:rPr>
        <w:t>B. director</w:t>
      </w:r>
      <w:r>
        <w:tab/>
      </w:r>
      <w:r>
        <w:rPr>
          <w:rFonts w:ascii="Bookman Old Style" w:hAnsi="Bookman Old Style" w:eastAsia="Bookman Old Style"/>
          <w:color w:val="000000"/>
          <w:sz w:val="18"/>
        </w:rPr>
        <w:t>C. character</w:t>
      </w:r>
      <w:r>
        <w:tab/>
      </w:r>
      <w:r>
        <w:rPr>
          <w:rFonts w:ascii="Bookman Old Style" w:hAnsi="Bookman Old Style" w:eastAsia="Bookman Old Style"/>
          <w:color w:val="000000"/>
          <w:sz w:val="18"/>
        </w:rPr>
        <w:t>D. reviewer</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The story of a film is called its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scene</w:t>
      </w:r>
      <w:r>
        <w:tab/>
      </w:r>
      <w:r>
        <w:rPr>
          <w:rFonts w:ascii="Bookman Old Style" w:hAnsi="Bookman Old Style" w:eastAsia="Bookman Old Style"/>
          <w:color w:val="000000"/>
          <w:sz w:val="18"/>
        </w:rPr>
        <w:t>B. acting</w:t>
      </w:r>
      <w:r>
        <w:tab/>
      </w:r>
      <w:r>
        <w:rPr>
          <w:rFonts w:ascii="Bookman Old Style" w:hAnsi="Bookman Old Style" w:eastAsia="Bookman Old Style"/>
          <w:color w:val="000000"/>
          <w:sz w:val="18"/>
        </w:rPr>
        <w:t>C. plot</w:t>
      </w:r>
      <w:r>
        <w:tab/>
      </w:r>
      <w:r>
        <w:rPr>
          <w:rFonts w:ascii="Bookman Old Style" w:hAnsi="Bookman Old Style" w:eastAsia="Bookman Old Style"/>
          <w:color w:val="000000"/>
          <w:sz w:val="18"/>
        </w:rPr>
        <w:t>D. star</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The film was so ______ that everyone laughed loudly.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hilarious</w:t>
      </w:r>
      <w:r>
        <w:tab/>
      </w:r>
      <w:r>
        <w:rPr>
          <w:rFonts w:ascii="Bookman Old Style" w:hAnsi="Bookman Old Style" w:eastAsia="Bookman Old Style"/>
          <w:color w:val="000000"/>
          <w:sz w:val="18"/>
        </w:rPr>
        <w:t>B. violent</w:t>
      </w:r>
      <w:r>
        <w:tab/>
      </w:r>
      <w:r>
        <w:rPr>
          <w:rFonts w:ascii="Bookman Old Style" w:hAnsi="Bookman Old Style" w:eastAsia="Bookman Old Style"/>
          <w:color w:val="000000"/>
          <w:sz w:val="18"/>
        </w:rPr>
        <w:t>C. dull</w:t>
      </w:r>
      <w:r>
        <w:tab/>
      </w:r>
      <w:r>
        <w:rPr>
          <w:rFonts w:ascii="Bookman Old Style" w:hAnsi="Bookman Old Style" w:eastAsia="Bookman Old Style"/>
          <w:color w:val="000000"/>
          <w:sz w:val="18"/>
        </w:rPr>
        <w:t>D. frightened</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A ______ gives facts about real people or events.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fantasy</w:t>
      </w:r>
      <w:r>
        <w:tab/>
      </w:r>
      <w:r>
        <w:rPr>
          <w:rFonts w:ascii="Bookman Old Style" w:hAnsi="Bookman Old Style" w:eastAsia="Bookman Old Style"/>
          <w:color w:val="000000"/>
          <w:sz w:val="18"/>
        </w:rPr>
        <w:t>B. documentary</w:t>
      </w:r>
      <w:r>
        <w:tab/>
      </w:r>
      <w:r>
        <w:rPr>
          <w:rFonts w:ascii="Bookman Old Style" w:hAnsi="Bookman Old Style" w:eastAsia="Bookman Old Style"/>
          <w:color w:val="000000"/>
          <w:sz w:val="18"/>
        </w:rPr>
        <w:t>C. comedy</w:t>
      </w:r>
      <w:r>
        <w:tab/>
      </w:r>
      <w:r>
        <w:rPr>
          <w:rFonts w:ascii="Bookman Old Style" w:hAnsi="Bookman Old Style" w:eastAsia="Bookman Old Style"/>
          <w:color w:val="000000"/>
          <w:sz w:val="18"/>
        </w:rPr>
        <w:t>D. horror film</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The special effects were ______; I could not take my eyes off the screen.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boring</w:t>
      </w:r>
      <w:r>
        <w:tab/>
      </w:r>
      <w:r>
        <w:rPr>
          <w:rFonts w:ascii="Bookman Old Style" w:hAnsi="Bookman Old Style" w:eastAsia="Bookman Old Style"/>
          <w:color w:val="000000"/>
          <w:sz w:val="18"/>
        </w:rPr>
        <w:t>B. fascinating</w:t>
      </w:r>
      <w:r>
        <w:tab/>
      </w:r>
      <w:r>
        <w:rPr>
          <w:rFonts w:ascii="Bookman Old Style" w:hAnsi="Bookman Old Style" w:eastAsia="Bookman Old Style"/>
          <w:color w:val="000000"/>
          <w:sz w:val="18"/>
        </w:rPr>
        <w:t>C. disappointed</w:t>
      </w:r>
      <w:r>
        <w:tab/>
      </w:r>
      <w:r>
        <w:rPr>
          <w:rFonts w:ascii="Bookman Old Style" w:hAnsi="Bookman Old Style" w:eastAsia="Bookman Old Style"/>
          <w:color w:val="000000"/>
          <w:sz w:val="18"/>
        </w:rPr>
        <w:t>D. dull</w:t>
      </w:r>
    </w:p>
    <w:p>
      <w:pPr>
        <w:keepNext/>
        <w:spacing w:before="0" w:after="0" w:line="240" w:lineRule="auto"/>
      </w:pPr>
      <w:r>
        <w:rPr>
          <w:rFonts w:ascii="Bookman Old Style" w:hAnsi="Bookman Old Style" w:eastAsia="Bookman Old Style"/>
          <w:color w:val="000000"/>
          <w:sz w:val="18"/>
        </w:rPr>
        <w:t xml:space="preserve">7. </w:t>
      </w:r>
      <w:r>
        <w:rPr>
          <w:rFonts w:ascii="Bookman Old Style" w:hAnsi="Bookman Old Style" w:eastAsia="Bookman Old Style"/>
          <w:color w:val="000000"/>
          <w:sz w:val="18"/>
        </w:rPr>
        <w:t>______ the film received poor reviews, it earned a lot of money.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However</w:t>
      </w:r>
      <w:r>
        <w:tab/>
      </w:r>
      <w:r>
        <w:rPr>
          <w:rFonts w:ascii="Bookman Old Style" w:hAnsi="Bookman Old Style" w:eastAsia="Bookman Old Style"/>
          <w:color w:val="000000"/>
          <w:sz w:val="18"/>
        </w:rPr>
        <w:t>B. Although</w:t>
      </w:r>
      <w:r>
        <w:tab/>
      </w:r>
      <w:r>
        <w:rPr>
          <w:rFonts w:ascii="Bookman Old Style" w:hAnsi="Bookman Old Style" w:eastAsia="Bookman Old Style"/>
          <w:color w:val="000000"/>
          <w:sz w:val="18"/>
        </w:rPr>
        <w:t>C. Because</w:t>
      </w:r>
      <w:r>
        <w:tab/>
      </w:r>
      <w:r>
        <w:rPr>
          <w:rFonts w:ascii="Bookman Old Style" w:hAnsi="Bookman Old Style" w:eastAsia="Bookman Old Style"/>
          <w:color w:val="000000"/>
          <w:sz w:val="18"/>
        </w:rPr>
        <w:t>D. So</w:t>
      </w:r>
    </w:p>
    <w:p>
      <w:pPr>
        <w:keepNext/>
        <w:spacing w:before="0" w:after="0" w:line="240" w:lineRule="auto"/>
      </w:pPr>
      <w:r>
        <w:rPr>
          <w:rFonts w:ascii="Bookman Old Style" w:hAnsi="Bookman Old Style" w:eastAsia="Bookman Old Style"/>
          <w:color w:val="000000"/>
          <w:sz w:val="18"/>
        </w:rPr>
        <w:t xml:space="preserve">8. </w:t>
      </w:r>
      <w:r>
        <w:rPr>
          <w:rFonts w:ascii="Bookman Old Style" w:hAnsi="Bookman Old Style" w:eastAsia="Bookman Old Style"/>
          <w:color w:val="000000"/>
          <w:sz w:val="18"/>
        </w:rPr>
        <w:t>The acting was excellent. ______, the plot was weak.</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Although</w:t>
      </w:r>
      <w:r>
        <w:tab/>
      </w:r>
      <w:r>
        <w:rPr>
          <w:rFonts w:ascii="Bookman Old Style" w:hAnsi="Bookman Old Style" w:eastAsia="Bookman Old Style"/>
          <w:color w:val="000000"/>
          <w:sz w:val="18"/>
        </w:rPr>
        <w:t>B. Because</w:t>
      </w:r>
      <w:r>
        <w:tab/>
      </w:r>
      <w:r>
        <w:rPr>
          <w:rFonts w:ascii="Bookman Old Style" w:hAnsi="Bookman Old Style" w:eastAsia="Bookman Old Style"/>
          <w:color w:val="000000"/>
          <w:sz w:val="18"/>
        </w:rPr>
        <w:t>C. However</w:t>
      </w:r>
      <w:r>
        <w:tab/>
      </w:r>
      <w:r>
        <w:rPr>
          <w:rFonts w:ascii="Bookman Old Style" w:hAnsi="Bookman Old Style" w:eastAsia="Bookman Old Style"/>
          <w:color w:val="000000"/>
          <w:sz w:val="18"/>
        </w:rPr>
        <w:t>D. Therefore</w:t>
      </w:r>
    </w:p>
    <w:p>
      <w:pPr>
        <w:keepNext/>
        <w:spacing w:before="0" w:after="0" w:line="240" w:lineRule="auto"/>
      </w:pPr>
      <w:r>
        <w:rPr>
          <w:rFonts w:ascii="Bookman Old Style" w:hAnsi="Bookman Old Style" w:eastAsia="Bookman Old Style"/>
          <w:color w:val="000000"/>
          <w:sz w:val="18"/>
        </w:rPr>
        <w:t xml:space="preserve">9. </w:t>
      </w:r>
      <w:r>
        <w:rPr>
          <w:rFonts w:ascii="Bookman Old Style" w:hAnsi="Bookman Old Style" w:eastAsia="Bookman Old Style"/>
          <w:color w:val="000000"/>
          <w:sz w:val="18"/>
        </w:rPr>
        <w:t>Though the ending was sad, I ______ the film.</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enjoy</w:t>
      </w:r>
      <w:r>
        <w:tab/>
      </w:r>
      <w:r>
        <w:rPr>
          <w:rFonts w:ascii="Bookman Old Style" w:hAnsi="Bookman Old Style" w:eastAsia="Bookman Old Style"/>
          <w:color w:val="000000"/>
          <w:sz w:val="18"/>
        </w:rPr>
        <w:t>B. enjoyed</w:t>
      </w:r>
      <w:r>
        <w:tab/>
      </w:r>
      <w:r>
        <w:rPr>
          <w:rFonts w:ascii="Bookman Old Style" w:hAnsi="Bookman Old Style" w:eastAsia="Bookman Old Style"/>
          <w:color w:val="000000"/>
          <w:sz w:val="18"/>
        </w:rPr>
        <w:t>C. enjoying</w:t>
      </w:r>
      <w:r>
        <w:tab/>
      </w:r>
      <w:r>
        <w:rPr>
          <w:rFonts w:ascii="Bookman Old Style" w:hAnsi="Bookman Old Style" w:eastAsia="Bookman Old Style"/>
          <w:color w:val="000000"/>
          <w:sz w:val="18"/>
        </w:rPr>
        <w:t>D. enjoys</w:t>
      </w:r>
    </w:p>
    <w:p>
      <w:pPr>
        <w:keepNext/>
        <w:spacing w:before="0" w:after="0" w:line="240" w:lineRule="auto"/>
      </w:pPr>
      <w:r>
        <w:rPr>
          <w:rFonts w:ascii="Bookman Old Style" w:hAnsi="Bookman Old Style" w:eastAsia="Bookman Old Style"/>
          <w:color w:val="000000"/>
          <w:sz w:val="18"/>
        </w:rPr>
        <w:t xml:space="preserve">10. </w:t>
      </w:r>
      <w:r>
        <w:rPr>
          <w:rFonts w:ascii="Bookman Old Style" w:hAnsi="Bookman Old Style" w:eastAsia="Bookman Old Style"/>
          <w:color w:val="000000"/>
          <w:sz w:val="18"/>
        </w:rPr>
        <w:t>The film was too long. However, it was not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entertaining</w:t>
      </w:r>
      <w:r>
        <w:tab/>
      </w:r>
      <w:r>
        <w:rPr>
          <w:rFonts w:ascii="Bookman Old Style" w:hAnsi="Bookman Old Style" w:eastAsia="Bookman Old Style"/>
          <w:color w:val="000000"/>
          <w:sz w:val="18"/>
        </w:rPr>
        <w:t>B. boring</w:t>
      </w:r>
      <w:r>
        <w:tab/>
      </w:r>
      <w:r>
        <w:rPr>
          <w:rFonts w:ascii="Bookman Old Style" w:hAnsi="Bookman Old Style" w:eastAsia="Bookman Old Style"/>
          <w:color w:val="000000"/>
          <w:sz w:val="18"/>
        </w:rPr>
        <w:t>C. moving</w:t>
      </w:r>
      <w:r>
        <w:tab/>
      </w:r>
      <w:r>
        <w:rPr>
          <w:rFonts w:ascii="Bookman Old Style" w:hAnsi="Bookman Old Style" w:eastAsia="Bookman Old Style"/>
          <w:color w:val="000000"/>
          <w:sz w:val="18"/>
        </w:rPr>
        <w:t>D. surprising</w:t>
      </w:r>
    </w:p>
    <w:p>
      <w:pPr>
        <w:keepNext/>
        <w:spacing w:before="0" w:after="0" w:line="240" w:lineRule="auto"/>
      </w:pPr>
      <w:r>
        <w:rPr>
          <w:rFonts w:ascii="Bookman Old Style" w:hAnsi="Bookman Old Style" w:eastAsia="Bookman Old Style"/>
          <w:color w:val="000000"/>
          <w:sz w:val="18"/>
        </w:rPr>
        <w:t xml:space="preserve">11. </w:t>
      </w:r>
      <w:r>
        <w:rPr>
          <w:rFonts w:ascii="Bookman Old Style" w:hAnsi="Bookman Old Style" w:eastAsia="Bookman Old Style"/>
          <w:color w:val="000000"/>
          <w:sz w:val="18"/>
        </w:rPr>
        <w:t>My little brother was ______ by the monster.</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frightening</w:t>
      </w:r>
      <w:r>
        <w:tab/>
      </w:r>
      <w:r>
        <w:rPr>
          <w:rFonts w:ascii="Bookman Old Style" w:hAnsi="Bookman Old Style" w:eastAsia="Bookman Old Style"/>
          <w:color w:val="000000"/>
          <w:sz w:val="18"/>
        </w:rPr>
        <w:t>B. frightened</w:t>
      </w:r>
      <w:r>
        <w:tab/>
      </w:r>
      <w:r>
        <w:rPr>
          <w:rFonts w:ascii="Bookman Old Style" w:hAnsi="Bookman Old Style" w:eastAsia="Bookman Old Style"/>
          <w:color w:val="000000"/>
          <w:sz w:val="18"/>
        </w:rPr>
        <w:t>C. frighten</w:t>
      </w:r>
      <w:r>
        <w:tab/>
      </w:r>
      <w:r>
        <w:rPr>
          <w:rFonts w:ascii="Bookman Old Style" w:hAnsi="Bookman Old Style" w:eastAsia="Bookman Old Style"/>
          <w:color w:val="000000"/>
          <w:sz w:val="18"/>
        </w:rPr>
        <w:t>D. fright</w:t>
      </w:r>
    </w:p>
    <w:p>
      <w:pPr>
        <w:keepNext/>
        <w:spacing w:before="0" w:after="0" w:line="240" w:lineRule="auto"/>
      </w:pPr>
      <w:r>
        <w:rPr>
          <w:rFonts w:ascii="Bookman Old Style" w:hAnsi="Bookman Old Style" w:eastAsia="Bookman Old Style"/>
          <w:color w:val="000000"/>
          <w:sz w:val="18"/>
        </w:rPr>
        <w:t xml:space="preserve">12. </w:t>
      </w:r>
      <w:r>
        <w:rPr>
          <w:rFonts w:ascii="Bookman Old Style" w:hAnsi="Bookman Old Style" w:eastAsia="Bookman Old Style"/>
          <w:color w:val="000000"/>
          <w:sz w:val="18"/>
        </w:rPr>
        <w:t>The final scene was very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moved</w:t>
      </w:r>
      <w:r>
        <w:tab/>
      </w:r>
      <w:r>
        <w:rPr>
          <w:rFonts w:ascii="Bookman Old Style" w:hAnsi="Bookman Old Style" w:eastAsia="Bookman Old Style"/>
          <w:color w:val="000000"/>
          <w:sz w:val="18"/>
        </w:rPr>
        <w:t>B. moving</w:t>
      </w:r>
      <w:r>
        <w:tab/>
      </w:r>
      <w:r>
        <w:rPr>
          <w:rFonts w:ascii="Bookman Old Style" w:hAnsi="Bookman Old Style" w:eastAsia="Bookman Old Style"/>
          <w:color w:val="000000"/>
          <w:sz w:val="18"/>
        </w:rPr>
        <w:t>C. move</w:t>
      </w:r>
      <w:r>
        <w:tab/>
      </w:r>
      <w:r>
        <w:rPr>
          <w:rFonts w:ascii="Bookman Old Style" w:hAnsi="Bookman Old Style" w:eastAsia="Bookman Old Style"/>
          <w:color w:val="000000"/>
          <w:sz w:val="18"/>
        </w:rPr>
        <w:t>D. movement</w:t>
      </w:r>
    </w:p>
    <w:p>
      <w:pPr>
        <w:keepNext/>
        <w:spacing w:before="0" w:after="0" w:line="240" w:lineRule="auto"/>
      </w:pPr>
      <w:r>
        <w:rPr>
          <w:rFonts w:ascii="Bookman Old Style" w:hAnsi="Bookman Old Style" w:eastAsia="Bookman Old Style"/>
          <w:color w:val="000000"/>
          <w:sz w:val="18"/>
        </w:rPr>
        <w:t xml:space="preserve">13. </w:t>
      </w:r>
      <w:r>
        <w:rPr>
          <w:rFonts w:ascii="Bookman Old Style" w:hAnsi="Bookman Old Style" w:eastAsia="Bookman Old Style"/>
          <w:color w:val="000000"/>
          <w:sz w:val="18"/>
        </w:rPr>
        <w:t>Who ______ in the new action film?</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stars</w:t>
      </w:r>
      <w:r>
        <w:tab/>
      </w:r>
      <w:r>
        <w:rPr>
          <w:rFonts w:ascii="Bookman Old Style" w:hAnsi="Bookman Old Style" w:eastAsia="Bookman Old Style"/>
          <w:color w:val="000000"/>
          <w:sz w:val="18"/>
        </w:rPr>
        <w:t>B. reviews</w:t>
      </w:r>
      <w:r>
        <w:tab/>
      </w:r>
      <w:r>
        <w:rPr>
          <w:rFonts w:ascii="Bookman Old Style" w:hAnsi="Bookman Old Style" w:eastAsia="Bookman Old Style"/>
          <w:color w:val="000000"/>
          <w:sz w:val="18"/>
        </w:rPr>
        <w:t>C. directs to</w:t>
      </w:r>
      <w:r>
        <w:tab/>
      </w:r>
      <w:r>
        <w:rPr>
          <w:rFonts w:ascii="Bookman Old Style" w:hAnsi="Bookman Old Style" w:eastAsia="Bookman Old Style"/>
          <w:color w:val="000000"/>
          <w:sz w:val="18"/>
        </w:rPr>
        <w:t>D. plots</w:t>
      </w:r>
    </w:p>
    <w:p>
      <w:pPr>
        <w:keepNext/>
        <w:spacing w:before="0" w:after="0" w:line="240" w:lineRule="auto"/>
      </w:pPr>
      <w:r>
        <w:rPr>
          <w:rFonts w:ascii="Bookman Old Style" w:hAnsi="Bookman Old Style" w:eastAsia="Bookman Old Style"/>
          <w:color w:val="000000"/>
          <w:sz w:val="18"/>
        </w:rPr>
        <w:t xml:space="preserve">14. </w:t>
      </w:r>
      <w:r>
        <w:rPr>
          <w:rFonts w:ascii="Bookman Old Style" w:hAnsi="Bookman Old Style" w:eastAsia="Bookman Old Style"/>
          <w:color w:val="000000"/>
          <w:sz w:val="18"/>
        </w:rPr>
        <w:t>I would ______ this film to teenagers.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recommend</w:t>
      </w:r>
      <w:r>
        <w:tab/>
      </w:r>
      <w:r>
        <w:rPr>
          <w:rFonts w:ascii="Bookman Old Style" w:hAnsi="Bookman Old Style" w:eastAsia="Bookman Old Style"/>
          <w:color w:val="000000"/>
          <w:sz w:val="18"/>
        </w:rPr>
        <w:t>B. perform</w:t>
      </w:r>
      <w:r>
        <w:tab/>
      </w:r>
      <w:r>
        <w:rPr>
          <w:rFonts w:ascii="Bookman Old Style" w:hAnsi="Bookman Old Style" w:eastAsia="Bookman Old Style"/>
          <w:color w:val="000000"/>
          <w:sz w:val="18"/>
        </w:rPr>
        <w:t>C. appear</w:t>
      </w:r>
      <w:r>
        <w:tab/>
      </w:r>
      <w:r>
        <w:rPr>
          <w:rFonts w:ascii="Bookman Old Style" w:hAnsi="Bookman Old Style" w:eastAsia="Bookman Old Style"/>
          <w:color w:val="000000"/>
          <w:sz w:val="18"/>
        </w:rPr>
        <w:t>D. character</w:t>
      </w:r>
    </w:p>
    <w:p>
      <w:pPr>
        <w:keepNext/>
        <w:spacing w:before="0" w:after="0" w:line="240" w:lineRule="auto"/>
      </w:pPr>
      <w:r>
        <w:rPr>
          <w:rFonts w:ascii="Bookman Old Style" w:hAnsi="Bookman Old Style" w:eastAsia="Bookman Old Style"/>
          <w:color w:val="000000"/>
          <w:sz w:val="18"/>
        </w:rPr>
        <w:t xml:space="preserve">15. </w:t>
      </w:r>
      <w:r>
        <w:rPr>
          <w:rFonts w:ascii="Bookman Old Style" w:hAnsi="Bookman Old Style" w:eastAsia="Bookman Old Style"/>
          <w:color w:val="000000"/>
          <w:sz w:val="18"/>
        </w:rPr>
        <w:t>The audience clapped after the actor's excellent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perform</w:t>
      </w:r>
      <w:r>
        <w:tab/>
      </w:r>
      <w:r>
        <w:rPr>
          <w:rFonts w:ascii="Bookman Old Style" w:hAnsi="Bookman Old Style" w:eastAsia="Bookman Old Style"/>
          <w:color w:val="000000"/>
          <w:sz w:val="18"/>
        </w:rPr>
        <w:t>B. performance</w:t>
      </w:r>
      <w:r>
        <w:tab/>
      </w:r>
      <w:r>
        <w:rPr>
          <w:rFonts w:ascii="Bookman Old Style" w:hAnsi="Bookman Old Style" w:eastAsia="Bookman Old Style"/>
          <w:color w:val="000000"/>
          <w:sz w:val="18"/>
        </w:rPr>
        <w:t>C. performing</w:t>
      </w:r>
      <w:r>
        <w:tab/>
      </w:r>
      <w:r>
        <w:rPr>
          <w:rFonts w:ascii="Bookman Old Style" w:hAnsi="Bookman Old Style" w:eastAsia="Bookman Old Style"/>
          <w:color w:val="000000"/>
          <w:sz w:val="18"/>
        </w:rPr>
        <w:t>D. performed</w:t>
      </w:r>
    </w:p>
    <w:p>
      <w:pPr>
        <w:keepNext/>
        <w:spacing w:before="0" w:after="0" w:line="240" w:lineRule="auto"/>
      </w:pPr>
      <w:r>
        <w:rPr>
          <w:rFonts w:ascii="Bookman Old Style" w:hAnsi="Bookman Old Style" w:eastAsia="Bookman Old Style"/>
          <w:color w:val="000000"/>
          <w:sz w:val="18"/>
        </w:rPr>
        <w:t xml:space="preserve">16. </w:t>
      </w:r>
      <w:r>
        <w:rPr>
          <w:rFonts w:ascii="Bookman Old Style" w:hAnsi="Bookman Old Style" w:eastAsia="Bookman Old Style"/>
          <w:color w:val="000000"/>
          <w:sz w:val="18"/>
        </w:rPr>
        <w:t>We watched the film ______ the cinema last night.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on</w:t>
      </w:r>
      <w:r>
        <w:tab/>
      </w:r>
      <w:r>
        <w:rPr>
          <w:rFonts w:ascii="Bookman Old Style" w:hAnsi="Bookman Old Style" w:eastAsia="Bookman Old Style"/>
          <w:color w:val="000000"/>
          <w:sz w:val="18"/>
        </w:rPr>
        <w:t>B. at</w:t>
      </w:r>
      <w:r>
        <w:tab/>
      </w:r>
      <w:r>
        <w:rPr>
          <w:rFonts w:ascii="Bookman Old Style" w:hAnsi="Bookman Old Style" w:eastAsia="Bookman Old Style"/>
          <w:color w:val="000000"/>
          <w:sz w:val="18"/>
        </w:rPr>
        <w:t>C. to</w:t>
      </w:r>
      <w:r>
        <w:tab/>
      </w:r>
      <w:r>
        <w:rPr>
          <w:rFonts w:ascii="Bookman Old Style" w:hAnsi="Bookman Old Style" w:eastAsia="Bookman Old Style"/>
          <w:color w:val="000000"/>
          <w:sz w:val="18"/>
        </w:rPr>
        <w:t>D. by</w:t>
      </w:r>
    </w:p>
    <w:p>
      <w:r>
        <w:br w:type="page"/>
      </w:r>
    </w:p>
    <w:p>
      <w:pPr>
        <w:keepNext/>
        <w:spacing w:before="60" w:after="20" w:line="240" w:lineRule="auto"/>
      </w:pPr>
      <w:r>
        <w:rPr>
          <w:rFonts w:ascii="Bookman Old Style" w:hAnsi="Bookman Old Style" w:eastAsia="Bookman Old Style"/>
          <w:b/>
          <w:color w:val="0033CC"/>
          <w:sz w:val="19"/>
        </w:rPr>
        <w:t>Exercise 4: Choose the letter A, B, C, or D to indicate the word(s) CLOSEST in meaning to the underlined word(s).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 xml:space="preserve">The plot is </w:t>
      </w:r>
      <w:r>
        <w:rPr>
          <w:rFonts w:ascii="Bookman Old Style" w:hAnsi="Bookman Old Style" w:eastAsia="Bookman Old Style"/>
          <w:b/>
          <w:color w:val="000000"/>
          <w:sz w:val="18"/>
          <w:u w:val="single"/>
        </w:rPr>
        <w:t>gripping</w:t>
      </w:r>
      <w:r>
        <w:rPr>
          <w:rFonts w:ascii="Bookman Old Style" w:hAnsi="Bookman Old Style" w:eastAsia="Bookman Old Style"/>
          <w:color w:val="000000"/>
          <w:sz w:val="18"/>
        </w:rPr>
        <w:t xml:space="preserve"> from beginning to end.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boring</w:t>
      </w:r>
      <w:r>
        <w:tab/>
      </w:r>
      <w:r>
        <w:rPr>
          <w:rFonts w:ascii="Bookman Old Style" w:hAnsi="Bookman Old Style" w:eastAsia="Bookman Old Style"/>
          <w:color w:val="000000"/>
          <w:sz w:val="18"/>
        </w:rPr>
        <w:t>B. exciting</w:t>
      </w:r>
      <w:r>
        <w:tab/>
      </w:r>
      <w:r>
        <w:rPr>
          <w:rFonts w:ascii="Bookman Old Style" w:hAnsi="Bookman Old Style" w:eastAsia="Bookman Old Style"/>
          <w:color w:val="000000"/>
          <w:sz w:val="18"/>
        </w:rPr>
        <w:t>C. violent</w:t>
      </w:r>
      <w:r>
        <w:tab/>
      </w:r>
      <w:r>
        <w:rPr>
          <w:rFonts w:ascii="Bookman Old Style" w:hAnsi="Bookman Old Style" w:eastAsia="Bookman Old Style"/>
          <w:color w:val="000000"/>
          <w:sz w:val="18"/>
        </w:rPr>
        <w:t>D. simple</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 xml:space="preserve">The final scene is very </w:t>
      </w:r>
      <w:r>
        <w:rPr>
          <w:rFonts w:ascii="Bookman Old Style" w:hAnsi="Bookman Old Style" w:eastAsia="Bookman Old Style"/>
          <w:b/>
          <w:color w:val="000000"/>
          <w:sz w:val="18"/>
          <w:u w:val="single"/>
        </w:rPr>
        <w:t>moving</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emotional</w:t>
      </w:r>
      <w:r>
        <w:tab/>
      </w:r>
      <w:r>
        <w:rPr>
          <w:rFonts w:ascii="Bookman Old Style" w:hAnsi="Bookman Old Style" w:eastAsia="Bookman Old Style"/>
          <w:color w:val="000000"/>
          <w:sz w:val="18"/>
        </w:rPr>
        <w:t>B. funny</w:t>
      </w:r>
      <w:r>
        <w:tab/>
      </w:r>
      <w:r>
        <w:rPr>
          <w:rFonts w:ascii="Bookman Old Style" w:hAnsi="Bookman Old Style" w:eastAsia="Bookman Old Style"/>
          <w:color w:val="000000"/>
          <w:sz w:val="18"/>
        </w:rPr>
        <w:t>C. confusing</w:t>
      </w:r>
      <w:r>
        <w:tab/>
      </w:r>
      <w:r>
        <w:rPr>
          <w:rFonts w:ascii="Bookman Old Style" w:hAnsi="Bookman Old Style" w:eastAsia="Bookman Old Style"/>
          <w:color w:val="000000"/>
          <w:sz w:val="18"/>
        </w:rPr>
        <w:t>D. dull</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 xml:space="preserve">I </w:t>
      </w:r>
      <w:r>
        <w:rPr>
          <w:rFonts w:ascii="Bookman Old Style" w:hAnsi="Bookman Old Style" w:eastAsia="Bookman Old Style"/>
          <w:b/>
          <w:color w:val="000000"/>
          <w:sz w:val="18"/>
          <w:u w:val="single"/>
        </w:rPr>
        <w:t>recommend</w:t>
      </w:r>
      <w:r>
        <w:rPr>
          <w:rFonts w:ascii="Bookman Old Style" w:hAnsi="Bookman Old Style" w:eastAsia="Bookman Old Style"/>
          <w:color w:val="000000"/>
          <w:sz w:val="18"/>
        </w:rPr>
        <w:t xml:space="preserve"> this film to families.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avoid</w:t>
      </w:r>
      <w:r>
        <w:tab/>
      </w:r>
      <w:r>
        <w:rPr>
          <w:rFonts w:ascii="Bookman Old Style" w:hAnsi="Bookman Old Style" w:eastAsia="Bookman Old Style"/>
          <w:color w:val="000000"/>
          <w:sz w:val="18"/>
        </w:rPr>
        <w:t>B. suggest</w:t>
      </w:r>
      <w:r>
        <w:tab/>
      </w:r>
      <w:r>
        <w:rPr>
          <w:rFonts w:ascii="Bookman Old Style" w:hAnsi="Bookman Old Style" w:eastAsia="Bookman Old Style"/>
          <w:color w:val="000000"/>
          <w:sz w:val="18"/>
        </w:rPr>
        <w:t>C. criticise</w:t>
      </w:r>
      <w:r>
        <w:tab/>
      </w:r>
      <w:r>
        <w:rPr>
          <w:rFonts w:ascii="Bookman Old Style" w:hAnsi="Bookman Old Style" w:eastAsia="Bookman Old Style"/>
          <w:color w:val="000000"/>
          <w:sz w:val="18"/>
        </w:rPr>
        <w:t>D. direct</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 xml:space="preserve">The documentary is </w:t>
      </w:r>
      <w:r>
        <w:rPr>
          <w:rFonts w:ascii="Bookman Old Style" w:hAnsi="Bookman Old Style" w:eastAsia="Bookman Old Style"/>
          <w:b/>
          <w:color w:val="000000"/>
          <w:sz w:val="18"/>
          <w:u w:val="single"/>
        </w:rPr>
        <w:t>fascinating</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very interesting</w:t>
      </w:r>
      <w:r>
        <w:tab/>
      </w:r>
      <w:r>
        <w:rPr>
          <w:rFonts w:ascii="Bookman Old Style" w:hAnsi="Bookman Old Style" w:eastAsia="Bookman Old Style"/>
          <w:color w:val="000000"/>
          <w:sz w:val="18"/>
        </w:rPr>
        <w:t>B. very short</w:t>
      </w:r>
      <w:r>
        <w:tab/>
      </w:r>
      <w:r>
        <w:rPr>
          <w:rFonts w:ascii="Bookman Old Style" w:hAnsi="Bookman Old Style" w:eastAsia="Bookman Old Style"/>
          <w:color w:val="000000"/>
          <w:sz w:val="18"/>
        </w:rPr>
        <w:t>C. very sad</w:t>
      </w:r>
      <w:r>
        <w:tab/>
      </w:r>
      <w:r>
        <w:rPr>
          <w:rFonts w:ascii="Bookman Old Style" w:hAnsi="Bookman Old Style" w:eastAsia="Bookman Old Style"/>
          <w:color w:val="000000"/>
          <w:sz w:val="18"/>
        </w:rPr>
        <w:t>D. very old</w:t>
      </w:r>
    </w:p>
    <w:p>
      <w:pPr>
        <w:keepNext/>
        <w:spacing w:before="60" w:after="20" w:line="240" w:lineRule="auto"/>
      </w:pPr>
      <w:r>
        <w:rPr>
          <w:rFonts w:ascii="Bookman Old Style" w:hAnsi="Bookman Old Style" w:eastAsia="Bookman Old Style"/>
          <w:b/>
          <w:color w:val="0033CC"/>
          <w:sz w:val="19"/>
        </w:rPr>
        <w:t>Exercise 5: Choose the letter A, B, C, or D to indicate the word(s) OPPOSITE in meaning to the underlined word(s).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 xml:space="preserve">The film was </w:t>
      </w:r>
      <w:r>
        <w:rPr>
          <w:rFonts w:ascii="Bookman Old Style" w:hAnsi="Bookman Old Style" w:eastAsia="Bookman Old Style"/>
          <w:b/>
          <w:color w:val="000000"/>
          <w:sz w:val="18"/>
          <w:u w:val="single"/>
        </w:rPr>
        <w:t>entertaining</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amusing</w:t>
      </w:r>
      <w:r>
        <w:tab/>
      </w:r>
      <w:r>
        <w:rPr>
          <w:rFonts w:ascii="Bookman Old Style" w:hAnsi="Bookman Old Style" w:eastAsia="Bookman Old Style"/>
          <w:color w:val="000000"/>
          <w:sz w:val="18"/>
        </w:rPr>
        <w:t>B. boring</w:t>
      </w:r>
      <w:r>
        <w:tab/>
      </w:r>
      <w:r>
        <w:rPr>
          <w:rFonts w:ascii="Bookman Old Style" w:hAnsi="Bookman Old Style" w:eastAsia="Bookman Old Style"/>
          <w:color w:val="000000"/>
          <w:sz w:val="18"/>
        </w:rPr>
        <w:t>C. moving</w:t>
      </w:r>
      <w:r>
        <w:tab/>
      </w:r>
      <w:r>
        <w:rPr>
          <w:rFonts w:ascii="Bookman Old Style" w:hAnsi="Bookman Old Style" w:eastAsia="Bookman Old Style"/>
          <w:color w:val="000000"/>
          <w:sz w:val="18"/>
        </w:rPr>
        <w:t>D. gripping</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 xml:space="preserve">The plot was </w:t>
      </w:r>
      <w:r>
        <w:rPr>
          <w:rFonts w:ascii="Bookman Old Style" w:hAnsi="Bookman Old Style" w:eastAsia="Bookman Old Style"/>
          <w:b/>
          <w:color w:val="000000"/>
          <w:sz w:val="18"/>
          <w:u w:val="single"/>
        </w:rPr>
        <w:t>simple</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clear</w:t>
      </w:r>
      <w:r>
        <w:tab/>
      </w:r>
      <w:r>
        <w:rPr>
          <w:rFonts w:ascii="Bookman Old Style" w:hAnsi="Bookman Old Style" w:eastAsia="Bookman Old Style"/>
          <w:color w:val="000000"/>
          <w:sz w:val="18"/>
        </w:rPr>
        <w:t>B. complex</w:t>
      </w:r>
      <w:r>
        <w:tab/>
      </w:r>
      <w:r>
        <w:rPr>
          <w:rFonts w:ascii="Bookman Old Style" w:hAnsi="Bookman Old Style" w:eastAsia="Bookman Old Style"/>
          <w:color w:val="000000"/>
          <w:sz w:val="18"/>
        </w:rPr>
        <w:t>C. short</w:t>
      </w:r>
      <w:r>
        <w:tab/>
      </w:r>
      <w:r>
        <w:rPr>
          <w:rFonts w:ascii="Bookman Old Style" w:hAnsi="Bookman Old Style" w:eastAsia="Bookman Old Style"/>
          <w:color w:val="000000"/>
          <w:sz w:val="18"/>
        </w:rPr>
        <w:t>D. familiar</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 xml:space="preserve">The audience was </w:t>
      </w:r>
      <w:r>
        <w:rPr>
          <w:rFonts w:ascii="Bookman Old Style" w:hAnsi="Bookman Old Style" w:eastAsia="Bookman Old Style"/>
          <w:b/>
          <w:color w:val="000000"/>
          <w:sz w:val="18"/>
          <w:u w:val="single"/>
        </w:rPr>
        <w:t>excited</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interested</w:t>
      </w:r>
      <w:r>
        <w:tab/>
      </w:r>
      <w:r>
        <w:rPr>
          <w:rFonts w:ascii="Bookman Old Style" w:hAnsi="Bookman Old Style" w:eastAsia="Bookman Old Style"/>
          <w:color w:val="000000"/>
          <w:sz w:val="18"/>
        </w:rPr>
        <w:t>B. bored</w:t>
      </w:r>
      <w:r>
        <w:tab/>
      </w:r>
      <w:r>
        <w:rPr>
          <w:rFonts w:ascii="Bookman Old Style" w:hAnsi="Bookman Old Style" w:eastAsia="Bookman Old Style"/>
          <w:color w:val="000000"/>
          <w:sz w:val="18"/>
        </w:rPr>
        <w:t>C. surprised</w:t>
      </w:r>
      <w:r>
        <w:tab/>
      </w:r>
      <w:r>
        <w:rPr>
          <w:rFonts w:ascii="Bookman Old Style" w:hAnsi="Bookman Old Style" w:eastAsia="Bookman Old Style"/>
          <w:color w:val="000000"/>
          <w:sz w:val="18"/>
        </w:rPr>
        <w:t>D. pleased</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 xml:space="preserve">The reviews were </w:t>
      </w:r>
      <w:r>
        <w:rPr>
          <w:rFonts w:ascii="Bookman Old Style" w:hAnsi="Bookman Old Style" w:eastAsia="Bookman Old Style"/>
          <w:b/>
          <w:color w:val="000000"/>
          <w:sz w:val="18"/>
          <w:u w:val="single"/>
        </w:rPr>
        <w:t>positive</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favourable</w:t>
      </w:r>
      <w:r>
        <w:tab/>
      </w:r>
      <w:r>
        <w:rPr>
          <w:rFonts w:ascii="Bookman Old Style" w:hAnsi="Bookman Old Style" w:eastAsia="Bookman Old Style"/>
          <w:color w:val="000000"/>
          <w:sz w:val="18"/>
        </w:rPr>
        <w:t>B. negative</w:t>
      </w:r>
      <w:r>
        <w:tab/>
      </w:r>
      <w:r>
        <w:rPr>
          <w:rFonts w:ascii="Bookman Old Style" w:hAnsi="Bookman Old Style" w:eastAsia="Bookman Old Style"/>
          <w:color w:val="000000"/>
          <w:sz w:val="18"/>
        </w:rPr>
        <w:t>C. useful</w:t>
      </w:r>
      <w:r>
        <w:tab/>
      </w:r>
      <w:r>
        <w:rPr>
          <w:rFonts w:ascii="Bookman Old Style" w:hAnsi="Bookman Old Style" w:eastAsia="Bookman Old Style"/>
          <w:color w:val="000000"/>
          <w:sz w:val="18"/>
        </w:rPr>
        <w:t>D. public</w:t>
      </w:r>
    </w:p>
    <w:p>
      <w:pPr>
        <w:keepNext/>
        <w:spacing w:before="60" w:after="20" w:line="240" w:lineRule="auto"/>
      </w:pPr>
      <w:r>
        <w:rPr>
          <w:rFonts w:ascii="Bookman Old Style" w:hAnsi="Bookman Old Style" w:eastAsia="Bookman Old Style"/>
          <w:b/>
          <w:color w:val="0033CC"/>
          <w:sz w:val="19"/>
        </w:rPr>
        <w:t>Exercise 6: Fill in each blank with the correct word or form.</w:t>
      </w:r>
    </w:p>
    <w:p>
      <w:pPr>
        <w:keepNext w:val="0"/>
        <w:spacing w:before="0" w:after="20" w:line="240" w:lineRule="auto"/>
      </w:pPr>
      <w:r>
        <w:rPr>
          <w:rFonts w:ascii="Bookman Old Style" w:hAnsi="Bookman Old Style" w:eastAsia="Bookman Old Style"/>
          <w:color w:val="000000"/>
          <w:sz w:val="19"/>
        </w:rPr>
        <w:t>1. ______ the story was familiar, I enjoyed the film.</w:t>
      </w:r>
    </w:p>
    <w:p>
      <w:pPr>
        <w:keepNext w:val="0"/>
        <w:spacing w:before="0" w:after="20" w:line="240" w:lineRule="auto"/>
      </w:pPr>
      <w:r>
        <w:rPr>
          <w:rFonts w:ascii="Bookman Old Style" w:hAnsi="Bookman Old Style" w:eastAsia="Bookman Old Style"/>
          <w:color w:val="000000"/>
          <w:sz w:val="19"/>
        </w:rPr>
        <w:t>2. The film was popular. ______, I did not like it.</w:t>
      </w:r>
    </w:p>
    <w:p>
      <w:pPr>
        <w:keepNext w:val="0"/>
        <w:spacing w:before="0" w:after="20" w:line="240" w:lineRule="auto"/>
      </w:pPr>
      <w:r>
        <w:rPr>
          <w:rFonts w:ascii="Bookman Old Style" w:hAnsi="Bookman Old Style" w:eastAsia="Bookman Old Style"/>
          <w:color w:val="000000"/>
          <w:sz w:val="19"/>
        </w:rPr>
        <w:t>3. ______ he is a young actor, he performs very well.</w:t>
      </w:r>
    </w:p>
    <w:p>
      <w:pPr>
        <w:keepNext w:val="0"/>
        <w:spacing w:before="0" w:after="20" w:line="240" w:lineRule="auto"/>
      </w:pPr>
      <w:r>
        <w:rPr>
          <w:rFonts w:ascii="Bookman Old Style" w:hAnsi="Bookman Old Style" w:eastAsia="Bookman Old Style"/>
          <w:color w:val="000000"/>
          <w:sz w:val="19"/>
        </w:rPr>
        <w:t>4. The review was negative. ______, we decided to see the film.</w:t>
      </w:r>
    </w:p>
    <w:p>
      <w:pPr>
        <w:keepNext w:val="0"/>
        <w:spacing w:before="0" w:after="20" w:line="240" w:lineRule="auto"/>
      </w:pPr>
      <w:r>
        <w:rPr>
          <w:rFonts w:ascii="Bookman Old Style" w:hAnsi="Bookman Old Style" w:eastAsia="Bookman Old Style"/>
          <w:color w:val="000000"/>
          <w:sz w:val="19"/>
        </w:rPr>
        <w:t>5. Though the film ______ long, it was never boring. (be)</w:t>
      </w:r>
    </w:p>
    <w:p>
      <w:pPr>
        <w:keepNext w:val="0"/>
        <w:spacing w:before="0" w:after="20" w:line="240" w:lineRule="auto"/>
      </w:pPr>
      <w:r>
        <w:rPr>
          <w:rFonts w:ascii="Bookman Old Style" w:hAnsi="Bookman Old Style" w:eastAsia="Bookman Old Style"/>
          <w:color w:val="000000"/>
          <w:sz w:val="19"/>
        </w:rPr>
        <w:t>6. The effects were simple. ______, they looked realistic.</w:t>
      </w:r>
    </w:p>
    <w:p>
      <w:pPr>
        <w:keepNext w:val="0"/>
        <w:spacing w:before="0" w:after="20" w:line="240" w:lineRule="auto"/>
      </w:pPr>
      <w:r>
        <w:rPr>
          <w:rFonts w:ascii="Bookman Old Style" w:hAnsi="Bookman Old Style" w:eastAsia="Bookman Old Style"/>
          <w:color w:val="000000"/>
          <w:sz w:val="19"/>
        </w:rPr>
        <w:t>7. ______ the ending was predictable, it was moving.</w:t>
      </w:r>
    </w:p>
    <w:p>
      <w:pPr>
        <w:keepNext w:val="0"/>
        <w:spacing w:before="0" w:after="20" w:line="240" w:lineRule="auto"/>
      </w:pPr>
      <w:r>
        <w:rPr>
          <w:rFonts w:ascii="Bookman Old Style" w:hAnsi="Bookman Old Style" w:eastAsia="Bookman Old Style"/>
          <w:color w:val="000000"/>
          <w:sz w:val="19"/>
        </w:rPr>
        <w:t>8. The film is violent. ______, it has an important message.</w:t>
      </w:r>
    </w:p>
    <w:p>
      <w:pPr>
        <w:keepNext/>
        <w:spacing w:before="60" w:after="20" w:line="240" w:lineRule="auto"/>
      </w:pPr>
      <w:r>
        <w:rPr>
          <w:rFonts w:ascii="Bookman Old Style" w:hAnsi="Bookman Old Style" w:eastAsia="Bookman Old Style"/>
          <w:b/>
          <w:color w:val="0033CC"/>
          <w:sz w:val="19"/>
        </w:rPr>
        <w:t>Exercise 7: Circle the correct option in brackets.</w:t>
      </w:r>
    </w:p>
    <w:p>
      <w:pPr>
        <w:keepNext w:val="0"/>
        <w:spacing w:before="0" w:after="20" w:line="240" w:lineRule="auto"/>
      </w:pPr>
      <w:r>
        <w:rPr>
          <w:rFonts w:ascii="Bookman Old Style" w:hAnsi="Bookman Old Style" w:eastAsia="Bookman Old Style"/>
          <w:color w:val="000000"/>
          <w:sz w:val="19"/>
        </w:rPr>
        <w:t>1. (Although / However) the film was low-budget, it looked beautiful.</w:t>
      </w:r>
    </w:p>
    <w:p>
      <w:pPr>
        <w:keepNext w:val="0"/>
        <w:spacing w:before="0" w:after="20" w:line="240" w:lineRule="auto"/>
      </w:pPr>
      <w:r>
        <w:rPr>
          <w:rFonts w:ascii="Bookman Old Style" w:hAnsi="Bookman Old Style" w:eastAsia="Bookman Old Style"/>
          <w:color w:val="000000"/>
          <w:sz w:val="19"/>
        </w:rPr>
        <w:t>2. The plot was confusing. (Although / However), the acting was good.</w:t>
      </w:r>
    </w:p>
    <w:p>
      <w:pPr>
        <w:keepNext w:val="0"/>
        <w:spacing w:before="0" w:after="20" w:line="240" w:lineRule="auto"/>
      </w:pPr>
      <w:r>
        <w:rPr>
          <w:rFonts w:ascii="Bookman Old Style" w:hAnsi="Bookman Old Style" w:eastAsia="Bookman Old Style"/>
          <w:color w:val="000000"/>
          <w:sz w:val="19"/>
        </w:rPr>
        <w:t>3. Though she was tired, she (watched / watches) the whole film.</w:t>
      </w:r>
    </w:p>
    <w:p>
      <w:pPr>
        <w:keepNext w:val="0"/>
        <w:spacing w:before="0" w:after="20" w:line="240" w:lineRule="auto"/>
      </w:pPr>
      <w:r>
        <w:rPr>
          <w:rFonts w:ascii="Bookman Old Style" w:hAnsi="Bookman Old Style" w:eastAsia="Bookman Old Style"/>
          <w:color w:val="000000"/>
          <w:sz w:val="19"/>
        </w:rPr>
        <w:t>4. The film was (bored / boring), so I left early.</w:t>
      </w:r>
    </w:p>
    <w:p>
      <w:pPr>
        <w:keepNext w:val="0"/>
        <w:spacing w:before="0" w:after="20" w:line="240" w:lineRule="auto"/>
      </w:pPr>
      <w:r>
        <w:rPr>
          <w:rFonts w:ascii="Bookman Old Style" w:hAnsi="Bookman Old Style" w:eastAsia="Bookman Old Style"/>
          <w:color w:val="000000"/>
          <w:sz w:val="19"/>
        </w:rPr>
        <w:t>5. We were (surprised / surprising) by the ending.</w:t>
      </w:r>
    </w:p>
    <w:p>
      <w:pPr>
        <w:keepNext w:val="0"/>
        <w:spacing w:before="0" w:after="20" w:line="240" w:lineRule="auto"/>
      </w:pPr>
      <w:r>
        <w:rPr>
          <w:rFonts w:ascii="Bookman Old Style" w:hAnsi="Bookman Old Style" w:eastAsia="Bookman Old Style"/>
          <w:color w:val="000000"/>
          <w:sz w:val="19"/>
        </w:rPr>
        <w:t>6. The children found the cartoon (entertained / entertaining).</w:t>
      </w:r>
    </w:p>
    <w:p>
      <w:pPr>
        <w:keepNext w:val="0"/>
        <w:spacing w:before="0" w:after="20" w:line="240" w:lineRule="auto"/>
      </w:pPr>
      <w:r>
        <w:rPr>
          <w:rFonts w:ascii="Bookman Old Style" w:hAnsi="Bookman Old Style" w:eastAsia="Bookman Old Style"/>
          <w:color w:val="000000"/>
          <w:sz w:val="19"/>
        </w:rPr>
        <w:t>7. I was (moved / moving) by the final scene.</w:t>
      </w:r>
    </w:p>
    <w:p>
      <w:pPr>
        <w:keepNext w:val="0"/>
        <w:spacing w:before="0" w:after="20" w:line="240" w:lineRule="auto"/>
      </w:pPr>
      <w:r>
        <w:rPr>
          <w:rFonts w:ascii="Bookman Old Style" w:hAnsi="Bookman Old Style" w:eastAsia="Bookman Old Style"/>
          <w:color w:val="000000"/>
          <w:sz w:val="19"/>
        </w:rPr>
        <w:t>8. The monster looked (frightened / frightening).</w:t>
      </w:r>
    </w:p>
    <w:p>
      <w:pPr>
        <w:keepNext/>
        <w:spacing w:before="60" w:after="20" w:line="240" w:lineRule="auto"/>
      </w:pPr>
      <w:r>
        <w:rPr>
          <w:rFonts w:ascii="Bookman Old Style" w:hAnsi="Bookman Old Style" w:eastAsia="Bookman Old Style"/>
          <w:b/>
          <w:color w:val="0033CC"/>
          <w:sz w:val="19"/>
        </w:rPr>
        <w:t>Exercise 8: Put the words in brackets into the correct form to complete the sentences.</w:t>
      </w:r>
    </w:p>
    <w:p>
      <w:pPr>
        <w:keepNext w:val="0"/>
        <w:spacing w:before="0" w:after="20" w:line="240" w:lineRule="auto"/>
      </w:pPr>
      <w:r>
        <w:rPr>
          <w:rFonts w:ascii="Bookman Old Style" w:hAnsi="Bookman Old Style" w:eastAsia="Bookman Old Style"/>
          <w:color w:val="000000"/>
          <w:sz w:val="19"/>
        </w:rPr>
        <w:t>1. The young actor gave an excellent ______. (PERFORM)</w:t>
      </w:r>
    </w:p>
    <w:p>
      <w:pPr>
        <w:keepNext w:val="0"/>
        <w:spacing w:before="0" w:after="20" w:line="240" w:lineRule="auto"/>
      </w:pPr>
      <w:r>
        <w:rPr>
          <w:rFonts w:ascii="Bookman Old Style" w:hAnsi="Bookman Old Style" w:eastAsia="Bookman Old Style"/>
          <w:color w:val="000000"/>
          <w:sz w:val="19"/>
        </w:rPr>
        <w:t>2. The ending was completely ______. (SURPRISE)</w:t>
      </w:r>
    </w:p>
    <w:p>
      <w:pPr>
        <w:keepNext w:val="0"/>
        <w:spacing w:before="0" w:after="20" w:line="240" w:lineRule="auto"/>
      </w:pPr>
      <w:r>
        <w:rPr>
          <w:rFonts w:ascii="Bookman Old Style" w:hAnsi="Bookman Old Style" w:eastAsia="Bookman Old Style"/>
          <w:color w:val="000000"/>
          <w:sz w:val="19"/>
        </w:rPr>
        <w:t>3. We were ______ in the documentary. (INTEREST)</w:t>
      </w:r>
    </w:p>
    <w:p>
      <w:pPr>
        <w:keepNext w:val="0"/>
        <w:spacing w:before="0" w:after="20" w:line="240" w:lineRule="auto"/>
      </w:pPr>
      <w:r>
        <w:rPr>
          <w:rFonts w:ascii="Bookman Old Style" w:hAnsi="Bookman Old Style" w:eastAsia="Bookman Old Style"/>
          <w:color w:val="000000"/>
          <w:sz w:val="19"/>
        </w:rPr>
        <w:t>4. The comedy was highly ______. (ENTERTAIN)</w:t>
      </w:r>
    </w:p>
    <w:p>
      <w:pPr>
        <w:keepNext w:val="0"/>
        <w:spacing w:before="0" w:after="20" w:line="240" w:lineRule="auto"/>
      </w:pPr>
      <w:r>
        <w:rPr>
          <w:rFonts w:ascii="Bookman Old Style" w:hAnsi="Bookman Old Style" w:eastAsia="Bookman Old Style"/>
          <w:color w:val="000000"/>
          <w:sz w:val="19"/>
        </w:rPr>
        <w:t>5. The audience felt ______ by the slow plot. (BORE)</w:t>
      </w:r>
    </w:p>
    <w:p>
      <w:pPr>
        <w:keepNext w:val="0"/>
        <w:spacing w:before="0" w:after="20" w:line="240" w:lineRule="auto"/>
      </w:pPr>
      <w:r>
        <w:rPr>
          <w:rFonts w:ascii="Bookman Old Style" w:hAnsi="Bookman Old Style" w:eastAsia="Bookman Old Style"/>
          <w:color w:val="000000"/>
          <w:sz w:val="19"/>
        </w:rPr>
        <w:t>6. The film won an award for best ______. (DIRECT)</w:t>
      </w:r>
    </w:p>
    <w:p>
      <w:pPr>
        <w:keepNext w:val="0"/>
        <w:spacing w:before="0" w:after="20" w:line="240" w:lineRule="auto"/>
      </w:pPr>
      <w:r>
        <w:rPr>
          <w:rFonts w:ascii="Bookman Old Style" w:hAnsi="Bookman Old Style" w:eastAsia="Bookman Old Style"/>
          <w:color w:val="000000"/>
          <w:sz w:val="19"/>
        </w:rPr>
        <w:t>7. The final scene caused great ______. (EXCITE)</w:t>
      </w:r>
    </w:p>
    <w:p>
      <w:pPr>
        <w:keepNext w:val="0"/>
        <w:spacing w:before="0" w:after="20" w:line="240" w:lineRule="auto"/>
      </w:pPr>
      <w:r>
        <w:rPr>
          <w:rFonts w:ascii="Bookman Old Style" w:hAnsi="Bookman Old Style" w:eastAsia="Bookman Old Style"/>
          <w:color w:val="000000"/>
          <w:sz w:val="19"/>
        </w:rPr>
        <w:t>8. Her ______ was natural and convincing. (ACT)</w:t>
      </w:r>
    </w:p>
    <w:p>
      <w:pPr>
        <w:keepNext/>
        <w:spacing w:before="60" w:after="20" w:line="240" w:lineRule="auto"/>
      </w:pPr>
      <w:r>
        <w:rPr>
          <w:rFonts w:ascii="Bookman Old Style" w:hAnsi="Bookman Old Style" w:eastAsia="Bookman Old Style"/>
          <w:b/>
          <w:color w:val="0033CC"/>
          <w:sz w:val="19"/>
        </w:rPr>
        <w:t>Exercise 9: Choose the word or phrase (A, B, C, or D) that best completes each of the following exchanges.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What do you think about films?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I think it is useful and interesting.</w:t>
      </w:r>
      <w:r>
        <w:tab/>
      </w:r>
      <w:r>
        <w:rPr>
          <w:rFonts w:ascii="Bookman Old Style" w:hAnsi="Bookman Old Style" w:eastAsia="Bookman Old Style"/>
          <w:color w:val="000000"/>
          <w:sz w:val="18"/>
        </w:rPr>
        <w:t>B. It is at seven o'clock.</w:t>
      </w:r>
      <w:r>
        <w:tab/>
      </w:r>
      <w:r>
        <w:rPr>
          <w:rFonts w:ascii="Bookman Old Style" w:hAnsi="Bookman Old Style" w:eastAsia="Bookman Old Style"/>
          <w:color w:val="000000"/>
          <w:sz w:val="18"/>
        </w:rPr>
        <w:t>C. No, I don't think.</w:t>
      </w:r>
      <w:r>
        <w:tab/>
      </w:r>
      <w:r>
        <w:rPr>
          <w:rFonts w:ascii="Bookman Old Style" w:hAnsi="Bookman Old Style" w:eastAsia="Bookman Old Style"/>
          <w:color w:val="000000"/>
          <w:sz w:val="18"/>
        </w:rPr>
        <w:t>D. By bicycle.</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Could you tell me more about it?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Certainly.</w:t>
      </w:r>
      <w:r>
        <w:tab/>
      </w:r>
      <w:r>
        <w:rPr>
          <w:rFonts w:ascii="Bookman Old Style" w:hAnsi="Bookman Old Style" w:eastAsia="Bookman Old Style"/>
          <w:color w:val="000000"/>
          <w:sz w:val="18"/>
        </w:rPr>
        <w:t>B. Never mind it.</w:t>
      </w:r>
      <w:r>
        <w:tab/>
      </w:r>
      <w:r>
        <w:rPr>
          <w:rFonts w:ascii="Bookman Old Style" w:hAnsi="Bookman Old Style" w:eastAsia="Bookman Old Style"/>
          <w:color w:val="000000"/>
          <w:sz w:val="18"/>
        </w:rPr>
        <w:t>C. I am not tell.</w:t>
      </w:r>
      <w:r>
        <w:tab/>
      </w:r>
      <w:r>
        <w:rPr>
          <w:rFonts w:ascii="Bookman Old Style" w:hAnsi="Bookman Old Style" w:eastAsia="Bookman Old Style"/>
          <w:color w:val="000000"/>
          <w:sz w:val="18"/>
        </w:rPr>
        <w:t>D. No, I could.</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Thank you for your help.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You're welcome.</w:t>
      </w:r>
      <w:r>
        <w:tab/>
      </w:r>
      <w:r>
        <w:rPr>
          <w:rFonts w:ascii="Bookman Old Style" w:hAnsi="Bookman Old Style" w:eastAsia="Bookman Old Style"/>
          <w:color w:val="000000"/>
          <w:sz w:val="18"/>
        </w:rPr>
        <w:t>B. That's a question.</w:t>
      </w:r>
      <w:r>
        <w:tab/>
      </w:r>
      <w:r>
        <w:rPr>
          <w:rFonts w:ascii="Bookman Old Style" w:hAnsi="Bookman Old Style" w:eastAsia="Bookman Old Style"/>
          <w:color w:val="000000"/>
          <w:sz w:val="18"/>
        </w:rPr>
        <w:t>C. Here it is not.</w:t>
      </w:r>
      <w:r>
        <w:tab/>
      </w:r>
      <w:r>
        <w:rPr>
          <w:rFonts w:ascii="Bookman Old Style" w:hAnsi="Bookman Old Style" w:eastAsia="Bookman Old Style"/>
          <w:color w:val="000000"/>
          <w:sz w:val="18"/>
        </w:rPr>
        <w:t>D. I disagree.</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A: Shall we join the activity?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Yes, that sounds great.</w:t>
      </w:r>
      <w:r>
        <w:tab/>
      </w:r>
      <w:r>
        <w:rPr>
          <w:rFonts w:ascii="Bookman Old Style" w:hAnsi="Bookman Old Style" w:eastAsia="Bookman Old Style"/>
          <w:color w:val="000000"/>
          <w:sz w:val="18"/>
        </w:rPr>
        <w:t>B. It is joining.</w:t>
      </w:r>
      <w:r>
        <w:tab/>
      </w:r>
      <w:r>
        <w:rPr>
          <w:rFonts w:ascii="Bookman Old Style" w:hAnsi="Bookman Old Style" w:eastAsia="Bookman Old Style"/>
          <w:color w:val="000000"/>
          <w:sz w:val="18"/>
        </w:rPr>
        <w:t>C. No, we shall.</w:t>
      </w:r>
      <w:r>
        <w:tab/>
      </w:r>
      <w:r>
        <w:rPr>
          <w:rFonts w:ascii="Bookman Old Style" w:hAnsi="Bookman Old Style" w:eastAsia="Bookman Old Style"/>
          <w:color w:val="000000"/>
          <w:sz w:val="18"/>
        </w:rPr>
        <w:t>D. I sound it.</w:t>
      </w:r>
    </w:p>
    <w:p>
      <w:pPr>
        <w:keepNext/>
        <w:spacing w:before="60" w:after="20" w:line="240" w:lineRule="auto"/>
      </w:pPr>
      <w:r>
        <w:rPr>
          <w:rFonts w:ascii="Bookman Old Style" w:hAnsi="Bookman Old Style" w:eastAsia="Bookman Old Style"/>
          <w:b/>
          <w:color w:val="0033CC"/>
          <w:sz w:val="19"/>
        </w:rPr>
        <w:t>Exercise 10: Choose the correct answer (A, B, C, or D) to arrange the sentences into a meaningful conversation.</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I read about the film yesterday.  b. Really? What did you learn?  c. It was very interesting.  d. Tell me more after class.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b-a-d-c</w:t>
      </w:r>
      <w:r>
        <w:tab/>
      </w:r>
      <w:r>
        <w:rPr>
          <w:rFonts w:ascii="Bookman Old Style" w:hAnsi="Bookman Old Style" w:eastAsia="Bookman Old Style"/>
          <w:color w:val="000000"/>
          <w:sz w:val="17"/>
        </w:rPr>
        <w:t>C. c-a-b-d</w:t>
      </w:r>
      <w:r>
        <w:tab/>
      </w:r>
      <w:r>
        <w:rPr>
          <w:rFonts w:ascii="Bookman Old Style" w:hAnsi="Bookman Old Style" w:eastAsia="Bookman Old Style"/>
          <w:color w:val="000000"/>
          <w:sz w:val="17"/>
        </w:rPr>
        <w:t>D. a-c-b-d</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Would you like to learn about the review?  b. Yes, I'd love to.  c. Let's look at this information.  d. Good idea.</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b-a-c-d</w:t>
      </w:r>
      <w:r>
        <w:tab/>
      </w:r>
      <w:r>
        <w:rPr>
          <w:rFonts w:ascii="Bookman Old Style" w:hAnsi="Bookman Old Style" w:eastAsia="Bookman Old Style"/>
          <w:color w:val="000000"/>
          <w:sz w:val="17"/>
        </w:rPr>
        <w:t>C. a-c-b-d</w:t>
      </w:r>
      <w:r>
        <w:tab/>
      </w:r>
      <w:r>
        <w:rPr>
          <w:rFonts w:ascii="Bookman Old Style" w:hAnsi="Bookman Old Style" w:eastAsia="Bookman Old Style"/>
          <w:color w:val="000000"/>
          <w:sz w:val="17"/>
        </w:rPr>
        <w:t>D. c-d-a-b</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What are you doing this weekend?  b. I am joining the school event.  c. Can I come with you?  d. Of course.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b-a-d-c</w:t>
      </w:r>
      <w:r>
        <w:tab/>
      </w:r>
      <w:r>
        <w:rPr>
          <w:rFonts w:ascii="Bookman Old Style" w:hAnsi="Bookman Old Style" w:eastAsia="Bookman Old Style"/>
          <w:color w:val="000000"/>
          <w:sz w:val="17"/>
        </w:rPr>
        <w:t>C. c-d-a-b</w:t>
      </w:r>
      <w:r>
        <w:tab/>
      </w:r>
      <w:r>
        <w:rPr>
          <w:rFonts w:ascii="Bookman Old Style" w:hAnsi="Bookman Old Style" w:eastAsia="Bookman Old Style"/>
          <w:color w:val="000000"/>
          <w:sz w:val="17"/>
        </w:rPr>
        <w:t>D. a-c-b-d</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a. How was the activity?  b. It was excellent.  c. What did you like most?  d. The practical demonstration.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b-a-c-d</w:t>
      </w:r>
      <w:r>
        <w:tab/>
      </w:r>
      <w:r>
        <w:rPr>
          <w:rFonts w:ascii="Bookman Old Style" w:hAnsi="Bookman Old Style" w:eastAsia="Bookman Old Style"/>
          <w:color w:val="000000"/>
          <w:sz w:val="17"/>
        </w:rPr>
        <w:t>C. c-d-a-b</w:t>
      </w:r>
      <w:r>
        <w:tab/>
      </w:r>
      <w:r>
        <w:rPr>
          <w:rFonts w:ascii="Bookman Old Style" w:hAnsi="Bookman Old Style" w:eastAsia="Bookman Old Style"/>
          <w:color w:val="000000"/>
          <w:sz w:val="17"/>
        </w:rPr>
        <w:t>D. a-d-b-c</w:t>
      </w:r>
    </w:p>
    <w:p>
      <w:r>
        <w:br w:type="page"/>
      </w:r>
    </w:p>
    <w:p>
      <w:pPr>
        <w:keepNext/>
        <w:spacing w:before="60" w:after="20" w:line="240" w:lineRule="auto"/>
      </w:pPr>
      <w:r>
        <w:rPr>
          <w:rFonts w:ascii="Bookman Old Style" w:hAnsi="Bookman Old Style" w:eastAsia="Bookman Old Style"/>
          <w:b/>
          <w:color w:val="0033CC"/>
          <w:sz w:val="19"/>
        </w:rPr>
        <w:t>Exercise 11: Look at the sign or notice. Choose the best answer (A, B, C, or D) for each question.</w:t>
      </w:r>
    </w:p>
    <w:p>
      <w:pPr>
        <w:keepNext w:val="0"/>
        <w:spacing w:before="60" w:after="40" w:line="240" w:lineRule="auto"/>
        <w:jc w:val="center"/>
      </w:pPr>
      <w:r>
        <w:drawing>
          <wp:inline xmlns:a="http://schemas.openxmlformats.org/drawingml/2006/main" xmlns:pic="http://schemas.openxmlformats.org/drawingml/2006/picture">
            <wp:extent cx="1908000" cy="964719"/>
            <wp:docPr id="3" name="Picture 3"/>
            <wp:cNvGraphicFramePr>
              <a:graphicFrameLocks noChangeAspect="1"/>
            </wp:cNvGraphicFramePr>
            <a:graphic>
              <a:graphicData uri="http://schemas.openxmlformats.org/drawingml/2006/picture">
                <pic:pic>
                  <pic:nvPicPr>
                    <pic:cNvPr id="0" name="notice_bag.png"/>
                    <pic:cNvPicPr/>
                  </pic:nvPicPr>
                  <pic:blipFill>
                    <a:blip r:embed="rId12"/>
                    <a:stretch>
                      <a:fillRect/>
                    </a:stretch>
                  </pic:blipFill>
                  <pic:spPr>
                    <a:xfrm>
                      <a:off x="0" y="0"/>
                      <a:ext cx="1908000" cy="964719"/>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1.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The place is permanently closed.</w:t>
      </w:r>
      <w:r>
        <w:tab/>
      </w:r>
      <w:r>
        <w:rPr>
          <w:rFonts w:ascii="Bookman Old Style" w:hAnsi="Bookman Old Style" w:eastAsia="Bookman Old Style"/>
          <w:color w:val="000000"/>
          <w:sz w:val="17"/>
        </w:rPr>
        <w:t>B. Visitors must use another entrance.</w:t>
      </w:r>
      <w:r>
        <w:tab/>
      </w:r>
      <w:r>
        <w:rPr>
          <w:rFonts w:ascii="Bookman Old Style" w:hAnsi="Bookman Old Style" w:eastAsia="Bookman Old Style"/>
          <w:color w:val="000000"/>
          <w:sz w:val="17"/>
        </w:rPr>
        <w:t>C. Only staff may enter.</w:t>
      </w:r>
      <w:r>
        <w:tab/>
      </w:r>
      <w:r>
        <w:rPr>
          <w:rFonts w:ascii="Bookman Old Style" w:hAnsi="Bookman Old Style" w:eastAsia="Bookman Old Style"/>
          <w:color w:val="000000"/>
          <w:sz w:val="17"/>
        </w:rPr>
        <w:t>D. Maintenance starts next year.</w:t>
      </w:r>
    </w:p>
    <w:p>
      <w:pPr>
        <w:keepNext w:val="0"/>
        <w:spacing w:before="60" w:after="40" w:line="240" w:lineRule="auto"/>
        <w:jc w:val="center"/>
      </w:pPr>
      <w:r>
        <w:drawing>
          <wp:inline xmlns:a="http://schemas.openxmlformats.org/drawingml/2006/main" xmlns:pic="http://schemas.openxmlformats.org/drawingml/2006/picture">
            <wp:extent cx="1512000" cy="2018598"/>
            <wp:docPr id="4" name="Picture 4"/>
            <wp:cNvGraphicFramePr>
              <a:graphicFrameLocks noChangeAspect="1"/>
            </wp:cNvGraphicFramePr>
            <a:graphic>
              <a:graphicData uri="http://schemas.openxmlformats.org/drawingml/2006/picture">
                <pic:pic>
                  <pic:nvPicPr>
                    <pic:cNvPr id="0" name="notice_pool.jpg"/>
                    <pic:cNvPicPr/>
                  </pic:nvPicPr>
                  <pic:blipFill>
                    <a:blip r:embed="rId13"/>
                    <a:stretch>
                      <a:fillRect/>
                    </a:stretch>
                  </pic:blipFill>
                  <pic:spPr>
                    <a:xfrm>
                      <a:off x="0" y="0"/>
                      <a:ext cx="1512000" cy="2018598"/>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2.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Everyone can arrive without booking.</w:t>
      </w:r>
      <w:r>
        <w:tab/>
      </w:r>
      <w:r>
        <w:rPr>
          <w:rFonts w:ascii="Bookman Old Style" w:hAnsi="Bookman Old Style" w:eastAsia="Bookman Old Style"/>
          <w:color w:val="000000"/>
          <w:sz w:val="17"/>
        </w:rPr>
        <w:t>B. Bookings close at 6 p.m.</w:t>
      </w:r>
      <w:r>
        <w:tab/>
      </w:r>
      <w:r>
        <w:rPr>
          <w:rFonts w:ascii="Bookman Old Style" w:hAnsi="Bookman Old Style" w:eastAsia="Bookman Old Style"/>
          <w:color w:val="000000"/>
          <w:sz w:val="17"/>
        </w:rPr>
        <w:t>C. The event begins at 6 p.m.</w:t>
      </w:r>
      <w:r>
        <w:tab/>
      </w:r>
      <w:r>
        <w:rPr>
          <w:rFonts w:ascii="Bookman Old Style" w:hAnsi="Bookman Old Style" w:eastAsia="Bookman Old Style"/>
          <w:color w:val="000000"/>
          <w:sz w:val="17"/>
        </w:rPr>
        <w:t>D. There are unlimited places.</w:t>
      </w:r>
    </w:p>
    <w:p>
      <w:pPr>
        <w:keepNext w:val="0"/>
        <w:spacing w:before="60" w:after="40" w:line="240" w:lineRule="auto"/>
        <w:jc w:val="center"/>
      </w:pPr>
      <w:r>
        <w:drawing>
          <wp:inline xmlns:a="http://schemas.openxmlformats.org/drawingml/2006/main" xmlns:pic="http://schemas.openxmlformats.org/drawingml/2006/picture">
            <wp:extent cx="1908000" cy="1359523"/>
            <wp:docPr id="5" name="Picture 5"/>
            <wp:cNvGraphicFramePr>
              <a:graphicFrameLocks noChangeAspect="1"/>
            </wp:cNvGraphicFramePr>
            <a:graphic>
              <a:graphicData uri="http://schemas.openxmlformats.org/drawingml/2006/picture">
                <pic:pic>
                  <pic:nvPicPr>
                    <pic:cNvPr id="0" name="notice_lost.jpeg"/>
                    <pic:cNvPicPr/>
                  </pic:nvPicPr>
                  <pic:blipFill>
                    <a:blip r:embed="rId14"/>
                    <a:stretch>
                      <a:fillRect/>
                    </a:stretch>
                  </pic:blipFill>
                  <pic:spPr>
                    <a:xfrm>
                      <a:off x="0" y="0"/>
                      <a:ext cx="1908000" cy="1359523"/>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3.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People may leave rubbish here.</w:t>
      </w:r>
      <w:r>
        <w:tab/>
      </w:r>
      <w:r>
        <w:rPr>
          <w:rFonts w:ascii="Bookman Old Style" w:hAnsi="Bookman Old Style" w:eastAsia="Bookman Old Style"/>
          <w:color w:val="000000"/>
          <w:sz w:val="17"/>
        </w:rPr>
        <w:t>B. People should not litter here.</w:t>
      </w:r>
      <w:r>
        <w:tab/>
      </w:r>
      <w:r>
        <w:rPr>
          <w:rFonts w:ascii="Bookman Old Style" w:hAnsi="Bookman Old Style" w:eastAsia="Bookman Old Style"/>
          <w:color w:val="000000"/>
          <w:sz w:val="17"/>
        </w:rPr>
        <w:t>C. Only cleaners may enter.</w:t>
      </w:r>
      <w:r>
        <w:tab/>
      </w:r>
      <w:r>
        <w:rPr>
          <w:rFonts w:ascii="Bookman Old Style" w:hAnsi="Bookman Old Style" w:eastAsia="Bookman Old Style"/>
          <w:color w:val="000000"/>
          <w:sz w:val="17"/>
        </w:rPr>
        <w:t>D. Food is free here.</w:t>
      </w:r>
    </w:p>
    <w:p>
      <w:pPr>
        <w:keepNext w:val="0"/>
        <w:spacing w:before="60" w:after="40" w:line="240" w:lineRule="auto"/>
        <w:jc w:val="center"/>
      </w:pPr>
      <w:r>
        <w:drawing>
          <wp:inline xmlns:a="http://schemas.openxmlformats.org/drawingml/2006/main" xmlns:pic="http://schemas.openxmlformats.org/drawingml/2006/picture">
            <wp:extent cx="1908000" cy="1435722"/>
            <wp:docPr id="6" name="Picture 6"/>
            <wp:cNvGraphicFramePr>
              <a:graphicFrameLocks noChangeAspect="1"/>
            </wp:cNvGraphicFramePr>
            <a:graphic>
              <a:graphicData uri="http://schemas.openxmlformats.org/drawingml/2006/picture">
                <pic:pic>
                  <pic:nvPicPr>
                    <pic:cNvPr id="0" name="notice_seatbelt.jpeg"/>
                    <pic:cNvPicPr/>
                  </pic:nvPicPr>
                  <pic:blipFill>
                    <a:blip r:embed="rId15"/>
                    <a:stretch>
                      <a:fillRect/>
                    </a:stretch>
                  </pic:blipFill>
                  <pic:spPr>
                    <a:xfrm>
                      <a:off x="0" y="0"/>
                      <a:ext cx="1908000" cy="1435722"/>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4.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Children under 12 may enter alone.</w:t>
      </w:r>
      <w:r>
        <w:tab/>
      </w:r>
      <w:r>
        <w:rPr>
          <w:rFonts w:ascii="Bookman Old Style" w:hAnsi="Bookman Old Style" w:eastAsia="Bookman Old Style"/>
          <w:color w:val="000000"/>
          <w:sz w:val="17"/>
        </w:rPr>
        <w:t>B. Adults cannot enter.</w:t>
      </w:r>
      <w:r>
        <w:tab/>
      </w:r>
      <w:r>
        <w:rPr>
          <w:rFonts w:ascii="Bookman Old Style" w:hAnsi="Bookman Old Style" w:eastAsia="Bookman Old Style"/>
          <w:color w:val="000000"/>
          <w:sz w:val="17"/>
        </w:rPr>
        <w:t>C. Young children need adult supervision.</w:t>
      </w:r>
      <w:r>
        <w:tab/>
      </w:r>
      <w:r>
        <w:rPr>
          <w:rFonts w:ascii="Bookman Old Style" w:hAnsi="Bookman Old Style" w:eastAsia="Bookman Old Style"/>
          <w:color w:val="000000"/>
          <w:sz w:val="17"/>
        </w:rPr>
        <w:t>D. Only twelve-year-olds may enter.</w:t>
      </w:r>
    </w:p>
    <w:p>
      <w:r>
        <w:br w:type="page"/>
      </w:r>
    </w:p>
    <w:p>
      <w:pPr>
        <w:keepNext/>
        <w:spacing w:before="60" w:after="20" w:line="240" w:lineRule="auto"/>
      </w:pPr>
      <w:r>
        <w:rPr>
          <w:rFonts w:ascii="Bookman Old Style" w:hAnsi="Bookman Old Style" w:eastAsia="Bookman Old Style"/>
          <w:b/>
          <w:color w:val="0033CC"/>
          <w:sz w:val="19"/>
        </w:rPr>
        <w:t>Exercise 12: Read the advertisement/notice/flyer/announcement and choose the correct option for each numbered blank.</w:t>
      </w:r>
    </w:p>
    <w:p>
      <w:pPr>
        <w:keepNext w:val="0"/>
        <w:spacing w:before="0" w:after="40" w:line="245" w:lineRule="auto"/>
      </w:pPr>
      <w:r>
        <w:rPr>
          <w:rFonts w:ascii="Bookman Old Style" w:hAnsi="Bookman Old Style" w:eastAsia="Bookman Old Style"/>
          <w:color w:val="000000"/>
          <w:sz w:val="18"/>
        </w:rPr>
        <w:t>TEEN FILM NIGHT</w:t>
        <w:br/>
        <w:t>Our film club is showing an animated comedy this Saturday. (1) ______ the film is made for children, adults will enjoy it too. The story is simple; (2) ______, the characters are hilarious. The show starts at 6:30 p.m. in the school (3) ______. Tickets are 20,000 dong and include a drink. We (4) ______ booking early because only eighty seats are (5) ______.</w:t>
      </w:r>
    </w:p>
    <w:p>
      <w:pPr>
        <w:keepNext w:val="0"/>
        <w:spacing w:before="0" w:after="0" w:line="240" w:lineRule="auto"/>
        <w:ind w:left="170"/>
      </w:pPr>
      <w:r>
        <w:rPr>
          <w:rFonts w:ascii="Bookman Old Style" w:hAnsi="Bookman Old Style" w:eastAsia="Bookman Old Style"/>
          <w:color w:val="000000"/>
          <w:sz w:val="18"/>
        </w:rPr>
        <w:t xml:space="preserve">1. </w:t>
      </w:r>
      <w:r>
        <w:rPr>
          <w:rFonts w:ascii="Bookman Old Style" w:hAnsi="Bookman Old Style" w:eastAsia="Bookman Old Style"/>
          <w:color w:val="000000"/>
          <w:sz w:val="17"/>
        </w:rPr>
        <w:t>A. However</w:t>
      </w:r>
      <w:r>
        <w:t xml:space="preserve">     </w:t>
      </w:r>
      <w:r>
        <w:rPr>
          <w:rFonts w:ascii="Bookman Old Style" w:hAnsi="Bookman Old Style" w:eastAsia="Bookman Old Style"/>
          <w:color w:val="000000"/>
          <w:sz w:val="17"/>
        </w:rPr>
        <w:t>B. Although</w:t>
      </w:r>
      <w:r>
        <w:t xml:space="preserve">     </w:t>
      </w:r>
      <w:r>
        <w:rPr>
          <w:rFonts w:ascii="Bookman Old Style" w:hAnsi="Bookman Old Style" w:eastAsia="Bookman Old Style"/>
          <w:color w:val="000000"/>
          <w:sz w:val="17"/>
        </w:rPr>
        <w:t>C. Because</w:t>
      </w:r>
      <w:r>
        <w:t xml:space="preserve">     </w:t>
      </w:r>
      <w:r>
        <w:rPr>
          <w:rFonts w:ascii="Bookman Old Style" w:hAnsi="Bookman Old Style" w:eastAsia="Bookman Old Style"/>
          <w:color w:val="000000"/>
          <w:sz w:val="17"/>
        </w:rPr>
        <w:t>D. So</w:t>
      </w:r>
    </w:p>
    <w:p>
      <w:pPr>
        <w:keepNext w:val="0"/>
        <w:spacing w:before="0" w:after="0" w:line="240" w:lineRule="auto"/>
        <w:ind w:left="170"/>
      </w:pPr>
      <w:r>
        <w:rPr>
          <w:rFonts w:ascii="Bookman Old Style" w:hAnsi="Bookman Old Style" w:eastAsia="Bookman Old Style"/>
          <w:color w:val="000000"/>
          <w:sz w:val="18"/>
        </w:rPr>
        <w:t xml:space="preserve">2. </w:t>
      </w:r>
      <w:r>
        <w:rPr>
          <w:rFonts w:ascii="Bookman Old Style" w:hAnsi="Bookman Old Style" w:eastAsia="Bookman Old Style"/>
          <w:color w:val="000000"/>
          <w:sz w:val="17"/>
        </w:rPr>
        <w:t>A. although</w:t>
      </w:r>
      <w:r>
        <w:t xml:space="preserve">     </w:t>
      </w:r>
      <w:r>
        <w:rPr>
          <w:rFonts w:ascii="Bookman Old Style" w:hAnsi="Bookman Old Style" w:eastAsia="Bookman Old Style"/>
          <w:color w:val="000000"/>
          <w:sz w:val="17"/>
        </w:rPr>
        <w:t>B. however</w:t>
      </w:r>
      <w:r>
        <w:t xml:space="preserve">     </w:t>
      </w:r>
      <w:r>
        <w:rPr>
          <w:rFonts w:ascii="Bookman Old Style" w:hAnsi="Bookman Old Style" w:eastAsia="Bookman Old Style"/>
          <w:color w:val="000000"/>
          <w:sz w:val="17"/>
        </w:rPr>
        <w:t>C. because</w:t>
      </w:r>
      <w:r>
        <w:t xml:space="preserve">     </w:t>
      </w:r>
      <w:r>
        <w:rPr>
          <w:rFonts w:ascii="Bookman Old Style" w:hAnsi="Bookman Old Style" w:eastAsia="Bookman Old Style"/>
          <w:color w:val="000000"/>
          <w:sz w:val="17"/>
        </w:rPr>
        <w:t>D. but</w:t>
      </w:r>
    </w:p>
    <w:p>
      <w:pPr>
        <w:keepNext w:val="0"/>
        <w:spacing w:before="0" w:after="0" w:line="240" w:lineRule="auto"/>
        <w:ind w:left="170"/>
      </w:pPr>
      <w:r>
        <w:rPr>
          <w:rFonts w:ascii="Bookman Old Style" w:hAnsi="Bookman Old Style" w:eastAsia="Bookman Old Style"/>
          <w:color w:val="000000"/>
          <w:sz w:val="18"/>
        </w:rPr>
        <w:t xml:space="preserve">3. </w:t>
      </w:r>
      <w:r>
        <w:rPr>
          <w:rFonts w:ascii="Bookman Old Style" w:hAnsi="Bookman Old Style" w:eastAsia="Bookman Old Style"/>
          <w:color w:val="000000"/>
          <w:sz w:val="17"/>
        </w:rPr>
        <w:t>A. cinema</w:t>
      </w:r>
      <w:r>
        <w:t xml:space="preserve">     </w:t>
      </w:r>
      <w:r>
        <w:rPr>
          <w:rFonts w:ascii="Bookman Old Style" w:hAnsi="Bookman Old Style" w:eastAsia="Bookman Old Style"/>
          <w:color w:val="000000"/>
          <w:sz w:val="17"/>
        </w:rPr>
        <w:t>B. cycle lane</w:t>
      </w:r>
      <w:r>
        <w:t xml:space="preserve">     </w:t>
      </w:r>
      <w:r>
        <w:rPr>
          <w:rFonts w:ascii="Bookman Old Style" w:hAnsi="Bookman Old Style" w:eastAsia="Bookman Old Style"/>
          <w:color w:val="000000"/>
          <w:sz w:val="17"/>
        </w:rPr>
        <w:t>C. museum</w:t>
      </w:r>
      <w:r>
        <w:t xml:space="preserve">     </w:t>
      </w:r>
      <w:r>
        <w:rPr>
          <w:rFonts w:ascii="Bookman Old Style" w:hAnsi="Bookman Old Style" w:eastAsia="Bookman Old Style"/>
          <w:color w:val="000000"/>
          <w:sz w:val="17"/>
        </w:rPr>
        <w:t>D. laboratory</w:t>
      </w:r>
    </w:p>
    <w:p>
      <w:pPr>
        <w:keepNext w:val="0"/>
        <w:spacing w:before="0" w:after="0" w:line="240" w:lineRule="auto"/>
        <w:ind w:left="170"/>
      </w:pPr>
      <w:r>
        <w:rPr>
          <w:rFonts w:ascii="Bookman Old Style" w:hAnsi="Bookman Old Style" w:eastAsia="Bookman Old Style"/>
          <w:color w:val="000000"/>
          <w:sz w:val="18"/>
        </w:rPr>
        <w:t xml:space="preserve">4. </w:t>
      </w:r>
      <w:r>
        <w:rPr>
          <w:rFonts w:ascii="Bookman Old Style" w:hAnsi="Bookman Old Style" w:eastAsia="Bookman Old Style"/>
          <w:color w:val="000000"/>
          <w:sz w:val="17"/>
        </w:rPr>
        <w:t>A. recommend</w:t>
      </w:r>
      <w:r>
        <w:t xml:space="preserve">     </w:t>
      </w:r>
      <w:r>
        <w:rPr>
          <w:rFonts w:ascii="Bookman Old Style" w:hAnsi="Bookman Old Style" w:eastAsia="Bookman Old Style"/>
          <w:color w:val="000000"/>
          <w:sz w:val="17"/>
        </w:rPr>
        <w:t>B. perform</w:t>
      </w:r>
      <w:r>
        <w:t xml:space="preserve">     </w:t>
      </w:r>
      <w:r>
        <w:rPr>
          <w:rFonts w:ascii="Bookman Old Style" w:hAnsi="Bookman Old Style" w:eastAsia="Bookman Old Style"/>
          <w:color w:val="000000"/>
          <w:sz w:val="17"/>
        </w:rPr>
        <w:t>C. star</w:t>
      </w:r>
      <w:r>
        <w:t xml:space="preserve">     </w:t>
      </w:r>
      <w:r>
        <w:rPr>
          <w:rFonts w:ascii="Bookman Old Style" w:hAnsi="Bookman Old Style" w:eastAsia="Bookman Old Style"/>
          <w:color w:val="000000"/>
          <w:sz w:val="17"/>
        </w:rPr>
        <w:t>D. direct</w:t>
      </w:r>
    </w:p>
    <w:p>
      <w:pPr>
        <w:keepNext w:val="0"/>
        <w:spacing w:before="0" w:after="0" w:line="240" w:lineRule="auto"/>
        <w:ind w:left="170"/>
      </w:pPr>
      <w:r>
        <w:rPr>
          <w:rFonts w:ascii="Bookman Old Style" w:hAnsi="Bookman Old Style" w:eastAsia="Bookman Old Style"/>
          <w:color w:val="000000"/>
          <w:sz w:val="18"/>
        </w:rPr>
        <w:t xml:space="preserve">5. </w:t>
      </w:r>
      <w:r>
        <w:rPr>
          <w:rFonts w:ascii="Bookman Old Style" w:hAnsi="Bookman Old Style" w:eastAsia="Bookman Old Style"/>
          <w:color w:val="000000"/>
          <w:sz w:val="17"/>
        </w:rPr>
        <w:t>A. violent</w:t>
      </w:r>
      <w:r>
        <w:t xml:space="preserve">     </w:t>
      </w:r>
      <w:r>
        <w:rPr>
          <w:rFonts w:ascii="Bookman Old Style" w:hAnsi="Bookman Old Style" w:eastAsia="Bookman Old Style"/>
          <w:color w:val="000000"/>
          <w:sz w:val="17"/>
        </w:rPr>
        <w:t>B. available</w:t>
      </w:r>
      <w:r>
        <w:t xml:space="preserve">     </w:t>
      </w:r>
      <w:r>
        <w:rPr>
          <w:rFonts w:ascii="Bookman Old Style" w:hAnsi="Bookman Old Style" w:eastAsia="Bookman Old Style"/>
          <w:color w:val="000000"/>
          <w:sz w:val="17"/>
        </w:rPr>
        <w:t>C. moving</w:t>
      </w:r>
      <w:r>
        <w:t xml:space="preserve">     </w:t>
      </w:r>
      <w:r>
        <w:rPr>
          <w:rFonts w:ascii="Bookman Old Style" w:hAnsi="Bookman Old Style" w:eastAsia="Bookman Old Style"/>
          <w:color w:val="000000"/>
          <w:sz w:val="17"/>
        </w:rPr>
        <w:t>D. dull</w:t>
      </w:r>
    </w:p>
    <w:p>
      <w:pPr>
        <w:keepNext/>
        <w:spacing w:before="60" w:after="20" w:line="240" w:lineRule="auto"/>
      </w:pPr>
      <w:r>
        <w:rPr>
          <w:rFonts w:ascii="Bookman Old Style" w:hAnsi="Bookman Old Style" w:eastAsia="Bookman Old Style"/>
          <w:b/>
          <w:color w:val="0033CC"/>
          <w:sz w:val="19"/>
        </w:rPr>
        <w:t>Exercise 13: Read the following passage and choose the correct word that best fits each numbered blank.</w:t>
      </w:r>
    </w:p>
    <w:p>
      <w:pPr>
        <w:keepNext w:val="0"/>
        <w:spacing w:before="0" w:after="40" w:line="245" w:lineRule="auto"/>
      </w:pPr>
      <w:r>
        <w:rPr>
          <w:rFonts w:ascii="Bookman Old Style" w:hAnsi="Bookman Old Style" w:eastAsia="Bookman Old Style"/>
          <w:color w:val="000000"/>
          <w:sz w:val="18"/>
        </w:rPr>
        <w:t>Mai watched a new science-fiction film last night. The (1) ______ follows two young explorers on a distant planet. Although the special effects are simple, the film is very (2) ______. Mai was surprised (3) ______ the ending and liked the main actor's performance. Her brother found one scene frightening; (4) ______, he still enjoyed the story. Mai plans to write a short (5) ______ for the school website.</w:t>
      </w:r>
    </w:p>
    <w:p>
      <w:pPr>
        <w:keepNext w:val="0"/>
        <w:spacing w:before="0" w:after="0" w:line="240" w:lineRule="auto"/>
        <w:ind w:left="170"/>
      </w:pPr>
      <w:r>
        <w:rPr>
          <w:rFonts w:ascii="Bookman Old Style" w:hAnsi="Bookman Old Style" w:eastAsia="Bookman Old Style"/>
          <w:color w:val="000000"/>
          <w:sz w:val="18"/>
        </w:rPr>
        <w:t xml:space="preserve">1. </w:t>
      </w:r>
      <w:r>
        <w:rPr>
          <w:rFonts w:ascii="Bookman Old Style" w:hAnsi="Bookman Old Style" w:eastAsia="Bookman Old Style"/>
          <w:color w:val="000000"/>
          <w:sz w:val="17"/>
        </w:rPr>
        <w:t>A. plot</w:t>
      </w:r>
      <w:r>
        <w:t xml:space="preserve">     </w:t>
      </w:r>
      <w:r>
        <w:rPr>
          <w:rFonts w:ascii="Bookman Old Style" w:hAnsi="Bookman Old Style" w:eastAsia="Bookman Old Style"/>
          <w:color w:val="000000"/>
          <w:sz w:val="17"/>
        </w:rPr>
        <w:t>B. audience</w:t>
      </w:r>
      <w:r>
        <w:t xml:space="preserve">     </w:t>
      </w:r>
      <w:r>
        <w:rPr>
          <w:rFonts w:ascii="Bookman Old Style" w:hAnsi="Bookman Old Style" w:eastAsia="Bookman Old Style"/>
          <w:color w:val="000000"/>
          <w:sz w:val="17"/>
        </w:rPr>
        <w:t>C. review</w:t>
      </w:r>
      <w:r>
        <w:t xml:space="preserve">     </w:t>
      </w:r>
      <w:r>
        <w:rPr>
          <w:rFonts w:ascii="Bookman Old Style" w:hAnsi="Bookman Old Style" w:eastAsia="Bookman Old Style"/>
          <w:color w:val="000000"/>
          <w:sz w:val="17"/>
        </w:rPr>
        <w:t>D. director</w:t>
      </w:r>
    </w:p>
    <w:p>
      <w:pPr>
        <w:keepNext w:val="0"/>
        <w:spacing w:before="0" w:after="0" w:line="240" w:lineRule="auto"/>
        <w:ind w:left="170"/>
      </w:pPr>
      <w:r>
        <w:rPr>
          <w:rFonts w:ascii="Bookman Old Style" w:hAnsi="Bookman Old Style" w:eastAsia="Bookman Old Style"/>
          <w:color w:val="000000"/>
          <w:sz w:val="18"/>
        </w:rPr>
        <w:t xml:space="preserve">2. </w:t>
      </w:r>
      <w:r>
        <w:rPr>
          <w:rFonts w:ascii="Bookman Old Style" w:hAnsi="Bookman Old Style" w:eastAsia="Bookman Old Style"/>
          <w:color w:val="000000"/>
          <w:sz w:val="17"/>
        </w:rPr>
        <w:t>A. dull</w:t>
      </w:r>
      <w:r>
        <w:t xml:space="preserve">     </w:t>
      </w:r>
      <w:r>
        <w:rPr>
          <w:rFonts w:ascii="Bookman Old Style" w:hAnsi="Bookman Old Style" w:eastAsia="Bookman Old Style"/>
          <w:color w:val="000000"/>
          <w:sz w:val="17"/>
        </w:rPr>
        <w:t>B. gripping</w:t>
      </w:r>
      <w:r>
        <w:t xml:space="preserve">     </w:t>
      </w:r>
      <w:r>
        <w:rPr>
          <w:rFonts w:ascii="Bookman Old Style" w:hAnsi="Bookman Old Style" w:eastAsia="Bookman Old Style"/>
          <w:color w:val="000000"/>
          <w:sz w:val="17"/>
        </w:rPr>
        <w:t>C. violent</w:t>
      </w:r>
      <w:r>
        <w:t xml:space="preserve">     </w:t>
      </w:r>
      <w:r>
        <w:rPr>
          <w:rFonts w:ascii="Bookman Old Style" w:hAnsi="Bookman Old Style" w:eastAsia="Bookman Old Style"/>
          <w:color w:val="000000"/>
          <w:sz w:val="17"/>
        </w:rPr>
        <w:t>D. disappointed</w:t>
      </w:r>
    </w:p>
    <w:p>
      <w:pPr>
        <w:keepNext w:val="0"/>
        <w:spacing w:before="0" w:after="0" w:line="240" w:lineRule="auto"/>
        <w:ind w:left="170"/>
      </w:pPr>
      <w:r>
        <w:rPr>
          <w:rFonts w:ascii="Bookman Old Style" w:hAnsi="Bookman Old Style" w:eastAsia="Bookman Old Style"/>
          <w:color w:val="000000"/>
          <w:sz w:val="18"/>
        </w:rPr>
        <w:t xml:space="preserve">3. </w:t>
      </w:r>
      <w:r>
        <w:rPr>
          <w:rFonts w:ascii="Bookman Old Style" w:hAnsi="Bookman Old Style" w:eastAsia="Bookman Old Style"/>
          <w:color w:val="000000"/>
          <w:sz w:val="17"/>
        </w:rPr>
        <w:t>A. at</w:t>
      </w:r>
      <w:r>
        <w:t xml:space="preserve">     </w:t>
      </w:r>
      <w:r>
        <w:rPr>
          <w:rFonts w:ascii="Bookman Old Style" w:hAnsi="Bookman Old Style" w:eastAsia="Bookman Old Style"/>
          <w:color w:val="000000"/>
          <w:sz w:val="17"/>
        </w:rPr>
        <w:t>B. on</w:t>
      </w:r>
      <w:r>
        <w:t xml:space="preserve">     </w:t>
      </w:r>
      <w:r>
        <w:rPr>
          <w:rFonts w:ascii="Bookman Old Style" w:hAnsi="Bookman Old Style" w:eastAsia="Bookman Old Style"/>
          <w:color w:val="000000"/>
          <w:sz w:val="17"/>
        </w:rPr>
        <w:t>C. for</w:t>
      </w:r>
      <w:r>
        <w:t xml:space="preserve">     </w:t>
      </w:r>
      <w:r>
        <w:rPr>
          <w:rFonts w:ascii="Bookman Old Style" w:hAnsi="Bookman Old Style" w:eastAsia="Bookman Old Style"/>
          <w:color w:val="000000"/>
          <w:sz w:val="17"/>
        </w:rPr>
        <w:t>D. with</w:t>
      </w:r>
    </w:p>
    <w:p>
      <w:pPr>
        <w:keepNext w:val="0"/>
        <w:spacing w:before="0" w:after="0" w:line="240" w:lineRule="auto"/>
        <w:ind w:left="170"/>
      </w:pPr>
      <w:r>
        <w:rPr>
          <w:rFonts w:ascii="Bookman Old Style" w:hAnsi="Bookman Old Style" w:eastAsia="Bookman Old Style"/>
          <w:color w:val="000000"/>
          <w:sz w:val="18"/>
        </w:rPr>
        <w:t xml:space="preserve">4. </w:t>
      </w:r>
      <w:r>
        <w:rPr>
          <w:rFonts w:ascii="Bookman Old Style" w:hAnsi="Bookman Old Style" w:eastAsia="Bookman Old Style"/>
          <w:color w:val="000000"/>
          <w:sz w:val="17"/>
        </w:rPr>
        <w:t>A. although</w:t>
      </w:r>
      <w:r>
        <w:t xml:space="preserve">     </w:t>
      </w:r>
      <w:r>
        <w:rPr>
          <w:rFonts w:ascii="Bookman Old Style" w:hAnsi="Bookman Old Style" w:eastAsia="Bookman Old Style"/>
          <w:color w:val="000000"/>
          <w:sz w:val="17"/>
        </w:rPr>
        <w:t>B. however</w:t>
      </w:r>
      <w:r>
        <w:t xml:space="preserve">     </w:t>
      </w:r>
      <w:r>
        <w:rPr>
          <w:rFonts w:ascii="Bookman Old Style" w:hAnsi="Bookman Old Style" w:eastAsia="Bookman Old Style"/>
          <w:color w:val="000000"/>
          <w:sz w:val="17"/>
        </w:rPr>
        <w:t>C. because</w:t>
      </w:r>
      <w:r>
        <w:t xml:space="preserve">     </w:t>
      </w:r>
      <w:r>
        <w:rPr>
          <w:rFonts w:ascii="Bookman Old Style" w:hAnsi="Bookman Old Style" w:eastAsia="Bookman Old Style"/>
          <w:color w:val="000000"/>
          <w:sz w:val="17"/>
        </w:rPr>
        <w:t>D. so</w:t>
      </w:r>
    </w:p>
    <w:p>
      <w:pPr>
        <w:keepNext w:val="0"/>
        <w:spacing w:before="0" w:after="0" w:line="240" w:lineRule="auto"/>
        <w:ind w:left="170"/>
      </w:pPr>
      <w:r>
        <w:rPr>
          <w:rFonts w:ascii="Bookman Old Style" w:hAnsi="Bookman Old Style" w:eastAsia="Bookman Old Style"/>
          <w:color w:val="000000"/>
          <w:sz w:val="18"/>
        </w:rPr>
        <w:t xml:space="preserve">5. </w:t>
      </w:r>
      <w:r>
        <w:rPr>
          <w:rFonts w:ascii="Bookman Old Style" w:hAnsi="Bookman Old Style" w:eastAsia="Bookman Old Style"/>
          <w:color w:val="000000"/>
          <w:sz w:val="17"/>
        </w:rPr>
        <w:t>A. character</w:t>
      </w:r>
      <w:r>
        <w:t xml:space="preserve">     </w:t>
      </w:r>
      <w:r>
        <w:rPr>
          <w:rFonts w:ascii="Bookman Old Style" w:hAnsi="Bookman Old Style" w:eastAsia="Bookman Old Style"/>
          <w:color w:val="000000"/>
          <w:sz w:val="17"/>
        </w:rPr>
        <w:t>B. review</w:t>
      </w:r>
      <w:r>
        <w:t xml:space="preserve">     </w:t>
      </w:r>
      <w:r>
        <w:rPr>
          <w:rFonts w:ascii="Bookman Old Style" w:hAnsi="Bookman Old Style" w:eastAsia="Bookman Old Style"/>
          <w:color w:val="000000"/>
          <w:sz w:val="17"/>
        </w:rPr>
        <w:t>C. scene</w:t>
      </w:r>
      <w:r>
        <w:t xml:space="preserve">     </w:t>
      </w:r>
      <w:r>
        <w:rPr>
          <w:rFonts w:ascii="Bookman Old Style" w:hAnsi="Bookman Old Style" w:eastAsia="Bookman Old Style"/>
          <w:color w:val="000000"/>
          <w:sz w:val="17"/>
        </w:rPr>
        <w:t>D. fantasy</w:t>
      </w:r>
    </w:p>
    <w:p>
      <w:r>
        <w:br w:type="page"/>
      </w:r>
    </w:p>
    <w:p>
      <w:pPr>
        <w:keepNext/>
        <w:spacing w:before="60" w:after="20" w:line="240" w:lineRule="auto"/>
      </w:pPr>
      <w:r>
        <w:rPr>
          <w:rFonts w:ascii="Bookman Old Style" w:hAnsi="Bookman Old Style" w:eastAsia="Bookman Old Style"/>
          <w:b/>
          <w:color w:val="0033CC"/>
          <w:sz w:val="19"/>
        </w:rPr>
        <w:t>Exercise 14: Read the following passage and choose the correct answer to each question.</w:t>
      </w:r>
    </w:p>
    <w:p>
      <w:pPr>
        <w:keepNext w:val="0"/>
        <w:spacing w:before="0" w:after="60" w:line="252" w:lineRule="auto"/>
      </w:pPr>
      <w:r>
        <w:rPr>
          <w:rFonts w:ascii="Bookman Old Style" w:hAnsi="Bookman Old Style" w:eastAsia="Bookman Old Style"/>
          <w:color w:val="000000"/>
          <w:sz w:val="19"/>
        </w:rPr>
        <w:t>Last Friday, our class watched The Little Inventor, an animated film about a girl who builds a robot from old household objects. Although the film was made for children, its message about creativity and recycling appealed to adults too. The plot was simple; however, the characters were funny and believable. The music was lively, and the final scene was surprisingly moving. After the screening, most students gave the film four out of five stars and said they would recommend it to their families.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What kind of film is The Little Inventor?</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 documentary</w:t>
      </w:r>
      <w:r>
        <w:tab/>
      </w:r>
      <w:r>
        <w:rPr>
          <w:rFonts w:ascii="Bookman Old Style" w:hAnsi="Bookman Old Style" w:eastAsia="Bookman Old Style"/>
          <w:color w:val="000000"/>
          <w:sz w:val="18"/>
        </w:rPr>
        <w:t>B. An animated film</w:t>
      </w:r>
      <w:r>
        <w:tab/>
      </w:r>
      <w:r>
        <w:rPr>
          <w:rFonts w:ascii="Bookman Old Style" w:hAnsi="Bookman Old Style" w:eastAsia="Bookman Old Style"/>
          <w:color w:val="000000"/>
          <w:sz w:val="18"/>
        </w:rPr>
        <w:t>C. A horror film</w:t>
      </w:r>
      <w:r>
        <w:tab/>
      </w:r>
      <w:r>
        <w:rPr>
          <w:rFonts w:ascii="Bookman Old Style" w:hAnsi="Bookman Old Style" w:eastAsia="Bookman Old Style"/>
          <w:color w:val="000000"/>
          <w:sz w:val="18"/>
        </w:rPr>
        <w:t>D. An action film</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What does the girl build?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 bicycle</w:t>
      </w:r>
      <w:r>
        <w:tab/>
      </w:r>
      <w:r>
        <w:rPr>
          <w:rFonts w:ascii="Bookman Old Style" w:hAnsi="Bookman Old Style" w:eastAsia="Bookman Old Style"/>
          <w:color w:val="000000"/>
          <w:sz w:val="18"/>
        </w:rPr>
        <w:t>B. A robot</w:t>
      </w:r>
      <w:r>
        <w:tab/>
      </w:r>
      <w:r>
        <w:rPr>
          <w:rFonts w:ascii="Bookman Old Style" w:hAnsi="Bookman Old Style" w:eastAsia="Bookman Old Style"/>
          <w:color w:val="000000"/>
          <w:sz w:val="18"/>
        </w:rPr>
        <w:t>C. A house</w:t>
      </w:r>
      <w:r>
        <w:tab/>
      </w:r>
      <w:r>
        <w:rPr>
          <w:rFonts w:ascii="Bookman Old Style" w:hAnsi="Bookman Old Style" w:eastAsia="Bookman Old Style"/>
          <w:color w:val="000000"/>
          <w:sz w:val="18"/>
        </w:rPr>
        <w:t>D. A camera</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Who also liked the film's message?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Only children</w:t>
      </w:r>
      <w:r>
        <w:tab/>
      </w:r>
      <w:r>
        <w:rPr>
          <w:rFonts w:ascii="Bookman Old Style" w:hAnsi="Bookman Old Style" w:eastAsia="Bookman Old Style"/>
          <w:color w:val="000000"/>
          <w:sz w:val="18"/>
        </w:rPr>
        <w:t>B. Adults</w:t>
      </w:r>
      <w:r>
        <w:tab/>
      </w:r>
      <w:r>
        <w:rPr>
          <w:rFonts w:ascii="Bookman Old Style" w:hAnsi="Bookman Old Style" w:eastAsia="Bookman Old Style"/>
          <w:color w:val="000000"/>
          <w:sz w:val="18"/>
        </w:rPr>
        <w:t>C. Only teachers</w:t>
      </w:r>
      <w:r>
        <w:tab/>
      </w:r>
      <w:r>
        <w:rPr>
          <w:rFonts w:ascii="Bookman Old Style" w:hAnsi="Bookman Old Style" w:eastAsia="Bookman Old Style"/>
          <w:color w:val="000000"/>
          <w:sz w:val="18"/>
        </w:rPr>
        <w:t>D. Actors</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What was the final scene like?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Dull</w:t>
      </w:r>
      <w:r>
        <w:tab/>
      </w:r>
      <w:r>
        <w:rPr>
          <w:rFonts w:ascii="Bookman Old Style" w:hAnsi="Bookman Old Style" w:eastAsia="Bookman Old Style"/>
          <w:color w:val="000000"/>
          <w:sz w:val="18"/>
        </w:rPr>
        <w:t>B. Violent</w:t>
      </w:r>
      <w:r>
        <w:tab/>
      </w:r>
      <w:r>
        <w:rPr>
          <w:rFonts w:ascii="Bookman Old Style" w:hAnsi="Bookman Old Style" w:eastAsia="Bookman Old Style"/>
          <w:color w:val="000000"/>
          <w:sz w:val="18"/>
        </w:rPr>
        <w:t>C. Moving</w:t>
      </w:r>
      <w:r>
        <w:tab/>
      </w:r>
      <w:r>
        <w:rPr>
          <w:rFonts w:ascii="Bookman Old Style" w:hAnsi="Bookman Old Style" w:eastAsia="Bookman Old Style"/>
          <w:color w:val="000000"/>
          <w:sz w:val="18"/>
        </w:rPr>
        <w:t>D. Confusing</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How many stars did most students give?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Two</w:t>
      </w:r>
      <w:r>
        <w:tab/>
      </w:r>
      <w:r>
        <w:rPr>
          <w:rFonts w:ascii="Bookman Old Style" w:hAnsi="Bookman Old Style" w:eastAsia="Bookman Old Style"/>
          <w:color w:val="000000"/>
          <w:sz w:val="18"/>
        </w:rPr>
        <w:t>B. Three</w:t>
      </w:r>
      <w:r>
        <w:tab/>
      </w:r>
      <w:r>
        <w:rPr>
          <w:rFonts w:ascii="Bookman Old Style" w:hAnsi="Bookman Old Style" w:eastAsia="Bookman Old Style"/>
          <w:color w:val="000000"/>
          <w:sz w:val="18"/>
        </w:rPr>
        <w:t>C. Four</w:t>
      </w:r>
      <w:r>
        <w:tab/>
      </w:r>
      <w:r>
        <w:rPr>
          <w:rFonts w:ascii="Bookman Old Style" w:hAnsi="Bookman Old Style" w:eastAsia="Bookman Old Style"/>
          <w:color w:val="000000"/>
          <w:sz w:val="18"/>
        </w:rPr>
        <w:t>D. Five</w:t>
      </w:r>
    </w:p>
    <w:p>
      <w:pPr>
        <w:keepNext/>
        <w:spacing w:before="60" w:after="20" w:line="240" w:lineRule="auto"/>
      </w:pPr>
      <w:r>
        <w:rPr>
          <w:rFonts w:ascii="Bookman Old Style" w:hAnsi="Bookman Old Style" w:eastAsia="Bookman Old Style"/>
          <w:b/>
          <w:color w:val="0033CC"/>
          <w:sz w:val="19"/>
        </w:rPr>
        <w:t>Exercise 15: Four phrases/sentences have been removed from the text. Choose the correct answer A-D for each blank.</w:t>
      </w:r>
    </w:p>
    <w:p>
      <w:pPr>
        <w:keepNext w:val="0"/>
        <w:spacing w:before="0" w:after="60" w:line="252" w:lineRule="auto"/>
      </w:pPr>
      <w:r>
        <w:rPr>
          <w:rFonts w:ascii="Bookman Old Style" w:hAnsi="Bookman Old Style" w:eastAsia="Bookman Old Style"/>
          <w:color w:val="000000"/>
          <w:sz w:val="19"/>
        </w:rPr>
        <w:t>A good film review gives useful information without telling every detail. (1) ______. Next, introduce the main characters and the basic plot. (2) ______. You can comment on the acting, music, and special effects. (3) ______. Finally, say whether you recommend the film and explain why. (4) ______.</w:t>
      </w:r>
    </w:p>
    <w:p>
      <w:pPr>
        <w:keepNext w:val="0"/>
        <w:spacing w:before="0" w:after="20" w:line="240" w:lineRule="auto"/>
      </w:pPr>
      <w:r>
        <w:rPr>
          <w:rFonts w:ascii="Bookman Old Style" w:hAnsi="Bookman Old Style" w:eastAsia="Bookman Old Style"/>
          <w:color w:val="000000"/>
          <w:sz w:val="18"/>
        </w:rPr>
        <w:t>A. Begin with the film's title and type.</w:t>
      </w:r>
    </w:p>
    <w:p>
      <w:pPr>
        <w:keepNext w:val="0"/>
        <w:spacing w:before="0" w:after="20" w:line="240" w:lineRule="auto"/>
      </w:pPr>
      <w:r>
        <w:rPr>
          <w:rFonts w:ascii="Bookman Old Style" w:hAnsi="Bookman Old Style" w:eastAsia="Bookman Old Style"/>
          <w:color w:val="000000"/>
          <w:sz w:val="18"/>
        </w:rPr>
        <w:t>B. Do not reveal important surprises or the ending.</w:t>
      </w:r>
    </w:p>
    <w:p>
      <w:pPr>
        <w:keepNext w:val="0"/>
        <w:spacing w:before="0" w:after="20" w:line="240" w:lineRule="auto"/>
      </w:pPr>
      <w:r>
        <w:rPr>
          <w:rFonts w:ascii="Bookman Old Style" w:hAnsi="Bookman Old Style" w:eastAsia="Bookman Old Style"/>
          <w:color w:val="000000"/>
          <w:sz w:val="18"/>
        </w:rPr>
        <w:t>C. Use clear adjectives to support your opinion.</w:t>
      </w:r>
    </w:p>
    <w:p>
      <w:pPr>
        <w:keepNext w:val="0"/>
        <w:spacing w:before="0" w:after="20" w:line="240" w:lineRule="auto"/>
      </w:pPr>
      <w:r>
        <w:rPr>
          <w:rFonts w:ascii="Bookman Old Style" w:hAnsi="Bookman Old Style" w:eastAsia="Bookman Old Style"/>
          <w:color w:val="000000"/>
          <w:sz w:val="18"/>
        </w:rPr>
        <w:t>D. This helps readers decide whether to watch it.</w:t>
      </w:r>
    </w:p>
    <w:p>
      <w:r>
        <w:br w:type="page"/>
      </w:r>
    </w:p>
    <w:p>
      <w:pPr>
        <w:keepNext/>
        <w:spacing w:before="60" w:after="20" w:line="240" w:lineRule="auto"/>
      </w:pPr>
      <w:r>
        <w:rPr>
          <w:rFonts w:ascii="Bookman Old Style" w:hAnsi="Bookman Old Style" w:eastAsia="Bookman Old Style"/>
          <w:b/>
          <w:color w:val="0033CC"/>
          <w:sz w:val="19"/>
        </w:rPr>
        <w:t>Exercise 16: Reorder the words and phrases to make sentences.</w:t>
      </w:r>
    </w:p>
    <w:p>
      <w:pPr>
        <w:keepNext w:val="0"/>
        <w:spacing w:before="0" w:after="20" w:line="240" w:lineRule="auto"/>
      </w:pPr>
      <w:r>
        <w:rPr>
          <w:rFonts w:ascii="Bookman Old Style" w:hAnsi="Bookman Old Style" w:eastAsia="Bookman Old Style"/>
          <w:color w:val="000000"/>
          <w:sz w:val="19"/>
        </w:rPr>
        <w:t>1. although / long / the film / was / it / gripping / was</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2. plot / however / simple / the / was / acting / excellent / the / was</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3. documentaries / my sister / watching / enjoys</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4. by / was / ending / surprised / I / the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5. stars / who / film / in / the / new</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6. recommend / I / this comedy / families / to</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7. frightening / found / children / scene / the / the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8. review / wrote / a / she / positive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spacing w:before="60" w:after="20" w:line="240" w:lineRule="auto"/>
      </w:pPr>
      <w:r>
        <w:rPr>
          <w:rFonts w:ascii="Bookman Old Style" w:hAnsi="Bookman Old Style" w:eastAsia="Bookman Old Style"/>
          <w:b/>
          <w:color w:val="0033CC"/>
          <w:sz w:val="19"/>
        </w:rPr>
        <w:t>Exercise 17: Write complete sentences using the guided words and phrases.</w:t>
      </w:r>
    </w:p>
    <w:p>
      <w:pPr>
        <w:keepNext w:val="0"/>
        <w:spacing w:before="0" w:after="20" w:line="240" w:lineRule="auto"/>
      </w:pPr>
      <w:r>
        <w:rPr>
          <w:rFonts w:ascii="Bookman Old Style" w:hAnsi="Bookman Old Style" w:eastAsia="Bookman Old Style"/>
          <w:color w:val="000000"/>
          <w:sz w:val="19"/>
        </w:rPr>
        <w:t>1. Although / actor / young / perform / well</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2. Film / exciting / however / too violent</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3. We / watch / animated film / last night</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4. Final scene / make / audience / moved</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5. Director / receive / award / excellent work</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6. I / not recommend / film / young children</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r>
        <w:br w:type="page"/>
      </w:r>
    </w:p>
    <w:p>
      <w:pPr>
        <w:keepNext/>
        <w:spacing w:before="60" w:after="20" w:line="240" w:lineRule="auto"/>
      </w:pPr>
      <w:r>
        <w:rPr>
          <w:rFonts w:ascii="Bookman Old Style" w:hAnsi="Bookman Old Style" w:eastAsia="Bookman Old Style"/>
          <w:b/>
          <w:color w:val="0033CC"/>
          <w:sz w:val="19"/>
        </w:rPr>
        <w:t>Exercise 18: Choose the correct arrangement of the sentences to make a meaningful paragraph.</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Finally, we shared what we learned. b. First, our teacher introduced the topic. c. Next, we worked in groups. d. The lesson was useful and enjoyable.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b-c-a-d</w:t>
      </w:r>
      <w:r>
        <w:tab/>
      </w:r>
      <w:r>
        <w:rPr>
          <w:rFonts w:ascii="Bookman Old Style" w:hAnsi="Bookman Old Style" w:eastAsia="Bookman Old Style"/>
          <w:color w:val="000000"/>
          <w:sz w:val="17"/>
        </w:rPr>
        <w:t>B. a-b-d-c</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b-a-c-d</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We arrived early. b. Then we joined the main activity. c. Last Saturday, our class attended an event. d. Everyone had a good time.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c-a-b-d</w:t>
      </w:r>
      <w:r>
        <w:tab/>
      </w:r>
      <w:r>
        <w:rPr>
          <w:rFonts w:ascii="Bookman Old Style" w:hAnsi="Bookman Old Style" w:eastAsia="Bookman Old Style"/>
          <w:color w:val="000000"/>
          <w:sz w:val="17"/>
        </w:rPr>
        <w:t>B. a-c-d-b</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d-c-a-b</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This small action produced a good result. b. We noticed a problem at school. c. Therefore, we made a simple plan. d. After one week, the situation improved.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b-c-d-a</w:t>
      </w:r>
      <w:r>
        <w:tab/>
      </w:r>
      <w:r>
        <w:rPr>
          <w:rFonts w:ascii="Bookman Old Style" w:hAnsi="Bookman Old Style" w:eastAsia="Bookman Old Style"/>
          <w:color w:val="000000"/>
          <w:sz w:val="17"/>
        </w:rPr>
        <w:t>B. a-b-c-d</w:t>
      </w:r>
      <w:r>
        <w:tab/>
      </w:r>
      <w:r>
        <w:rPr>
          <w:rFonts w:ascii="Bookman Old Style" w:hAnsi="Bookman Old Style" w:eastAsia="Bookman Old Style"/>
          <w:color w:val="000000"/>
          <w:sz w:val="17"/>
        </w:rPr>
        <w:t>C. b-d-c-a</w:t>
      </w:r>
      <w:r>
        <w:tab/>
      </w:r>
      <w:r>
        <w:rPr>
          <w:rFonts w:ascii="Bookman Old Style" w:hAnsi="Bookman Old Style" w:eastAsia="Bookman Old Style"/>
          <w:color w:val="000000"/>
          <w:sz w:val="17"/>
        </w:rPr>
        <w:t>D. c-b-a-d</w:t>
      </w:r>
    </w:p>
    <w:p>
      <w:pPr>
        <w:keepNext/>
        <w:spacing w:before="60" w:after="20" w:line="240" w:lineRule="auto"/>
      </w:pPr>
      <w:r>
        <w:rPr>
          <w:rFonts w:ascii="Bookman Old Style" w:hAnsi="Bookman Old Style" w:eastAsia="Bookman Old Style"/>
          <w:b/>
          <w:color w:val="0033CC"/>
          <w:sz w:val="19"/>
        </w:rPr>
        <w:t>Exercise 19: Rewrite the sentences without changing the meaning. Use the target grammar.</w:t>
      </w:r>
    </w:p>
    <w:p>
      <w:pPr>
        <w:keepNext w:val="0"/>
        <w:spacing w:before="0" w:after="20" w:line="240" w:lineRule="auto"/>
      </w:pPr>
      <w:r>
        <w:rPr>
          <w:rFonts w:ascii="Bookman Old Style" w:hAnsi="Bookman Old Style" w:eastAsia="Bookman Old Style"/>
          <w:color w:val="000000"/>
          <w:sz w:val="19"/>
        </w:rPr>
        <w:t>1. The plot was weak, but the film was entertaining.</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2. The film was low-budget. It looked beautiful.</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3. Though the ending was sad, I liked it.</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4. The comedy made us laugh a lot.</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5. The monster made the children afraid.</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6. I suggest this film to teenagers.</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spacing w:before="60" w:after="20" w:line="240" w:lineRule="auto"/>
      </w:pPr>
      <w:r>
        <w:rPr>
          <w:rFonts w:ascii="Bookman Old Style" w:hAnsi="Bookman Old Style" w:eastAsia="Bookman Old Style"/>
          <w:b/>
          <w:color w:val="0033CC"/>
          <w:sz w:val="19"/>
        </w:rPr>
        <w:t>Exercise 20: Choose (A, B, C, or D) to indicate the correct arrangement of the sentences to make a meaningful paragraph/letter.</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Finally, we shared what we learned. b. First, our teacher introduced the topic. c. Next, we worked in groups. d. The lesson was useful and enjoyable.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b-c-a-d</w:t>
      </w:r>
      <w:r>
        <w:tab/>
      </w:r>
      <w:r>
        <w:rPr>
          <w:rFonts w:ascii="Bookman Old Style" w:hAnsi="Bookman Old Style" w:eastAsia="Bookman Old Style"/>
          <w:color w:val="000000"/>
          <w:sz w:val="17"/>
        </w:rPr>
        <w:t>B. a-b-d-c</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b-a-c-d</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We arrived early. b. Then we joined the main activity. c. Last Saturday, our class attended an event. d. Everyone had a good time.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c-a-b-d</w:t>
      </w:r>
      <w:r>
        <w:tab/>
      </w:r>
      <w:r>
        <w:rPr>
          <w:rFonts w:ascii="Bookman Old Style" w:hAnsi="Bookman Old Style" w:eastAsia="Bookman Old Style"/>
          <w:color w:val="000000"/>
          <w:sz w:val="17"/>
        </w:rPr>
        <w:t>B. a-c-d-b</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d-c-a-b</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This small action produced a good result. b. We noticed a problem at school. c. Therefore, we made a simple plan. d. After one week, the situation improved.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b-c-d-a</w:t>
      </w:r>
      <w:r>
        <w:tab/>
      </w:r>
      <w:r>
        <w:rPr>
          <w:rFonts w:ascii="Bookman Old Style" w:hAnsi="Bookman Old Style" w:eastAsia="Bookman Old Style"/>
          <w:color w:val="000000"/>
          <w:sz w:val="17"/>
        </w:rPr>
        <w:t>B. a-b-c-d</w:t>
      </w:r>
      <w:r>
        <w:tab/>
      </w:r>
      <w:r>
        <w:rPr>
          <w:rFonts w:ascii="Bookman Old Style" w:hAnsi="Bookman Old Style" w:eastAsia="Bookman Old Style"/>
          <w:color w:val="000000"/>
          <w:sz w:val="17"/>
        </w:rPr>
        <w:t>C. b-d-c-a</w:t>
      </w:r>
      <w:r>
        <w:tab/>
      </w:r>
      <w:r>
        <w:rPr>
          <w:rFonts w:ascii="Bookman Old Style" w:hAnsi="Bookman Old Style" w:eastAsia="Bookman Old Style"/>
          <w:color w:val="000000"/>
          <w:sz w:val="17"/>
        </w:rPr>
        <w:t>D. c-b-a-d</w:t>
      </w:r>
    </w:p>
    <w:p>
      <w:pPr>
        <w:keepNext/>
        <w:spacing w:before="60" w:after="20" w:line="240" w:lineRule="auto"/>
      </w:pPr>
      <w:r>
        <w:rPr>
          <w:rFonts w:ascii="Bookman Old Style" w:hAnsi="Bookman Old Style" w:eastAsia="Bookman Old Style"/>
          <w:b/>
          <w:color w:val="0033CC"/>
          <w:sz w:val="19"/>
        </w:rPr>
        <w:t>Exercise 21: Choose (A, B, C, or D) to indicate the correct answer to each of the following questions.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film that makes people laugh is a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comedy</w:t>
      </w:r>
      <w:r>
        <w:tab/>
      </w:r>
      <w:r>
        <w:rPr>
          <w:rFonts w:ascii="Bookman Old Style" w:hAnsi="Bookman Old Style" w:eastAsia="Bookman Old Style"/>
          <w:color w:val="000000"/>
          <w:sz w:val="18"/>
        </w:rPr>
        <w:t>B. documentary</w:t>
      </w:r>
      <w:r>
        <w:tab/>
      </w:r>
      <w:r>
        <w:rPr>
          <w:rFonts w:ascii="Bookman Old Style" w:hAnsi="Bookman Old Style" w:eastAsia="Bookman Old Style"/>
          <w:color w:val="000000"/>
          <w:sz w:val="18"/>
        </w:rPr>
        <w:t>C. horror film</w:t>
      </w:r>
      <w:r>
        <w:tab/>
      </w:r>
      <w:r>
        <w:rPr>
          <w:rFonts w:ascii="Bookman Old Style" w:hAnsi="Bookman Old Style" w:eastAsia="Bookman Old Style"/>
          <w:color w:val="000000"/>
          <w:sz w:val="18"/>
        </w:rPr>
        <w:t>D. fantasy</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The person who controls how a film is made is the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audience</w:t>
      </w:r>
      <w:r>
        <w:tab/>
      </w:r>
      <w:r>
        <w:rPr>
          <w:rFonts w:ascii="Bookman Old Style" w:hAnsi="Bookman Old Style" w:eastAsia="Bookman Old Style"/>
          <w:color w:val="000000"/>
          <w:sz w:val="18"/>
        </w:rPr>
        <w:t>B. director</w:t>
      </w:r>
      <w:r>
        <w:tab/>
      </w:r>
      <w:r>
        <w:rPr>
          <w:rFonts w:ascii="Bookman Old Style" w:hAnsi="Bookman Old Style" w:eastAsia="Bookman Old Style"/>
          <w:color w:val="000000"/>
          <w:sz w:val="18"/>
        </w:rPr>
        <w:t>C. character</w:t>
      </w:r>
      <w:r>
        <w:tab/>
      </w:r>
      <w:r>
        <w:rPr>
          <w:rFonts w:ascii="Bookman Old Style" w:hAnsi="Bookman Old Style" w:eastAsia="Bookman Old Style"/>
          <w:color w:val="000000"/>
          <w:sz w:val="18"/>
        </w:rPr>
        <w:t>D. reviewer</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The story of a film is called its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scene</w:t>
      </w:r>
      <w:r>
        <w:tab/>
      </w:r>
      <w:r>
        <w:rPr>
          <w:rFonts w:ascii="Bookman Old Style" w:hAnsi="Bookman Old Style" w:eastAsia="Bookman Old Style"/>
          <w:color w:val="000000"/>
          <w:sz w:val="18"/>
        </w:rPr>
        <w:t>B. acting</w:t>
      </w:r>
      <w:r>
        <w:tab/>
      </w:r>
      <w:r>
        <w:rPr>
          <w:rFonts w:ascii="Bookman Old Style" w:hAnsi="Bookman Old Style" w:eastAsia="Bookman Old Style"/>
          <w:color w:val="000000"/>
          <w:sz w:val="18"/>
        </w:rPr>
        <w:t>C. plot</w:t>
      </w:r>
      <w:r>
        <w:tab/>
      </w:r>
      <w:r>
        <w:rPr>
          <w:rFonts w:ascii="Bookman Old Style" w:hAnsi="Bookman Old Style" w:eastAsia="Bookman Old Style"/>
          <w:color w:val="000000"/>
          <w:sz w:val="18"/>
        </w:rPr>
        <w:t>D. star</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The film was so ______ that everyone laughed loudly.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hilarious</w:t>
      </w:r>
      <w:r>
        <w:tab/>
      </w:r>
      <w:r>
        <w:rPr>
          <w:rFonts w:ascii="Bookman Old Style" w:hAnsi="Bookman Old Style" w:eastAsia="Bookman Old Style"/>
          <w:color w:val="000000"/>
          <w:sz w:val="18"/>
        </w:rPr>
        <w:t>B. violent</w:t>
      </w:r>
      <w:r>
        <w:tab/>
      </w:r>
      <w:r>
        <w:rPr>
          <w:rFonts w:ascii="Bookman Old Style" w:hAnsi="Bookman Old Style" w:eastAsia="Bookman Old Style"/>
          <w:color w:val="000000"/>
          <w:sz w:val="18"/>
        </w:rPr>
        <w:t>C. dull</w:t>
      </w:r>
      <w:r>
        <w:tab/>
      </w:r>
      <w:r>
        <w:rPr>
          <w:rFonts w:ascii="Bookman Old Style" w:hAnsi="Bookman Old Style" w:eastAsia="Bookman Old Style"/>
          <w:color w:val="000000"/>
          <w:sz w:val="18"/>
        </w:rPr>
        <w:t>D. frightened</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A ______ gives facts about real people or events.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fantasy</w:t>
      </w:r>
      <w:r>
        <w:tab/>
      </w:r>
      <w:r>
        <w:rPr>
          <w:rFonts w:ascii="Bookman Old Style" w:hAnsi="Bookman Old Style" w:eastAsia="Bookman Old Style"/>
          <w:color w:val="000000"/>
          <w:sz w:val="18"/>
        </w:rPr>
        <w:t>B. documentary</w:t>
      </w:r>
      <w:r>
        <w:tab/>
      </w:r>
      <w:r>
        <w:rPr>
          <w:rFonts w:ascii="Bookman Old Style" w:hAnsi="Bookman Old Style" w:eastAsia="Bookman Old Style"/>
          <w:color w:val="000000"/>
          <w:sz w:val="18"/>
        </w:rPr>
        <w:t>C. comedy</w:t>
      </w:r>
      <w:r>
        <w:tab/>
      </w:r>
      <w:r>
        <w:rPr>
          <w:rFonts w:ascii="Bookman Old Style" w:hAnsi="Bookman Old Style" w:eastAsia="Bookman Old Style"/>
          <w:color w:val="000000"/>
          <w:sz w:val="18"/>
        </w:rPr>
        <w:t>D. horror film</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The special effects were ______; I could not take my eyes off the screen.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boring</w:t>
      </w:r>
      <w:r>
        <w:tab/>
      </w:r>
      <w:r>
        <w:rPr>
          <w:rFonts w:ascii="Bookman Old Style" w:hAnsi="Bookman Old Style" w:eastAsia="Bookman Old Style"/>
          <w:color w:val="000000"/>
          <w:sz w:val="18"/>
        </w:rPr>
        <w:t>B. fascinating</w:t>
      </w:r>
      <w:r>
        <w:tab/>
      </w:r>
      <w:r>
        <w:rPr>
          <w:rFonts w:ascii="Bookman Old Style" w:hAnsi="Bookman Old Style" w:eastAsia="Bookman Old Style"/>
          <w:color w:val="000000"/>
          <w:sz w:val="18"/>
        </w:rPr>
        <w:t>C. disappointed</w:t>
      </w:r>
      <w:r>
        <w:tab/>
      </w:r>
      <w:r>
        <w:rPr>
          <w:rFonts w:ascii="Bookman Old Style" w:hAnsi="Bookman Old Style" w:eastAsia="Bookman Old Style"/>
          <w:color w:val="000000"/>
          <w:sz w:val="18"/>
        </w:rPr>
        <w:t>D. dull</w:t>
      </w:r>
    </w:p>
    <w:p>
      <w:pPr>
        <w:keepNext/>
        <w:spacing w:before="0" w:after="0" w:line="240" w:lineRule="auto"/>
      </w:pPr>
      <w:r>
        <w:rPr>
          <w:rFonts w:ascii="Bookman Old Style" w:hAnsi="Bookman Old Style" w:eastAsia="Bookman Old Style"/>
          <w:color w:val="000000"/>
          <w:sz w:val="18"/>
        </w:rPr>
        <w:t xml:space="preserve">7. </w:t>
      </w:r>
      <w:r>
        <w:rPr>
          <w:rFonts w:ascii="Bookman Old Style" w:hAnsi="Bookman Old Style" w:eastAsia="Bookman Old Style"/>
          <w:color w:val="000000"/>
          <w:sz w:val="18"/>
        </w:rPr>
        <w:t>______ the film received poor reviews, it earned a lot of money.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However</w:t>
      </w:r>
      <w:r>
        <w:tab/>
      </w:r>
      <w:r>
        <w:rPr>
          <w:rFonts w:ascii="Bookman Old Style" w:hAnsi="Bookman Old Style" w:eastAsia="Bookman Old Style"/>
          <w:color w:val="000000"/>
          <w:sz w:val="18"/>
        </w:rPr>
        <w:t>B. Although</w:t>
      </w:r>
      <w:r>
        <w:tab/>
      </w:r>
      <w:r>
        <w:rPr>
          <w:rFonts w:ascii="Bookman Old Style" w:hAnsi="Bookman Old Style" w:eastAsia="Bookman Old Style"/>
          <w:color w:val="000000"/>
          <w:sz w:val="18"/>
        </w:rPr>
        <w:t>C. Because</w:t>
      </w:r>
      <w:r>
        <w:tab/>
      </w:r>
      <w:r>
        <w:rPr>
          <w:rFonts w:ascii="Bookman Old Style" w:hAnsi="Bookman Old Style" w:eastAsia="Bookman Old Style"/>
          <w:color w:val="000000"/>
          <w:sz w:val="18"/>
        </w:rPr>
        <w:t>D. So</w:t>
      </w:r>
    </w:p>
    <w:p>
      <w:pPr>
        <w:keepNext/>
        <w:spacing w:before="0" w:after="0" w:line="240" w:lineRule="auto"/>
      </w:pPr>
      <w:r>
        <w:rPr>
          <w:rFonts w:ascii="Bookman Old Style" w:hAnsi="Bookman Old Style" w:eastAsia="Bookman Old Style"/>
          <w:color w:val="000000"/>
          <w:sz w:val="18"/>
        </w:rPr>
        <w:t xml:space="preserve">8. </w:t>
      </w:r>
      <w:r>
        <w:rPr>
          <w:rFonts w:ascii="Bookman Old Style" w:hAnsi="Bookman Old Style" w:eastAsia="Bookman Old Style"/>
          <w:color w:val="000000"/>
          <w:sz w:val="18"/>
        </w:rPr>
        <w:t>The acting was excellent. ______, the plot was weak.</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Although</w:t>
      </w:r>
      <w:r>
        <w:tab/>
      </w:r>
      <w:r>
        <w:rPr>
          <w:rFonts w:ascii="Bookman Old Style" w:hAnsi="Bookman Old Style" w:eastAsia="Bookman Old Style"/>
          <w:color w:val="000000"/>
          <w:sz w:val="18"/>
        </w:rPr>
        <w:t>B. Because</w:t>
      </w:r>
      <w:r>
        <w:tab/>
      </w:r>
      <w:r>
        <w:rPr>
          <w:rFonts w:ascii="Bookman Old Style" w:hAnsi="Bookman Old Style" w:eastAsia="Bookman Old Style"/>
          <w:color w:val="000000"/>
          <w:sz w:val="18"/>
        </w:rPr>
        <w:t>C. However</w:t>
      </w:r>
      <w:r>
        <w:tab/>
      </w:r>
      <w:r>
        <w:rPr>
          <w:rFonts w:ascii="Bookman Old Style" w:hAnsi="Bookman Old Style" w:eastAsia="Bookman Old Style"/>
          <w:color w:val="000000"/>
          <w:sz w:val="18"/>
        </w:rPr>
        <w:t>D. Therefore</w:t>
      </w:r>
    </w:p>
    <w:p>
      <w:pPr>
        <w:keepNext/>
        <w:spacing w:before="0" w:after="0" w:line="240" w:lineRule="auto"/>
      </w:pPr>
      <w:r>
        <w:rPr>
          <w:rFonts w:ascii="Bookman Old Style" w:hAnsi="Bookman Old Style" w:eastAsia="Bookman Old Style"/>
          <w:color w:val="000000"/>
          <w:sz w:val="18"/>
        </w:rPr>
        <w:t xml:space="preserve">9. </w:t>
      </w:r>
      <w:r>
        <w:rPr>
          <w:rFonts w:ascii="Bookman Old Style" w:hAnsi="Bookman Old Style" w:eastAsia="Bookman Old Style"/>
          <w:color w:val="000000"/>
          <w:sz w:val="18"/>
        </w:rPr>
        <w:t xml:space="preserve">The plot is </w:t>
      </w:r>
      <w:r>
        <w:rPr>
          <w:rFonts w:ascii="Bookman Old Style" w:hAnsi="Bookman Old Style" w:eastAsia="Bookman Old Style"/>
          <w:b/>
          <w:color w:val="000000"/>
          <w:sz w:val="18"/>
          <w:u w:val="single"/>
        </w:rPr>
        <w:t>gripping</w:t>
      </w:r>
      <w:r>
        <w:rPr>
          <w:rFonts w:ascii="Bookman Old Style" w:hAnsi="Bookman Old Style" w:eastAsia="Bookman Old Style"/>
          <w:color w:val="000000"/>
          <w:sz w:val="18"/>
        </w:rPr>
        <w:t xml:space="preserve"> from beginning to end.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boring</w:t>
      </w:r>
      <w:r>
        <w:tab/>
      </w:r>
      <w:r>
        <w:rPr>
          <w:rFonts w:ascii="Bookman Old Style" w:hAnsi="Bookman Old Style" w:eastAsia="Bookman Old Style"/>
          <w:color w:val="000000"/>
          <w:sz w:val="18"/>
        </w:rPr>
        <w:t>B. exciting</w:t>
      </w:r>
      <w:r>
        <w:tab/>
      </w:r>
      <w:r>
        <w:rPr>
          <w:rFonts w:ascii="Bookman Old Style" w:hAnsi="Bookman Old Style" w:eastAsia="Bookman Old Style"/>
          <w:color w:val="000000"/>
          <w:sz w:val="18"/>
        </w:rPr>
        <w:t>C. violent</w:t>
      </w:r>
      <w:r>
        <w:tab/>
      </w:r>
      <w:r>
        <w:rPr>
          <w:rFonts w:ascii="Bookman Old Style" w:hAnsi="Bookman Old Style" w:eastAsia="Bookman Old Style"/>
          <w:color w:val="000000"/>
          <w:sz w:val="18"/>
        </w:rPr>
        <w:t>D. simple</w:t>
      </w:r>
    </w:p>
    <w:p>
      <w:pPr>
        <w:keepNext/>
        <w:spacing w:before="0" w:after="0" w:line="240" w:lineRule="auto"/>
      </w:pPr>
      <w:r>
        <w:rPr>
          <w:rFonts w:ascii="Bookman Old Style" w:hAnsi="Bookman Old Style" w:eastAsia="Bookman Old Style"/>
          <w:color w:val="000000"/>
          <w:sz w:val="18"/>
        </w:rPr>
        <w:t xml:space="preserve">10. </w:t>
      </w:r>
      <w:r>
        <w:rPr>
          <w:rFonts w:ascii="Bookman Old Style" w:hAnsi="Bookman Old Style" w:eastAsia="Bookman Old Style"/>
          <w:color w:val="000000"/>
          <w:sz w:val="18"/>
        </w:rPr>
        <w:t xml:space="preserve">The final scene is very </w:t>
      </w:r>
      <w:r>
        <w:rPr>
          <w:rFonts w:ascii="Bookman Old Style" w:hAnsi="Bookman Old Style" w:eastAsia="Bookman Old Style"/>
          <w:b/>
          <w:color w:val="000000"/>
          <w:sz w:val="18"/>
          <w:u w:val="single"/>
        </w:rPr>
        <w:t>moving</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emotional</w:t>
      </w:r>
      <w:r>
        <w:tab/>
      </w:r>
      <w:r>
        <w:rPr>
          <w:rFonts w:ascii="Bookman Old Style" w:hAnsi="Bookman Old Style" w:eastAsia="Bookman Old Style"/>
          <w:color w:val="000000"/>
          <w:sz w:val="18"/>
        </w:rPr>
        <w:t>B. funny</w:t>
      </w:r>
      <w:r>
        <w:tab/>
      </w:r>
      <w:r>
        <w:rPr>
          <w:rFonts w:ascii="Bookman Old Style" w:hAnsi="Bookman Old Style" w:eastAsia="Bookman Old Style"/>
          <w:color w:val="000000"/>
          <w:sz w:val="18"/>
        </w:rPr>
        <w:t>C. confusing</w:t>
      </w:r>
      <w:r>
        <w:tab/>
      </w:r>
      <w:r>
        <w:rPr>
          <w:rFonts w:ascii="Bookman Old Style" w:hAnsi="Bookman Old Style" w:eastAsia="Bookman Old Style"/>
          <w:color w:val="000000"/>
          <w:sz w:val="18"/>
        </w:rPr>
        <w:t>D. dull</w:t>
      </w:r>
    </w:p>
    <w:p>
      <w:pPr>
        <w:keepNext/>
        <w:spacing w:before="0" w:after="0" w:line="240" w:lineRule="auto"/>
      </w:pPr>
      <w:r>
        <w:rPr>
          <w:rFonts w:ascii="Bookman Old Style" w:hAnsi="Bookman Old Style" w:eastAsia="Bookman Old Style"/>
          <w:color w:val="000000"/>
          <w:sz w:val="18"/>
        </w:rPr>
        <w:t xml:space="preserve">11. </w:t>
      </w:r>
      <w:r>
        <w:rPr>
          <w:rFonts w:ascii="Bookman Old Style" w:hAnsi="Bookman Old Style" w:eastAsia="Bookman Old Style"/>
          <w:color w:val="000000"/>
          <w:sz w:val="18"/>
        </w:rPr>
        <w:t xml:space="preserve">The film was </w:t>
      </w:r>
      <w:r>
        <w:rPr>
          <w:rFonts w:ascii="Bookman Old Style" w:hAnsi="Bookman Old Style" w:eastAsia="Bookman Old Style"/>
          <w:b/>
          <w:color w:val="000000"/>
          <w:sz w:val="18"/>
          <w:u w:val="single"/>
        </w:rPr>
        <w:t>entertaining</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amusing</w:t>
      </w:r>
      <w:r>
        <w:tab/>
      </w:r>
      <w:r>
        <w:rPr>
          <w:rFonts w:ascii="Bookman Old Style" w:hAnsi="Bookman Old Style" w:eastAsia="Bookman Old Style"/>
          <w:color w:val="000000"/>
          <w:sz w:val="18"/>
        </w:rPr>
        <w:t>B. boring</w:t>
      </w:r>
      <w:r>
        <w:tab/>
      </w:r>
      <w:r>
        <w:rPr>
          <w:rFonts w:ascii="Bookman Old Style" w:hAnsi="Bookman Old Style" w:eastAsia="Bookman Old Style"/>
          <w:color w:val="000000"/>
          <w:sz w:val="18"/>
        </w:rPr>
        <w:t>C. moving</w:t>
      </w:r>
      <w:r>
        <w:tab/>
      </w:r>
      <w:r>
        <w:rPr>
          <w:rFonts w:ascii="Bookman Old Style" w:hAnsi="Bookman Old Style" w:eastAsia="Bookman Old Style"/>
          <w:color w:val="000000"/>
          <w:sz w:val="18"/>
        </w:rPr>
        <w:t>D. gripping</w:t>
      </w:r>
    </w:p>
    <w:p>
      <w:pPr>
        <w:keepNext/>
        <w:spacing w:before="0" w:after="0" w:line="240" w:lineRule="auto"/>
      </w:pPr>
      <w:r>
        <w:rPr>
          <w:rFonts w:ascii="Bookman Old Style" w:hAnsi="Bookman Old Style" w:eastAsia="Bookman Old Style"/>
          <w:color w:val="000000"/>
          <w:sz w:val="18"/>
        </w:rPr>
        <w:t xml:space="preserve">12. </w:t>
      </w:r>
      <w:r>
        <w:rPr>
          <w:rFonts w:ascii="Bookman Old Style" w:hAnsi="Bookman Old Style" w:eastAsia="Bookman Old Style"/>
          <w:color w:val="000000"/>
          <w:sz w:val="18"/>
        </w:rPr>
        <w:t xml:space="preserve">The plot was </w:t>
      </w:r>
      <w:r>
        <w:rPr>
          <w:rFonts w:ascii="Bookman Old Style" w:hAnsi="Bookman Old Style" w:eastAsia="Bookman Old Style"/>
          <w:b/>
          <w:color w:val="000000"/>
          <w:sz w:val="18"/>
          <w:u w:val="single"/>
        </w:rPr>
        <w:t>simple</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clear</w:t>
      </w:r>
      <w:r>
        <w:tab/>
      </w:r>
      <w:r>
        <w:rPr>
          <w:rFonts w:ascii="Bookman Old Style" w:hAnsi="Bookman Old Style" w:eastAsia="Bookman Old Style"/>
          <w:color w:val="000000"/>
          <w:sz w:val="18"/>
        </w:rPr>
        <w:t>B. complex</w:t>
      </w:r>
      <w:r>
        <w:tab/>
      </w:r>
      <w:r>
        <w:rPr>
          <w:rFonts w:ascii="Bookman Old Style" w:hAnsi="Bookman Old Style" w:eastAsia="Bookman Old Style"/>
          <w:color w:val="000000"/>
          <w:sz w:val="18"/>
        </w:rPr>
        <w:t>C. short</w:t>
      </w:r>
      <w:r>
        <w:tab/>
      </w:r>
      <w:r>
        <w:rPr>
          <w:rFonts w:ascii="Bookman Old Style" w:hAnsi="Bookman Old Style" w:eastAsia="Bookman Old Style"/>
          <w:color w:val="000000"/>
          <w:sz w:val="18"/>
        </w:rPr>
        <w:t>D. familiar</w:t>
      </w:r>
    </w:p>
    <w:p>
      <w:r>
        <w:br w:type="page"/>
      </w:r>
    </w:p>
    <w:p>
      <w:pPr>
        <w:keepNext/>
        <w:spacing w:before="60" w:after="20" w:line="240" w:lineRule="auto"/>
      </w:pPr>
      <w:r>
        <w:rPr>
          <w:rFonts w:ascii="Bookman Old Style" w:hAnsi="Bookman Old Style" w:eastAsia="Bookman Old Style"/>
          <w:b/>
          <w:color w:val="0033CC"/>
          <w:sz w:val="19"/>
        </w:rPr>
        <w:t>Exercise 22: Listen to the short talk twice and circle the correct answer to each of the following questions.</w:t>
      </w:r>
    </w:p>
    <w:p>
      <w:pPr>
        <w:keepNext/>
        <w:spacing w:before="0" w:after="0" w:line="240" w:lineRule="auto"/>
      </w:pPr>
      <w:r>
        <w:rPr>
          <w:rFonts w:ascii="Bookman Old Style" w:hAnsi="Bookman Old Style" w:eastAsia="Bookman Old Style"/>
          <w:color w:val="000000"/>
          <w:sz w:val="19"/>
        </w:rPr>
        <w:t xml:space="preserve">1. </w:t>
      </w:r>
      <w:r>
        <w:rPr>
          <w:rFonts w:ascii="Bookman Old Style" w:hAnsi="Bookman Old Style" w:eastAsia="Bookman Old Style"/>
          <w:color w:val="000000"/>
          <w:sz w:val="19"/>
        </w:rPr>
        <w:t>When is the film shown?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Friday</w:t>
      </w:r>
      <w:r>
        <w:tab/>
      </w:r>
      <w:r>
        <w:rPr>
          <w:rFonts w:ascii="Bookman Old Style" w:hAnsi="Bookman Old Style" w:eastAsia="Bookman Old Style"/>
          <w:color w:val="000000"/>
          <w:sz w:val="18"/>
        </w:rPr>
        <w:t>B. Saturday</w:t>
      </w:r>
      <w:r>
        <w:tab/>
      </w:r>
      <w:r>
        <w:rPr>
          <w:rFonts w:ascii="Bookman Old Style" w:hAnsi="Bookman Old Style" w:eastAsia="Bookman Old Style"/>
          <w:color w:val="000000"/>
          <w:sz w:val="18"/>
        </w:rPr>
        <w:t>C. Sunday</w:t>
      </w:r>
      <w:r>
        <w:tab/>
      </w:r>
      <w:r>
        <w:rPr>
          <w:rFonts w:ascii="Bookman Old Style" w:hAnsi="Bookman Old Style" w:eastAsia="Bookman Old Style"/>
          <w:color w:val="000000"/>
          <w:sz w:val="18"/>
        </w:rPr>
        <w:t>D. Monday</w:t>
      </w:r>
    </w:p>
    <w:p>
      <w:pPr>
        <w:keepNext/>
        <w:spacing w:before="0" w:after="0" w:line="240" w:lineRule="auto"/>
      </w:pPr>
      <w:r>
        <w:rPr>
          <w:rFonts w:ascii="Bookman Old Style" w:hAnsi="Bookman Old Style" w:eastAsia="Bookman Old Style"/>
          <w:color w:val="000000"/>
          <w:sz w:val="19"/>
        </w:rPr>
        <w:t xml:space="preserve">2. </w:t>
      </w:r>
      <w:r>
        <w:rPr>
          <w:rFonts w:ascii="Bookman Old Style" w:hAnsi="Bookman Old Style" w:eastAsia="Bookman Old Style"/>
          <w:color w:val="000000"/>
          <w:sz w:val="19"/>
        </w:rPr>
        <w:t>Where is it shown?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At a cinema</w:t>
      </w:r>
      <w:r>
        <w:tab/>
      </w:r>
      <w:r>
        <w:rPr>
          <w:rFonts w:ascii="Bookman Old Style" w:hAnsi="Bookman Old Style" w:eastAsia="Bookman Old Style"/>
          <w:color w:val="000000"/>
          <w:sz w:val="18"/>
        </w:rPr>
        <w:t>B. In the school hall</w:t>
      </w:r>
      <w:r>
        <w:tab/>
      </w:r>
      <w:r>
        <w:rPr>
          <w:rFonts w:ascii="Bookman Old Style" w:hAnsi="Bookman Old Style" w:eastAsia="Bookman Old Style"/>
          <w:color w:val="000000"/>
          <w:sz w:val="18"/>
        </w:rPr>
        <w:t>C. In a park</w:t>
      </w:r>
      <w:r>
        <w:tab/>
      </w:r>
      <w:r>
        <w:rPr>
          <w:rFonts w:ascii="Bookman Old Style" w:hAnsi="Bookman Old Style" w:eastAsia="Bookman Old Style"/>
          <w:color w:val="000000"/>
          <w:sz w:val="18"/>
        </w:rPr>
        <w:t>D. In a library</w:t>
      </w:r>
    </w:p>
    <w:p>
      <w:pPr>
        <w:keepNext/>
        <w:spacing w:before="0" w:after="0" w:line="240" w:lineRule="auto"/>
      </w:pPr>
      <w:r>
        <w:rPr>
          <w:rFonts w:ascii="Bookman Old Style" w:hAnsi="Bookman Old Style" w:eastAsia="Bookman Old Style"/>
          <w:color w:val="000000"/>
          <w:sz w:val="19"/>
        </w:rPr>
        <w:t xml:space="preserve">3. </w:t>
      </w:r>
      <w:r>
        <w:rPr>
          <w:rFonts w:ascii="Bookman Old Style" w:hAnsi="Bookman Old Style" w:eastAsia="Bookman Old Style"/>
          <w:color w:val="000000"/>
          <w:sz w:val="19"/>
        </w:rPr>
        <w:t>What type of film is it?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Comedy</w:t>
      </w:r>
      <w:r>
        <w:tab/>
      </w:r>
      <w:r>
        <w:rPr>
          <w:rFonts w:ascii="Bookman Old Style" w:hAnsi="Bookman Old Style" w:eastAsia="Bookman Old Style"/>
          <w:color w:val="000000"/>
          <w:sz w:val="18"/>
        </w:rPr>
        <w:t>B. Science fiction</w:t>
      </w:r>
      <w:r>
        <w:tab/>
      </w:r>
      <w:r>
        <w:rPr>
          <w:rFonts w:ascii="Bookman Old Style" w:hAnsi="Bookman Old Style" w:eastAsia="Bookman Old Style"/>
          <w:color w:val="000000"/>
          <w:sz w:val="18"/>
        </w:rPr>
        <w:t>C. Horror</w:t>
      </w:r>
      <w:r>
        <w:tab/>
      </w:r>
      <w:r>
        <w:rPr>
          <w:rFonts w:ascii="Bookman Old Style" w:hAnsi="Bookman Old Style" w:eastAsia="Bookman Old Style"/>
          <w:color w:val="000000"/>
          <w:sz w:val="18"/>
        </w:rPr>
        <w:t>D. Documentary</w:t>
      </w:r>
    </w:p>
    <w:p>
      <w:pPr>
        <w:keepNext/>
        <w:spacing w:before="0" w:after="0" w:line="240" w:lineRule="auto"/>
      </w:pPr>
      <w:r>
        <w:rPr>
          <w:rFonts w:ascii="Bookman Old Style" w:hAnsi="Bookman Old Style" w:eastAsia="Bookman Old Style"/>
          <w:color w:val="000000"/>
          <w:sz w:val="19"/>
        </w:rPr>
        <w:t xml:space="preserve">4. </w:t>
      </w:r>
      <w:r>
        <w:rPr>
          <w:rFonts w:ascii="Bookman Old Style" w:hAnsi="Bookman Old Style" w:eastAsia="Bookman Old Style"/>
          <w:color w:val="000000"/>
          <w:sz w:val="19"/>
        </w:rPr>
        <w:t>What does the ticket include?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Popcorn</w:t>
      </w:r>
      <w:r>
        <w:tab/>
      </w:r>
      <w:r>
        <w:rPr>
          <w:rFonts w:ascii="Bookman Old Style" w:hAnsi="Bookman Old Style" w:eastAsia="Bookman Old Style"/>
          <w:color w:val="000000"/>
          <w:sz w:val="18"/>
        </w:rPr>
        <w:t>B. A poster</w:t>
      </w:r>
      <w:r>
        <w:tab/>
      </w:r>
      <w:r>
        <w:rPr>
          <w:rFonts w:ascii="Bookman Old Style" w:hAnsi="Bookman Old Style" w:eastAsia="Bookman Old Style"/>
          <w:color w:val="000000"/>
          <w:sz w:val="18"/>
        </w:rPr>
        <w:t>C. A drink</w:t>
      </w:r>
      <w:r>
        <w:tab/>
      </w:r>
      <w:r>
        <w:rPr>
          <w:rFonts w:ascii="Bookman Old Style" w:hAnsi="Bookman Old Style" w:eastAsia="Bookman Old Style"/>
          <w:color w:val="000000"/>
          <w:sz w:val="18"/>
        </w:rPr>
        <w:t>D. A book</w:t>
      </w:r>
    </w:p>
    <w:p>
      <w:pPr>
        <w:keepNext w:val="0"/>
        <w:spacing w:before="60" w:after="40" w:line="240" w:lineRule="auto"/>
      </w:pPr>
      <w:r>
        <w:rPr>
          <w:rFonts w:ascii="Bookman Old Style" w:hAnsi="Bookman Old Style" w:eastAsia="Bookman Old Style"/>
          <w:b/>
          <w:color w:val="0033CC"/>
          <w:sz w:val="18"/>
        </w:rPr>
        <w:t>Audio file: G7 - U8 - Ex22.mp3</w:t>
      </w:r>
    </w:p>
    <w:p>
      <w:r>
        <w:br w:type="page"/>
      </w:r>
    </w:p>
    <w:p>
      <w:pPr>
        <w:keepNext/>
        <w:spacing w:before="60" w:after="20" w:line="240" w:lineRule="auto"/>
      </w:pPr>
      <w:r>
        <w:rPr>
          <w:rFonts w:ascii="Bookman Old Style" w:hAnsi="Bookman Old Style" w:eastAsia="Bookman Old Style"/>
          <w:b/>
          <w:color w:val="0033CC"/>
          <w:sz w:val="19"/>
        </w:rPr>
        <w:t>Exercise 23: Listen to the conversation twice and decide whether the following sentences are True or False.</w:t>
      </w:r>
    </w:p>
    <w:tbl>
      <w:tblPr>
        <w:tblStyle w:val="TableGrid"/>
        <w:tblW w:type="dxa" w:w="10320"/>
        <w:jc w:val="center"/>
        <w:tblLayout w:type="fixed"/>
        <w:tblLook w:firstColumn="1" w:firstRow="1" w:lastColumn="0" w:lastRow="0" w:noHBand="0" w:noVBand="1" w:val="04A0"/>
      </w:tblPr>
      <w:tblGrid>
        <w:gridCol w:w="600"/>
        <w:gridCol w:w="8420"/>
        <w:gridCol w:w="650"/>
        <w:gridCol w:w="650"/>
      </w:tblGrid>
      <w:tr>
        <w:tc>
          <w:tcPr>
            <w:tcW w:type="dxa" w:w="60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No.</w:t>
            </w:r>
          </w:p>
        </w:tc>
        <w:tc>
          <w:tcPr>
            <w:tcW w:type="dxa" w:w="842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Statements</w:t>
            </w:r>
          </w:p>
        </w:tc>
        <w:tc>
          <w:tcPr>
            <w:tcW w:type="dxa" w:w="65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T</w:t>
            </w:r>
          </w:p>
        </w:tc>
        <w:tc>
          <w:tcPr>
            <w:tcW w:type="dxa" w:w="65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F</w:t>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1</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Tom enjoyed the film.</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2</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Tom thought the acting was poor.</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3</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Lan liked the scenery.</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4</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Lan does not want to recommend the film.</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bl>
    <w:p>
      <w:pPr>
        <w:keepNext w:val="0"/>
        <w:spacing w:before="60" w:after="40" w:line="240" w:lineRule="auto"/>
      </w:pPr>
      <w:r>
        <w:rPr>
          <w:rFonts w:ascii="Bookman Old Style" w:hAnsi="Bookman Old Style" w:eastAsia="Bookman Old Style"/>
          <w:b/>
          <w:color w:val="0033CC"/>
          <w:sz w:val="18"/>
        </w:rPr>
        <w:t>Audio file: G7 - U8 - Ex23.mp3</w:t>
      </w:r>
    </w:p>
    <w:p>
      <w:r>
        <w:br w:type="page"/>
      </w:r>
    </w:p>
    <w:p>
      <w:pPr>
        <w:keepNext/>
        <w:spacing w:before="40" w:after="100" w:line="240" w:lineRule="auto"/>
      </w:pPr>
      <w:r>
        <w:rPr>
          <w:rFonts w:ascii="Bookman Old Style" w:hAnsi="Bookman Old Style" w:eastAsia="Bookman Old Style"/>
          <w:b/>
          <w:color w:val="0033CC"/>
          <w:sz w:val="22"/>
        </w:rPr>
        <w:t>E. LISTENING SCRIPTS</w:t>
      </w:r>
    </w:p>
    <w:p>
      <w:pPr>
        <w:keepNext/>
        <w:spacing w:before="40" w:after="20" w:line="240" w:lineRule="auto"/>
      </w:pPr>
      <w:r>
        <w:rPr>
          <w:rFonts w:ascii="Bookman Old Style" w:hAnsi="Bookman Old Style" w:eastAsia="Bookman Old Style"/>
          <w:b/>
          <w:color w:val="0033CC"/>
          <w:sz w:val="20"/>
        </w:rPr>
        <w:t>Exercise 22 - Short talk</w:t>
      </w:r>
    </w:p>
    <w:p>
      <w:pPr>
        <w:keepNext w:val="0"/>
        <w:spacing w:before="0" w:after="80" w:line="240" w:lineRule="auto"/>
      </w:pPr>
      <w:r>
        <w:rPr>
          <w:rFonts w:ascii="Bookman Old Style" w:hAnsi="Bookman Old Style" w:eastAsia="Bookman Old Style"/>
          <w:b/>
          <w:color w:val="0033CC"/>
          <w:sz w:val="18"/>
        </w:rPr>
        <w:t>Audio file: G7 - U8 - Ex22.mp3</w:t>
      </w:r>
    </w:p>
    <w:p>
      <w:pPr>
        <w:keepNext w:val="0"/>
        <w:spacing w:before="0" w:after="140" w:line="259" w:lineRule="auto"/>
        <w:ind w:left="227" w:right="227"/>
      </w:pPr>
      <w:r>
        <w:rPr>
          <w:rFonts w:ascii="Bookman Old Style" w:hAnsi="Bookman Old Style" w:eastAsia="Bookman Old Style"/>
          <w:color w:val="000000"/>
          <w:sz w:val="18"/>
        </w:rPr>
        <w:t>Welcome to Teen Film Club. This Saturday we are showing Space Garden at two thirty in the school hall. It is a science-fiction film about three students who grow vegetables on Mars. The film lasts ninety minutes. Tickets cost twenty thousand dong and include a drink. Please buy your ticket before Friday afternoon.</w:t>
      </w:r>
    </w:p>
    <w:p>
      <w:pPr>
        <w:keepNext/>
        <w:spacing w:before="60" w:after="20" w:line="240" w:lineRule="auto"/>
      </w:pPr>
      <w:r>
        <w:rPr>
          <w:rFonts w:ascii="Bookman Old Style" w:hAnsi="Bookman Old Style" w:eastAsia="Bookman Old Style"/>
          <w:b/>
          <w:color w:val="0033CC"/>
          <w:sz w:val="20"/>
        </w:rPr>
        <w:t>Exercise 23 - Conversation</w:t>
      </w:r>
    </w:p>
    <w:p>
      <w:pPr>
        <w:keepNext w:val="0"/>
        <w:spacing w:before="0" w:after="80" w:line="240" w:lineRule="auto"/>
      </w:pPr>
      <w:r>
        <w:rPr>
          <w:rFonts w:ascii="Bookman Old Style" w:hAnsi="Bookman Old Style" w:eastAsia="Bookman Old Style"/>
          <w:b/>
          <w:color w:val="0033CC"/>
          <w:sz w:val="18"/>
        </w:rPr>
        <w:t>Audio file: G7 - U8 - Ex23.mp3</w:t>
      </w:r>
    </w:p>
    <w:p>
      <w:pPr>
        <w:keepNext w:val="0"/>
        <w:spacing w:before="0" w:after="40" w:line="252" w:lineRule="auto"/>
        <w:ind w:left="227"/>
      </w:pPr>
      <w:r>
        <w:rPr>
          <w:rFonts w:ascii="Bookman Old Style" w:hAnsi="Bookman Old Style" w:eastAsia="Bookman Old Style"/>
          <w:b/>
          <w:color w:val="0033CC"/>
          <w:sz w:val="18"/>
        </w:rPr>
        <w:t xml:space="preserve">Lan: </w:t>
      </w:r>
      <w:r>
        <w:rPr>
          <w:rFonts w:ascii="Bookman Old Style" w:hAnsi="Bookman Old Style" w:eastAsia="Bookman Old Style"/>
          <w:color w:val="000000"/>
          <w:sz w:val="18"/>
        </w:rPr>
        <w:t>Did you enjoy River Journey, Tom?</w:t>
      </w:r>
    </w:p>
    <w:p>
      <w:pPr>
        <w:keepNext w:val="0"/>
        <w:spacing w:before="0" w:after="40" w:line="252" w:lineRule="auto"/>
        <w:ind w:left="227"/>
      </w:pPr>
      <w:r>
        <w:rPr>
          <w:rFonts w:ascii="Bookman Old Style" w:hAnsi="Bookman Old Style" w:eastAsia="Bookman Old Style"/>
          <w:b/>
          <w:color w:val="0033CC"/>
          <w:sz w:val="18"/>
        </w:rPr>
        <w:t xml:space="preserve">Tom: </w:t>
      </w:r>
      <w:r>
        <w:rPr>
          <w:rFonts w:ascii="Bookman Old Style" w:hAnsi="Bookman Old Style" w:eastAsia="Bookman Old Style"/>
          <w:color w:val="000000"/>
          <w:sz w:val="18"/>
        </w:rPr>
        <w:t>Yes. Although the story was simple, the acting was excellent.</w:t>
      </w:r>
    </w:p>
    <w:p>
      <w:pPr>
        <w:keepNext w:val="0"/>
        <w:spacing w:before="0" w:after="40" w:line="252" w:lineRule="auto"/>
        <w:ind w:left="227"/>
      </w:pPr>
      <w:r>
        <w:rPr>
          <w:rFonts w:ascii="Bookman Old Style" w:hAnsi="Bookman Old Style" w:eastAsia="Bookman Old Style"/>
          <w:b/>
          <w:color w:val="0033CC"/>
          <w:sz w:val="18"/>
        </w:rPr>
        <w:t xml:space="preserve">Lan: </w:t>
      </w:r>
      <w:r>
        <w:rPr>
          <w:rFonts w:ascii="Bookman Old Style" w:hAnsi="Bookman Old Style" w:eastAsia="Bookman Old Style"/>
          <w:color w:val="000000"/>
          <w:sz w:val="18"/>
        </w:rPr>
        <w:t>I loved the scenery, but I found the music too loud.</w:t>
      </w:r>
    </w:p>
    <w:p>
      <w:pPr>
        <w:keepNext w:val="0"/>
        <w:spacing w:before="0" w:after="40" w:line="252" w:lineRule="auto"/>
        <w:ind w:left="227"/>
      </w:pPr>
      <w:r>
        <w:rPr>
          <w:rFonts w:ascii="Bookman Old Style" w:hAnsi="Bookman Old Style" w:eastAsia="Bookman Old Style"/>
          <w:b/>
          <w:color w:val="0033CC"/>
          <w:sz w:val="18"/>
        </w:rPr>
        <w:t xml:space="preserve">Tom: </w:t>
      </w:r>
      <w:r>
        <w:rPr>
          <w:rFonts w:ascii="Bookman Old Style" w:hAnsi="Bookman Old Style" w:eastAsia="Bookman Old Style"/>
          <w:color w:val="000000"/>
          <w:sz w:val="18"/>
        </w:rPr>
        <w:t>Really? I thought the music was exciting. The ending surprised me too.</w:t>
      </w:r>
    </w:p>
    <w:p>
      <w:pPr>
        <w:keepNext w:val="0"/>
        <w:spacing w:before="0" w:after="40" w:line="252" w:lineRule="auto"/>
        <w:ind w:left="227"/>
      </w:pPr>
      <w:r>
        <w:rPr>
          <w:rFonts w:ascii="Bookman Old Style" w:hAnsi="Bookman Old Style" w:eastAsia="Bookman Old Style"/>
          <w:b/>
          <w:color w:val="0033CC"/>
          <w:sz w:val="18"/>
        </w:rPr>
        <w:t xml:space="preserve">Lan: </w:t>
      </w:r>
      <w:r>
        <w:rPr>
          <w:rFonts w:ascii="Bookman Old Style" w:hAnsi="Bookman Old Style" w:eastAsia="Bookman Old Style"/>
          <w:color w:val="000000"/>
          <w:sz w:val="18"/>
        </w:rPr>
        <w:t>Me too. I would recommend it to our class.</w:t>
      </w:r>
    </w:p>
    <w:p>
      <w:pPr>
        <w:keepNext w:val="0"/>
        <w:spacing w:before="160" w:after="0" w:line="240" w:lineRule="auto"/>
        <w:jc w:val="center"/>
      </w:pPr>
      <w:r>
        <w:rPr>
          <w:rFonts w:ascii="Bookman Old Style" w:hAnsi="Bookman Old Style" w:eastAsia="Bookman Old Style"/>
          <w:b/>
          <w:color w:val="000000"/>
          <w:sz w:val="21"/>
        </w:rPr>
        <w:t>--- THE END ---</w:t>
      </w:r>
    </w:p>
    <w:sectPr w:rsidR="00FC693F" w:rsidRPr="0006063C" w:rsidSect="00034616">
      <w:footerReference w:type="default" r:id="rId9"/>
      <w:pgSz w:w="11906" w:h="16838"/>
      <w:pgMar w:top="720" w:right="720" w:bottom="720" w:left="72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tabs>
        <w:tab w:pos="10205" w:val="left"/>
      </w:tabs>
      <w:spacing w:before="0" w:after="0" w:line="240" w:lineRule="auto"/>
      <w:jc w:val="left"/>
    </w:pPr>
    <w:r>
      <w:rPr>
        <w:rFonts w:ascii="Bookman Old Style" w:hAnsi="Bookman Old Style" w:eastAsia="Bookman Old Style"/>
        <w:b/>
        <w:color w:val="2E75B6"/>
        <w:sz w:val="20"/>
      </w:rPr>
      <w:t>Bài tập Tiếng Anh 7 (Global Success)</w:t>
    </w:r>
    <w:r>
      <w:tab/>
    </w:r>
    <w:r>
      <w:rPr>
        <w:rFonts w:ascii="Bookman Old Style" w:hAnsi="Bookman Old Style" w:eastAsia="Bookman Old Style"/>
        <w:b/>
        <w:color w:val="2E75B6"/>
        <w:sz w:val="20"/>
      </w:rPr>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Bookman Old Style" w:hAnsi="Bookman Old Style" w:eastAsia="Bookman Old Style"/>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jpg"/><Relationship Id="rId14" Type="http://schemas.openxmlformats.org/officeDocument/2006/relationships/image" Target="media/image5.jpeg"/><Relationship Id="rId15"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