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eastAsia="Arial"/>
          <w:b/>
          <w:i w:val="0"/>
          <w:color w:val="000000"/>
          <w:sz w:val="29"/>
        </w:rPr>
        <w:t>ENGLISH 5 - GLOBAL SUCCESS</w:t>
      </w:r>
    </w:p>
    <w:p>
      <w:pPr>
        <w:spacing w:after="40"/>
        <w:jc w:val="center"/>
      </w:pPr>
      <w:r>
        <w:rPr>
          <w:rFonts w:ascii="Arial" w:hAnsi="Arial" w:eastAsia="Arial"/>
          <w:b/>
          <w:i w:val="0"/>
          <w:color w:val="1F4E79"/>
          <w:sz w:val="26"/>
        </w:rPr>
        <w:t>UNIT 12: OUR TET HOLIDAY</w:t>
      </w:r>
    </w:p>
    <w:p>
      <w:pPr>
        <w:spacing w:after="100"/>
        <w:jc w:val="center"/>
      </w:pPr>
      <w:r>
        <w:rPr>
          <w:rFonts w:ascii="Arial" w:hAnsi="Arial" w:eastAsia="Arial"/>
          <w:b/>
          <w:i w:val="0"/>
          <w:color w:val="595959"/>
          <w:sz w:val="21"/>
        </w:rPr>
        <w:t>UNIT TEST - Time: 40 minutes - Total: 10 points</w:t>
      </w:r>
    </w:p>
    <w:p>
      <w:pPr>
        <w:spacing w:after="80"/>
      </w:pPr>
      <w:r>
        <w:rPr>
          <w:rFonts w:ascii="Arial" w:hAnsi="Arial" w:eastAsia="Arial"/>
          <w:b/>
          <w:i w:val="0"/>
          <w:color w:val="000000"/>
          <w:sz w:val="21"/>
        </w:rPr>
        <w:t xml:space="preserve">Name: </w:t>
      </w:r>
      <w:r>
        <w:rPr>
          <w:rFonts w:ascii="Arial" w:hAnsi="Arial" w:eastAsia="Arial"/>
          <w:b w:val="0"/>
          <w:i w:val="0"/>
          <w:color w:val="000000"/>
          <w:sz w:val="21"/>
        </w:rPr>
        <w:t xml:space="preserve">__________________________________    </w:t>
      </w:r>
      <w:r>
        <w:rPr>
          <w:rFonts w:ascii="Arial" w:hAnsi="Arial" w:eastAsia="Arial"/>
          <w:b/>
          <w:i w:val="0"/>
          <w:color w:val="000000"/>
          <w:sz w:val="21"/>
        </w:rPr>
        <w:t xml:space="preserve">Class: </w:t>
      </w:r>
      <w:r>
        <w:rPr>
          <w:rFonts w:ascii="Arial" w:hAnsi="Arial" w:eastAsia="Arial"/>
          <w:b w:val="0"/>
          <w:i w:val="0"/>
          <w:color w:val="000000"/>
          <w:sz w:val="21"/>
        </w:rPr>
        <w:t xml:space="preserve">________    </w:t>
      </w:r>
      <w:r>
        <w:rPr>
          <w:rFonts w:ascii="Arial" w:hAnsi="Arial" w:eastAsia="Arial"/>
          <w:b/>
          <w:i w:val="0"/>
          <w:color w:val="000000"/>
          <w:sz w:val="21"/>
        </w:rPr>
        <w:t xml:space="preserve">Date: </w:t>
      </w:r>
      <w:r>
        <w:rPr>
          <w:rFonts w:ascii="Arial" w:hAnsi="Arial" w:eastAsia="Arial"/>
          <w:b w:val="0"/>
          <w:i w:val="0"/>
          <w:color w:val="000000"/>
          <w:sz w:val="21"/>
        </w:rPr>
        <w:t>____________</w:t>
      </w:r>
    </w:p>
    <w:p>
      <w:pPr>
        <w:pStyle w:val="Heading1"/>
        <w:keepNext/>
      </w:pPr>
      <w:r>
        <w:rPr>
          <w:rFonts w:ascii="Arial" w:hAnsi="Arial" w:eastAsia="Arial"/>
          <w:b/>
          <w:i w:val="0"/>
          <w:color w:val="1F4E79"/>
          <w:sz w:val="23"/>
        </w:rPr>
        <w:t>I. VOCABULARY</w:t>
      </w:r>
      <w:r>
        <w:rPr>
          <w:rFonts w:ascii="Arial" w:hAnsi="Arial" w:eastAsia="Arial"/>
          <w:b/>
          <w:i w:val="0"/>
          <w:color w:val="595959"/>
          <w:sz w:val="21"/>
        </w:rPr>
        <w:t xml:space="preserve">  (2.0 points)</w:t>
      </w:r>
    </w:p>
    <w:p>
      <w:pPr>
        <w:keepNext/>
        <w:spacing w:after="40"/>
      </w:pPr>
      <w:r>
        <w:rPr>
          <w:rFonts w:ascii="Arial" w:hAnsi="Arial" w:eastAsia="Arial"/>
          <w:b w:val="0"/>
          <w:i/>
          <w:color w:val="595959"/>
          <w:sz w:val="20"/>
        </w:rPr>
        <w:t>Choose the correct answer. (8 x 0.25 = 2.0 points)</w:t>
      </w:r>
    </w:p>
    <w:p>
      <w:pPr>
        <w:spacing w:after="20"/>
        <w:ind w:left="0" w:firstLine="0"/>
      </w:pPr>
      <w:r>
        <w:rPr>
          <w:rFonts w:ascii="Arial" w:hAnsi="Arial" w:eastAsia="Arial"/>
          <w:b/>
          <w:i w:val="0"/>
          <w:color w:val="000000"/>
          <w:sz w:val="21"/>
        </w:rPr>
        <w:t xml:space="preserve">1. </w:t>
      </w:r>
      <w:r>
        <w:rPr>
          <w:rFonts w:ascii="Arial" w:hAnsi="Arial" w:eastAsia="Arial"/>
          <w:b w:val="0"/>
          <w:i w:val="0"/>
          <w:color w:val="000000"/>
          <w:sz w:val="21"/>
        </w:rPr>
        <w:t>My mother will ____ for the vase in the living room.</w:t>
      </w:r>
    </w:p>
    <w:p>
      <w:pPr>
        <w:spacing w:after="40"/>
        <w:ind w:left="255"/>
      </w:pPr>
      <w:r>
        <w:rPr>
          <w:rFonts w:ascii="Arial" w:hAnsi="Arial" w:eastAsia="Arial"/>
          <w:b w:val="0"/>
          <w:i w:val="0"/>
          <w:color w:val="000000"/>
          <w:sz w:val="21"/>
        </w:rPr>
        <w:t>A. make spring rolls</w:t>
      </w:r>
      <w:r>
        <w:t xml:space="preserve">        </w:t>
      </w:r>
      <w:r>
        <w:rPr>
          <w:rFonts w:ascii="Arial" w:hAnsi="Arial" w:eastAsia="Arial"/>
          <w:b w:val="0"/>
          <w:i w:val="0"/>
          <w:color w:val="000000"/>
          <w:sz w:val="21"/>
        </w:rPr>
        <w:t>B. make banh chung</w:t>
      </w:r>
      <w:r>
        <w:br/>
      </w:r>
      <w:r>
        <w:rPr>
          <w:rFonts w:ascii="Arial" w:hAnsi="Arial" w:eastAsia="Arial"/>
          <w:b w:val="0"/>
          <w:i w:val="0"/>
          <w:color w:val="000000"/>
          <w:sz w:val="21"/>
        </w:rPr>
        <w:t>C. peach blossoms</w:t>
      </w:r>
      <w:r>
        <w:t xml:space="preserve">        </w:t>
      </w:r>
      <w:r>
        <w:rPr>
          <w:rFonts w:ascii="Arial" w:hAnsi="Arial" w:eastAsia="Arial"/>
          <w:b w:val="0"/>
          <w:i w:val="0"/>
          <w:color w:val="000000"/>
          <w:sz w:val="21"/>
        </w:rPr>
        <w:t>D. buy roses</w:t>
      </w:r>
    </w:p>
    <w:p>
      <w:pPr>
        <w:spacing w:after="20"/>
        <w:ind w:left="0" w:firstLine="0"/>
      </w:pPr>
      <w:r>
        <w:rPr>
          <w:rFonts w:ascii="Arial" w:hAnsi="Arial" w:eastAsia="Arial"/>
          <w:b/>
          <w:i w:val="0"/>
          <w:color w:val="000000"/>
          <w:sz w:val="21"/>
        </w:rPr>
        <w:t xml:space="preserve">2. </w:t>
      </w:r>
      <w:r>
        <w:rPr>
          <w:rFonts w:ascii="Arial" w:hAnsi="Arial" w:eastAsia="Arial"/>
          <w:b w:val="0"/>
          <w:i w:val="0"/>
          <w:color w:val="000000"/>
          <w:sz w:val="21"/>
        </w:rPr>
        <w:t>Pink ____ are popular at Tet in northern Viet Nam.</w:t>
      </w:r>
    </w:p>
    <w:p>
      <w:pPr>
        <w:spacing w:after="40"/>
        <w:ind w:left="255"/>
      </w:pPr>
      <w:r>
        <w:rPr>
          <w:rFonts w:ascii="Arial" w:hAnsi="Arial" w:eastAsia="Arial"/>
          <w:b w:val="0"/>
          <w:i w:val="0"/>
          <w:color w:val="000000"/>
          <w:sz w:val="21"/>
        </w:rPr>
        <w:t>A. peach blossoms</w:t>
      </w:r>
      <w:r>
        <w:t xml:space="preserve">        </w:t>
      </w:r>
      <w:r>
        <w:rPr>
          <w:rFonts w:ascii="Arial" w:hAnsi="Arial" w:eastAsia="Arial"/>
          <w:b w:val="0"/>
          <w:i w:val="0"/>
          <w:color w:val="000000"/>
          <w:sz w:val="21"/>
        </w:rPr>
        <w:t>B. buy roses</w:t>
      </w:r>
      <w:r>
        <w:br/>
      </w:r>
      <w:r>
        <w:rPr>
          <w:rFonts w:ascii="Arial" w:hAnsi="Arial" w:eastAsia="Arial"/>
          <w:b w:val="0"/>
          <w:i w:val="0"/>
          <w:color w:val="000000"/>
          <w:sz w:val="21"/>
        </w:rPr>
        <w:t>C. flower festival</w:t>
      </w:r>
      <w:r>
        <w:t xml:space="preserve">        </w:t>
      </w:r>
      <w:r>
        <w:rPr>
          <w:rFonts w:ascii="Arial" w:hAnsi="Arial" w:eastAsia="Arial"/>
          <w:b w:val="0"/>
          <w:i w:val="0"/>
          <w:color w:val="000000"/>
          <w:sz w:val="21"/>
        </w:rPr>
        <w:t>D. make spring rolls</w:t>
      </w:r>
    </w:p>
    <w:p>
      <w:pPr>
        <w:spacing w:after="20"/>
        <w:ind w:left="0" w:firstLine="0"/>
      </w:pPr>
      <w:r>
        <w:rPr>
          <w:rFonts w:ascii="Arial" w:hAnsi="Arial" w:eastAsia="Arial"/>
          <w:b/>
          <w:i w:val="0"/>
          <w:color w:val="000000"/>
          <w:sz w:val="21"/>
        </w:rPr>
        <w:t xml:space="preserve">3. </w:t>
      </w:r>
      <w:r>
        <w:rPr>
          <w:rFonts w:ascii="Arial" w:hAnsi="Arial" w:eastAsia="Arial"/>
          <w:b w:val="0"/>
          <w:i w:val="0"/>
          <w:color w:val="000000"/>
          <w:sz w:val="21"/>
        </w:rPr>
        <w:t>The whole family will use flowers to ____.</w:t>
      </w:r>
    </w:p>
    <w:p>
      <w:pPr>
        <w:spacing w:after="40"/>
        <w:ind w:left="255"/>
      </w:pPr>
      <w:r>
        <w:rPr>
          <w:rFonts w:ascii="Arial" w:hAnsi="Arial" w:eastAsia="Arial"/>
          <w:b w:val="0"/>
          <w:i w:val="0"/>
          <w:color w:val="000000"/>
          <w:sz w:val="21"/>
        </w:rPr>
        <w:t>A. decorate the house</w:t>
      </w:r>
      <w:r>
        <w:t xml:space="preserve">        </w:t>
      </w:r>
      <w:r>
        <w:rPr>
          <w:rFonts w:ascii="Arial" w:hAnsi="Arial" w:eastAsia="Arial"/>
          <w:b w:val="0"/>
          <w:i w:val="0"/>
          <w:color w:val="000000"/>
          <w:sz w:val="21"/>
        </w:rPr>
        <w:t>B. make spring rolls</w:t>
      </w:r>
      <w:r>
        <w:br/>
      </w:r>
      <w:r>
        <w:rPr>
          <w:rFonts w:ascii="Arial" w:hAnsi="Arial" w:eastAsia="Arial"/>
          <w:b w:val="0"/>
          <w:i w:val="0"/>
          <w:color w:val="000000"/>
          <w:sz w:val="21"/>
        </w:rPr>
        <w:t>C. buy roses</w:t>
      </w:r>
      <w:r>
        <w:t xml:space="preserve">        </w:t>
      </w:r>
      <w:r>
        <w:rPr>
          <w:rFonts w:ascii="Arial" w:hAnsi="Arial" w:eastAsia="Arial"/>
          <w:b w:val="0"/>
          <w:i w:val="0"/>
          <w:color w:val="000000"/>
          <w:sz w:val="21"/>
        </w:rPr>
        <w:t>D. make banh chung</w:t>
      </w:r>
    </w:p>
    <w:p>
      <w:pPr>
        <w:spacing w:after="20"/>
        <w:ind w:left="0" w:firstLine="0"/>
      </w:pPr>
      <w:r>
        <w:rPr>
          <w:rFonts w:ascii="Arial" w:hAnsi="Arial" w:eastAsia="Arial"/>
          <w:b/>
          <w:i w:val="0"/>
          <w:color w:val="000000"/>
          <w:sz w:val="21"/>
        </w:rPr>
        <w:t xml:space="preserve">4. </w:t>
      </w:r>
      <w:r>
        <w:rPr>
          <w:rFonts w:ascii="Arial" w:hAnsi="Arial" w:eastAsia="Arial"/>
          <w:b w:val="0"/>
          <w:i w:val="0"/>
          <w:color w:val="000000"/>
          <w:sz w:val="21"/>
        </w:rPr>
        <w:t>Dad and I will go to the market to ____.</w:t>
      </w:r>
    </w:p>
    <w:p>
      <w:pPr>
        <w:spacing w:after="40"/>
        <w:ind w:left="255"/>
      </w:pPr>
      <w:r>
        <w:rPr>
          <w:rFonts w:ascii="Arial" w:hAnsi="Arial" w:eastAsia="Arial"/>
          <w:b w:val="0"/>
          <w:i w:val="0"/>
          <w:color w:val="000000"/>
          <w:sz w:val="21"/>
        </w:rPr>
        <w:t>A. buy roses</w:t>
      </w:r>
      <w:r>
        <w:t xml:space="preserve">        </w:t>
      </w:r>
      <w:r>
        <w:rPr>
          <w:rFonts w:ascii="Arial" w:hAnsi="Arial" w:eastAsia="Arial"/>
          <w:b w:val="0"/>
          <w:i w:val="0"/>
          <w:color w:val="000000"/>
          <w:sz w:val="21"/>
        </w:rPr>
        <w:t>B. make spring rolls</w:t>
      </w:r>
      <w:r>
        <w:br/>
      </w:r>
      <w:r>
        <w:rPr>
          <w:rFonts w:ascii="Arial" w:hAnsi="Arial" w:eastAsia="Arial"/>
          <w:b w:val="0"/>
          <w:i w:val="0"/>
          <w:color w:val="000000"/>
          <w:sz w:val="21"/>
        </w:rPr>
        <w:t>C. peach blossoms</w:t>
      </w:r>
      <w:r>
        <w:t xml:space="preserve">        </w:t>
      </w:r>
      <w:r>
        <w:rPr>
          <w:rFonts w:ascii="Arial" w:hAnsi="Arial" w:eastAsia="Arial"/>
          <w:b w:val="0"/>
          <w:i w:val="0"/>
          <w:color w:val="000000"/>
          <w:sz w:val="21"/>
        </w:rPr>
        <w:t>D. do the shopping</w:t>
      </w:r>
    </w:p>
    <w:p>
      <w:pPr>
        <w:spacing w:after="20"/>
        <w:ind w:left="0" w:firstLine="0"/>
      </w:pPr>
      <w:r>
        <w:rPr>
          <w:rFonts w:ascii="Arial" w:hAnsi="Arial" w:eastAsia="Arial"/>
          <w:b/>
          <w:i w:val="0"/>
          <w:color w:val="000000"/>
          <w:sz w:val="21"/>
        </w:rPr>
        <w:t xml:space="preserve">5. </w:t>
      </w:r>
      <w:r>
        <w:rPr>
          <w:rFonts w:ascii="Arial" w:hAnsi="Arial" w:eastAsia="Arial"/>
          <w:b w:val="0"/>
          <w:i w:val="0"/>
          <w:color w:val="000000"/>
          <w:sz w:val="21"/>
        </w:rPr>
        <w:t>We use sticky rice and green beans to ____.</w:t>
      </w:r>
    </w:p>
    <w:p>
      <w:pPr>
        <w:spacing w:after="40"/>
        <w:ind w:left="255"/>
      </w:pPr>
      <w:r>
        <w:rPr>
          <w:rFonts w:ascii="Arial" w:hAnsi="Arial" w:eastAsia="Arial"/>
          <w:b w:val="0"/>
          <w:i w:val="0"/>
          <w:color w:val="000000"/>
          <w:sz w:val="21"/>
        </w:rPr>
        <w:t>A. make banh chung</w:t>
      </w:r>
      <w:r>
        <w:t xml:space="preserve">        </w:t>
      </w:r>
      <w:r>
        <w:rPr>
          <w:rFonts w:ascii="Arial" w:hAnsi="Arial" w:eastAsia="Arial"/>
          <w:b w:val="0"/>
          <w:i w:val="0"/>
          <w:color w:val="000000"/>
          <w:sz w:val="21"/>
        </w:rPr>
        <w:t>B. decorate the house</w:t>
      </w:r>
      <w:r>
        <w:br/>
      </w:r>
      <w:r>
        <w:rPr>
          <w:rFonts w:ascii="Arial" w:hAnsi="Arial" w:eastAsia="Arial"/>
          <w:b w:val="0"/>
          <w:i w:val="0"/>
          <w:color w:val="000000"/>
          <w:sz w:val="21"/>
        </w:rPr>
        <w:t>C. buy roses</w:t>
      </w:r>
      <w:r>
        <w:t xml:space="preserve">        </w:t>
      </w:r>
      <w:r>
        <w:rPr>
          <w:rFonts w:ascii="Arial" w:hAnsi="Arial" w:eastAsia="Arial"/>
          <w:b w:val="0"/>
          <w:i w:val="0"/>
          <w:color w:val="000000"/>
          <w:sz w:val="21"/>
        </w:rPr>
        <w:t>D. peach blossoms</w:t>
      </w:r>
    </w:p>
    <w:p>
      <w:pPr>
        <w:spacing w:after="20"/>
        <w:ind w:left="0" w:firstLine="0"/>
      </w:pPr>
      <w:r>
        <w:rPr>
          <w:rFonts w:ascii="Arial" w:hAnsi="Arial" w:eastAsia="Arial"/>
          <w:b/>
          <w:i w:val="0"/>
          <w:color w:val="000000"/>
          <w:sz w:val="21"/>
        </w:rPr>
        <w:t xml:space="preserve">6. </w:t>
      </w:r>
      <w:r>
        <w:rPr>
          <w:rFonts w:ascii="Arial" w:hAnsi="Arial" w:eastAsia="Arial"/>
          <w:b w:val="0"/>
          <w:i w:val="0"/>
          <w:color w:val="000000"/>
          <w:sz w:val="21"/>
        </w:rPr>
        <w:t>My sister will help Mum ____ for the party.</w:t>
      </w:r>
    </w:p>
    <w:p>
      <w:pPr>
        <w:spacing w:after="40"/>
        <w:ind w:left="255"/>
      </w:pPr>
      <w:r>
        <w:rPr>
          <w:rFonts w:ascii="Arial" w:hAnsi="Arial" w:eastAsia="Arial"/>
          <w:b w:val="0"/>
          <w:i w:val="0"/>
          <w:color w:val="000000"/>
          <w:sz w:val="21"/>
        </w:rPr>
        <w:t>A. fireworks show</w:t>
      </w:r>
      <w:r>
        <w:t xml:space="preserve">        </w:t>
      </w:r>
      <w:r>
        <w:rPr>
          <w:rFonts w:ascii="Arial" w:hAnsi="Arial" w:eastAsia="Arial"/>
          <w:b w:val="0"/>
          <w:i w:val="0"/>
          <w:color w:val="000000"/>
          <w:sz w:val="21"/>
        </w:rPr>
        <w:t>B. make spring rolls</w:t>
      </w:r>
      <w:r>
        <w:br/>
      </w:r>
      <w:r>
        <w:rPr>
          <w:rFonts w:ascii="Arial" w:hAnsi="Arial" w:eastAsia="Arial"/>
          <w:b w:val="0"/>
          <w:i w:val="0"/>
          <w:color w:val="000000"/>
          <w:sz w:val="21"/>
        </w:rPr>
        <w:t>C. buy roses</w:t>
      </w:r>
      <w:r>
        <w:t xml:space="preserve">        </w:t>
      </w:r>
      <w:r>
        <w:rPr>
          <w:rFonts w:ascii="Arial" w:hAnsi="Arial" w:eastAsia="Arial"/>
          <w:b w:val="0"/>
          <w:i w:val="0"/>
          <w:color w:val="000000"/>
          <w:sz w:val="21"/>
        </w:rPr>
        <w:t>D. peach blossoms</w:t>
      </w:r>
    </w:p>
    <w:p>
      <w:pPr>
        <w:spacing w:after="20"/>
        <w:ind w:left="0" w:firstLine="0"/>
      </w:pPr>
      <w:r>
        <w:rPr>
          <w:rFonts w:ascii="Arial" w:hAnsi="Arial" w:eastAsia="Arial"/>
          <w:b/>
          <w:i w:val="0"/>
          <w:color w:val="000000"/>
          <w:sz w:val="21"/>
        </w:rPr>
        <w:t xml:space="preserve">7. </w:t>
      </w:r>
      <w:r>
        <w:rPr>
          <w:rFonts w:ascii="Arial" w:hAnsi="Arial" w:eastAsia="Arial"/>
          <w:b w:val="0"/>
          <w:i w:val="0"/>
          <w:color w:val="000000"/>
          <w:sz w:val="21"/>
        </w:rPr>
        <w:t>Many people will watch the ____ at midnight.</w:t>
      </w:r>
    </w:p>
    <w:p>
      <w:pPr>
        <w:spacing w:after="40"/>
        <w:ind w:left="255"/>
      </w:pPr>
      <w:r>
        <w:rPr>
          <w:rFonts w:ascii="Arial" w:hAnsi="Arial" w:eastAsia="Arial"/>
          <w:b w:val="0"/>
          <w:i w:val="0"/>
          <w:color w:val="000000"/>
          <w:sz w:val="21"/>
        </w:rPr>
        <w:t>A. peach blossoms</w:t>
      </w:r>
      <w:r>
        <w:t xml:space="preserve">        </w:t>
      </w:r>
      <w:r>
        <w:rPr>
          <w:rFonts w:ascii="Arial" w:hAnsi="Arial" w:eastAsia="Arial"/>
          <w:b w:val="0"/>
          <w:i w:val="0"/>
          <w:color w:val="000000"/>
          <w:sz w:val="21"/>
        </w:rPr>
        <w:t>B. decorate the house</w:t>
      </w:r>
      <w:r>
        <w:br/>
      </w:r>
      <w:r>
        <w:rPr>
          <w:rFonts w:ascii="Arial" w:hAnsi="Arial" w:eastAsia="Arial"/>
          <w:b w:val="0"/>
          <w:i w:val="0"/>
          <w:color w:val="000000"/>
          <w:sz w:val="21"/>
        </w:rPr>
        <w:t>C. do the shopping</w:t>
      </w:r>
      <w:r>
        <w:t xml:space="preserve">        </w:t>
      </w:r>
      <w:r>
        <w:rPr>
          <w:rFonts w:ascii="Arial" w:hAnsi="Arial" w:eastAsia="Arial"/>
          <w:b w:val="0"/>
          <w:i w:val="0"/>
          <w:color w:val="000000"/>
          <w:sz w:val="21"/>
        </w:rPr>
        <w:t>D. fireworks show</w:t>
      </w:r>
    </w:p>
    <w:p>
      <w:pPr>
        <w:spacing w:after="20"/>
        <w:ind w:left="0" w:firstLine="0"/>
      </w:pPr>
      <w:r>
        <w:rPr>
          <w:rFonts w:ascii="Arial" w:hAnsi="Arial" w:eastAsia="Arial"/>
          <w:b/>
          <w:i w:val="0"/>
          <w:color w:val="000000"/>
          <w:sz w:val="21"/>
        </w:rPr>
        <w:t xml:space="preserve">8. </w:t>
      </w:r>
      <w:r>
        <w:rPr>
          <w:rFonts w:ascii="Arial" w:hAnsi="Arial" w:eastAsia="Arial"/>
          <w:b w:val="0"/>
          <w:i w:val="0"/>
          <w:color w:val="000000"/>
          <w:sz w:val="21"/>
        </w:rPr>
        <w:t>There will be many beautiful flowers at the ____.</w:t>
      </w:r>
    </w:p>
    <w:p>
      <w:pPr>
        <w:spacing w:after="40"/>
        <w:ind w:left="255"/>
      </w:pPr>
      <w:r>
        <w:rPr>
          <w:rFonts w:ascii="Arial" w:hAnsi="Arial" w:eastAsia="Arial"/>
          <w:b w:val="0"/>
          <w:i w:val="0"/>
          <w:color w:val="000000"/>
          <w:sz w:val="21"/>
        </w:rPr>
        <w:t>A. decorate the house</w:t>
      </w:r>
      <w:r>
        <w:t xml:space="preserve">        </w:t>
      </w:r>
      <w:r>
        <w:rPr>
          <w:rFonts w:ascii="Arial" w:hAnsi="Arial" w:eastAsia="Arial"/>
          <w:b w:val="0"/>
          <w:i w:val="0"/>
          <w:color w:val="000000"/>
          <w:sz w:val="21"/>
        </w:rPr>
        <w:t>B. flower festival</w:t>
      </w:r>
      <w:r>
        <w:br/>
      </w:r>
      <w:r>
        <w:rPr>
          <w:rFonts w:ascii="Arial" w:hAnsi="Arial" w:eastAsia="Arial"/>
          <w:b w:val="0"/>
          <w:i w:val="0"/>
          <w:color w:val="000000"/>
          <w:sz w:val="21"/>
        </w:rPr>
        <w:t>C. make spring rolls</w:t>
      </w:r>
      <w:r>
        <w:t xml:space="preserve">        </w:t>
      </w:r>
      <w:r>
        <w:rPr>
          <w:rFonts w:ascii="Arial" w:hAnsi="Arial" w:eastAsia="Arial"/>
          <w:b w:val="0"/>
          <w:i w:val="0"/>
          <w:color w:val="000000"/>
          <w:sz w:val="21"/>
        </w:rPr>
        <w:t>D. peach blossoms</w:t>
      </w:r>
    </w:p>
    <w:p>
      <w:pPr>
        <w:pStyle w:val="Heading1"/>
        <w:keepNext/>
      </w:pPr>
      <w:r>
        <w:rPr>
          <w:rFonts w:ascii="Arial" w:hAnsi="Arial" w:eastAsia="Arial"/>
          <w:b/>
          <w:i w:val="0"/>
          <w:color w:val="1F4E79"/>
          <w:sz w:val="23"/>
        </w:rPr>
        <w:t>II. GRAMMAR</w:t>
      </w:r>
      <w:r>
        <w:rPr>
          <w:rFonts w:ascii="Arial" w:hAnsi="Arial" w:eastAsia="Arial"/>
          <w:b/>
          <w:i w:val="0"/>
          <w:color w:val="595959"/>
          <w:sz w:val="21"/>
        </w:rPr>
        <w:t xml:space="preserve">  (2.0 points)</w:t>
      </w:r>
    </w:p>
    <w:p>
      <w:pPr>
        <w:keepNext/>
        <w:spacing w:after="40"/>
      </w:pPr>
      <w:r>
        <w:rPr>
          <w:rFonts w:ascii="Arial" w:hAnsi="Arial" w:eastAsia="Arial"/>
          <w:b w:val="0"/>
          <w:i/>
          <w:color w:val="595959"/>
          <w:sz w:val="20"/>
        </w:rPr>
        <w:t>Choose the correct answer. (8 x 0.25 = 2.0 points)</w:t>
      </w:r>
    </w:p>
    <w:p>
      <w:pPr>
        <w:spacing w:after="20"/>
        <w:ind w:left="0" w:firstLine="0"/>
      </w:pPr>
      <w:r>
        <w:rPr>
          <w:rFonts w:ascii="Arial" w:hAnsi="Arial" w:eastAsia="Arial"/>
          <w:b/>
          <w:i w:val="0"/>
          <w:color w:val="000000"/>
          <w:sz w:val="21"/>
        </w:rPr>
        <w:t xml:space="preserve">1. </w:t>
      </w:r>
      <w:r>
        <w:rPr>
          <w:rFonts w:ascii="Arial" w:hAnsi="Arial" w:eastAsia="Arial"/>
          <w:b w:val="0"/>
          <w:i w:val="0"/>
          <w:color w:val="000000"/>
          <w:sz w:val="21"/>
        </w:rPr>
        <w:t>Will you make banh chung for Tet? - Yes, I ____.</w:t>
      </w:r>
    </w:p>
    <w:p>
      <w:pPr>
        <w:spacing w:after="40"/>
        <w:ind w:left="255"/>
      </w:pPr>
      <w:r>
        <w:rPr>
          <w:rFonts w:ascii="Arial" w:hAnsi="Arial" w:eastAsia="Arial"/>
          <w:b w:val="0"/>
          <w:i w:val="0"/>
          <w:color w:val="000000"/>
          <w:sz w:val="21"/>
        </w:rPr>
        <w:t>A. will</w:t>
      </w:r>
      <w:r>
        <w:t xml:space="preserve">       </w:t>
      </w:r>
      <w:r>
        <w:rPr>
          <w:rFonts w:ascii="Arial" w:hAnsi="Arial" w:eastAsia="Arial"/>
          <w:b w:val="0"/>
          <w:i w:val="0"/>
          <w:color w:val="000000"/>
          <w:sz w:val="21"/>
        </w:rPr>
        <w:t>B. make</w:t>
      </w:r>
      <w:r>
        <w:t xml:space="preserve">       </w:t>
      </w:r>
      <w:r>
        <w:rPr>
          <w:rFonts w:ascii="Arial" w:hAnsi="Arial" w:eastAsia="Arial"/>
          <w:b w:val="0"/>
          <w:i w:val="0"/>
          <w:color w:val="000000"/>
          <w:sz w:val="21"/>
        </w:rPr>
        <w:t>C. am</w:t>
      </w:r>
      <w:r>
        <w:t xml:space="preserve">       </w:t>
      </w:r>
      <w:r>
        <w:rPr>
          <w:rFonts w:ascii="Arial" w:hAnsi="Arial" w:eastAsia="Arial"/>
          <w:b w:val="0"/>
          <w:i w:val="0"/>
          <w:color w:val="000000"/>
          <w:sz w:val="21"/>
        </w:rPr>
        <w:t>D. do</w:t>
      </w:r>
    </w:p>
    <w:p>
      <w:pPr>
        <w:spacing w:after="20"/>
        <w:ind w:left="0" w:firstLine="0"/>
      </w:pPr>
      <w:r>
        <w:rPr>
          <w:rFonts w:ascii="Arial" w:hAnsi="Arial" w:eastAsia="Arial"/>
          <w:b/>
          <w:i w:val="0"/>
          <w:color w:val="000000"/>
          <w:sz w:val="21"/>
        </w:rPr>
        <w:t xml:space="preserve">2. </w:t>
      </w:r>
      <w:r>
        <w:rPr>
          <w:rFonts w:ascii="Arial" w:hAnsi="Arial" w:eastAsia="Arial"/>
          <w:b w:val="0"/>
          <w:i w:val="0"/>
          <w:color w:val="000000"/>
          <w:sz w:val="21"/>
        </w:rPr>
        <w:t>Will Nam buy roses? - No, he ____.</w:t>
      </w:r>
    </w:p>
    <w:p>
      <w:pPr>
        <w:spacing w:after="40"/>
        <w:ind w:left="255"/>
      </w:pPr>
      <w:r>
        <w:rPr>
          <w:rFonts w:ascii="Arial" w:hAnsi="Arial" w:eastAsia="Arial"/>
          <w:b w:val="0"/>
          <w:i w:val="0"/>
          <w:color w:val="000000"/>
          <w:sz w:val="21"/>
        </w:rPr>
        <w:t>A. doesn't</w:t>
      </w:r>
      <w:r>
        <w:t xml:space="preserve">       </w:t>
      </w:r>
      <w:r>
        <w:rPr>
          <w:rFonts w:ascii="Arial" w:hAnsi="Arial" w:eastAsia="Arial"/>
          <w:b w:val="0"/>
          <w:i w:val="0"/>
          <w:color w:val="000000"/>
          <w:sz w:val="21"/>
        </w:rPr>
        <w:t>B. won't</w:t>
      </w:r>
      <w:r>
        <w:t xml:space="preserve">       </w:t>
      </w:r>
      <w:r>
        <w:rPr>
          <w:rFonts w:ascii="Arial" w:hAnsi="Arial" w:eastAsia="Arial"/>
          <w:b w:val="0"/>
          <w:i w:val="0"/>
          <w:color w:val="000000"/>
          <w:sz w:val="21"/>
        </w:rPr>
        <w:t>C. not</w:t>
      </w:r>
      <w:r>
        <w:t xml:space="preserve">       </w:t>
      </w:r>
      <w:r>
        <w:rPr>
          <w:rFonts w:ascii="Arial" w:hAnsi="Arial" w:eastAsia="Arial"/>
          <w:b w:val="0"/>
          <w:i w:val="0"/>
          <w:color w:val="000000"/>
          <w:sz w:val="21"/>
        </w:rPr>
        <w:t>D. isn't</w:t>
      </w:r>
    </w:p>
    <w:p>
      <w:pPr>
        <w:spacing w:after="20"/>
        <w:ind w:left="0" w:firstLine="0"/>
      </w:pPr>
      <w:r>
        <w:rPr>
          <w:rFonts w:ascii="Arial" w:hAnsi="Arial" w:eastAsia="Arial"/>
          <w:b/>
          <w:i w:val="0"/>
          <w:color w:val="000000"/>
          <w:sz w:val="21"/>
        </w:rPr>
        <w:t xml:space="preserve">3. </w:t>
      </w:r>
      <w:r>
        <w:rPr>
          <w:rFonts w:ascii="Arial" w:hAnsi="Arial" w:eastAsia="Arial"/>
          <w:b w:val="0"/>
          <w:i w:val="0"/>
          <w:color w:val="000000"/>
          <w:sz w:val="21"/>
        </w:rPr>
        <w:t>Where will you ____ at Tet?</w:t>
      </w:r>
    </w:p>
    <w:p>
      <w:pPr>
        <w:spacing w:after="40"/>
        <w:ind w:left="255"/>
      </w:pPr>
      <w:r>
        <w:rPr>
          <w:rFonts w:ascii="Arial" w:hAnsi="Arial" w:eastAsia="Arial"/>
          <w:b w:val="0"/>
          <w:i w:val="0"/>
          <w:color w:val="000000"/>
          <w:sz w:val="21"/>
        </w:rPr>
        <w:t>A. goes</w:t>
      </w:r>
      <w:r>
        <w:t xml:space="preserve">       </w:t>
      </w:r>
      <w:r>
        <w:rPr>
          <w:rFonts w:ascii="Arial" w:hAnsi="Arial" w:eastAsia="Arial"/>
          <w:b w:val="0"/>
          <w:i w:val="0"/>
          <w:color w:val="000000"/>
          <w:sz w:val="21"/>
        </w:rPr>
        <w:t>B. going</w:t>
      </w:r>
      <w:r>
        <w:t xml:space="preserve">       </w:t>
      </w:r>
      <w:r>
        <w:rPr>
          <w:rFonts w:ascii="Arial" w:hAnsi="Arial" w:eastAsia="Arial"/>
          <w:b w:val="0"/>
          <w:i w:val="0"/>
          <w:color w:val="000000"/>
          <w:sz w:val="21"/>
        </w:rPr>
        <w:t>C. go</w:t>
      </w:r>
      <w:r>
        <w:t xml:space="preserve">       </w:t>
      </w:r>
      <w:r>
        <w:rPr>
          <w:rFonts w:ascii="Arial" w:hAnsi="Arial" w:eastAsia="Arial"/>
          <w:b w:val="0"/>
          <w:i w:val="0"/>
          <w:color w:val="000000"/>
          <w:sz w:val="21"/>
        </w:rPr>
        <w:t>D. went</w:t>
      </w:r>
    </w:p>
    <w:p>
      <w:pPr>
        <w:spacing w:after="20"/>
        <w:ind w:left="0" w:firstLine="0"/>
      </w:pPr>
      <w:r>
        <w:rPr>
          <w:rFonts w:ascii="Arial" w:hAnsi="Arial" w:eastAsia="Arial"/>
          <w:b/>
          <w:i w:val="0"/>
          <w:color w:val="000000"/>
          <w:sz w:val="21"/>
        </w:rPr>
        <w:t xml:space="preserve">4. </w:t>
      </w:r>
      <w:r>
        <w:rPr>
          <w:rFonts w:ascii="Arial" w:hAnsi="Arial" w:eastAsia="Arial"/>
          <w:b w:val="0"/>
          <w:i w:val="0"/>
          <w:color w:val="000000"/>
          <w:sz w:val="21"/>
        </w:rPr>
        <w:t>I ____ go to a flower festival.</w:t>
      </w:r>
    </w:p>
    <w:p>
      <w:pPr>
        <w:spacing w:after="40"/>
        <w:ind w:left="255"/>
      </w:pPr>
      <w:r>
        <w:rPr>
          <w:rFonts w:ascii="Arial" w:hAnsi="Arial" w:eastAsia="Arial"/>
          <w:b w:val="0"/>
          <w:i w:val="0"/>
          <w:color w:val="000000"/>
          <w:sz w:val="21"/>
        </w:rPr>
        <w:t>A. did</w:t>
      </w:r>
      <w:r>
        <w:t xml:space="preserve">       </w:t>
      </w:r>
      <w:r>
        <w:rPr>
          <w:rFonts w:ascii="Arial" w:hAnsi="Arial" w:eastAsia="Arial"/>
          <w:b w:val="0"/>
          <w:i w:val="0"/>
          <w:color w:val="000000"/>
          <w:sz w:val="21"/>
        </w:rPr>
        <w:t>B. am</w:t>
      </w:r>
      <w:r>
        <w:t xml:space="preserve">       </w:t>
      </w:r>
      <w:r>
        <w:rPr>
          <w:rFonts w:ascii="Arial" w:hAnsi="Arial" w:eastAsia="Arial"/>
          <w:b w:val="0"/>
          <w:i w:val="0"/>
          <w:color w:val="000000"/>
          <w:sz w:val="21"/>
        </w:rPr>
        <w:t>C. will</w:t>
      </w:r>
      <w:r>
        <w:t xml:space="preserve">       </w:t>
      </w:r>
      <w:r>
        <w:rPr>
          <w:rFonts w:ascii="Arial" w:hAnsi="Arial" w:eastAsia="Arial"/>
          <w:b w:val="0"/>
          <w:i w:val="0"/>
          <w:color w:val="000000"/>
          <w:sz w:val="21"/>
        </w:rPr>
        <w:t>D. do</w:t>
      </w:r>
    </w:p>
    <w:p>
      <w:pPr>
        <w:spacing w:after="20"/>
        <w:ind w:left="0" w:firstLine="0"/>
      </w:pPr>
      <w:r>
        <w:rPr>
          <w:rFonts w:ascii="Arial" w:hAnsi="Arial" w:eastAsia="Arial"/>
          <w:b/>
          <w:i w:val="0"/>
          <w:color w:val="000000"/>
          <w:sz w:val="21"/>
        </w:rPr>
        <w:t xml:space="preserve">5. </w:t>
      </w:r>
      <w:r>
        <w:rPr>
          <w:rFonts w:ascii="Arial" w:hAnsi="Arial" w:eastAsia="Arial"/>
          <w:b w:val="0"/>
          <w:i w:val="0"/>
          <w:color w:val="000000"/>
          <w:sz w:val="21"/>
        </w:rPr>
        <w:t>My family will ____ the house tomorrow.</w:t>
      </w:r>
    </w:p>
    <w:p>
      <w:pPr>
        <w:spacing w:after="40"/>
        <w:ind w:left="255"/>
      </w:pPr>
      <w:r>
        <w:rPr>
          <w:rFonts w:ascii="Arial" w:hAnsi="Arial" w:eastAsia="Arial"/>
          <w:b w:val="0"/>
          <w:i w:val="0"/>
          <w:color w:val="000000"/>
          <w:sz w:val="21"/>
        </w:rPr>
        <w:t>A. decorates</w:t>
      </w:r>
      <w:r>
        <w:t xml:space="preserve">       </w:t>
      </w:r>
      <w:r>
        <w:rPr>
          <w:rFonts w:ascii="Arial" w:hAnsi="Arial" w:eastAsia="Arial"/>
          <w:b w:val="0"/>
          <w:i w:val="0"/>
          <w:color w:val="000000"/>
          <w:sz w:val="21"/>
        </w:rPr>
        <w:t>B. decorating</w:t>
      </w:r>
      <w:r>
        <w:t xml:space="preserve">       </w:t>
      </w:r>
      <w:r>
        <w:rPr>
          <w:rFonts w:ascii="Arial" w:hAnsi="Arial" w:eastAsia="Arial"/>
          <w:b w:val="0"/>
          <w:i w:val="0"/>
          <w:color w:val="000000"/>
          <w:sz w:val="21"/>
        </w:rPr>
        <w:t>C. decorated</w:t>
      </w:r>
      <w:r>
        <w:t xml:space="preserve">       </w:t>
      </w:r>
      <w:r>
        <w:rPr>
          <w:rFonts w:ascii="Arial" w:hAnsi="Arial" w:eastAsia="Arial"/>
          <w:b w:val="0"/>
          <w:i w:val="0"/>
          <w:color w:val="000000"/>
          <w:sz w:val="21"/>
        </w:rPr>
        <w:t>D. decorate</w:t>
      </w:r>
    </w:p>
    <w:p>
      <w:pPr>
        <w:spacing w:after="20"/>
        <w:ind w:left="0" w:firstLine="0"/>
      </w:pPr>
      <w:r>
        <w:rPr>
          <w:rFonts w:ascii="Arial" w:hAnsi="Arial" w:eastAsia="Arial"/>
          <w:b/>
          <w:i w:val="0"/>
          <w:color w:val="000000"/>
          <w:sz w:val="21"/>
        </w:rPr>
        <w:t xml:space="preserve">6. </w:t>
      </w:r>
      <w:r>
        <w:rPr>
          <w:rFonts w:ascii="Arial" w:hAnsi="Arial" w:eastAsia="Arial"/>
          <w:b w:val="0"/>
          <w:i w:val="0"/>
          <w:color w:val="000000"/>
          <w:sz w:val="21"/>
        </w:rPr>
        <w:t>____ your parents do the shopping?</w:t>
      </w:r>
    </w:p>
    <w:p>
      <w:pPr>
        <w:spacing w:after="40"/>
        <w:ind w:left="255"/>
      </w:pPr>
      <w:r>
        <w:rPr>
          <w:rFonts w:ascii="Arial" w:hAnsi="Arial" w:eastAsia="Arial"/>
          <w:b w:val="0"/>
          <w:i w:val="0"/>
          <w:color w:val="000000"/>
          <w:sz w:val="21"/>
        </w:rPr>
        <w:t>A. Are</w:t>
      </w:r>
      <w:r>
        <w:t xml:space="preserve">       </w:t>
      </w:r>
      <w:r>
        <w:rPr>
          <w:rFonts w:ascii="Arial" w:hAnsi="Arial" w:eastAsia="Arial"/>
          <w:b w:val="0"/>
          <w:i w:val="0"/>
          <w:color w:val="000000"/>
          <w:sz w:val="21"/>
        </w:rPr>
        <w:t>B. Did</w:t>
      </w:r>
      <w:r>
        <w:t xml:space="preserve">       </w:t>
      </w:r>
      <w:r>
        <w:rPr>
          <w:rFonts w:ascii="Arial" w:hAnsi="Arial" w:eastAsia="Arial"/>
          <w:b w:val="0"/>
          <w:i w:val="0"/>
          <w:color w:val="000000"/>
          <w:sz w:val="21"/>
        </w:rPr>
        <w:t>C. Do</w:t>
      </w:r>
      <w:r>
        <w:t xml:space="preserve">       </w:t>
      </w:r>
      <w:r>
        <w:rPr>
          <w:rFonts w:ascii="Arial" w:hAnsi="Arial" w:eastAsia="Arial"/>
          <w:b w:val="0"/>
          <w:i w:val="0"/>
          <w:color w:val="000000"/>
          <w:sz w:val="21"/>
        </w:rPr>
        <w:t>D. Will</w:t>
      </w:r>
    </w:p>
    <w:p>
      <w:pPr>
        <w:spacing w:after="20"/>
        <w:ind w:left="0" w:firstLine="0"/>
      </w:pPr>
      <w:r>
        <w:rPr>
          <w:rFonts w:ascii="Arial" w:hAnsi="Arial" w:eastAsia="Arial"/>
          <w:b/>
          <w:i w:val="0"/>
          <w:color w:val="000000"/>
          <w:sz w:val="21"/>
        </w:rPr>
        <w:t xml:space="preserve">7. </w:t>
      </w:r>
      <w:r>
        <w:rPr>
          <w:rFonts w:ascii="Arial" w:hAnsi="Arial" w:eastAsia="Arial"/>
          <w:b w:val="0"/>
          <w:i w:val="0"/>
          <w:color w:val="000000"/>
          <w:sz w:val="21"/>
        </w:rPr>
        <w:t>We won't ____ home on New Year's Eve.</w:t>
      </w:r>
    </w:p>
    <w:p>
      <w:pPr>
        <w:spacing w:after="40"/>
        <w:ind w:left="255"/>
      </w:pPr>
      <w:r>
        <w:rPr>
          <w:rFonts w:ascii="Arial" w:hAnsi="Arial" w:eastAsia="Arial"/>
          <w:b w:val="0"/>
          <w:i w:val="0"/>
          <w:color w:val="000000"/>
          <w:sz w:val="21"/>
        </w:rPr>
        <w:t>A. stay</w:t>
      </w:r>
      <w:r>
        <w:t xml:space="preserve">       </w:t>
      </w:r>
      <w:r>
        <w:rPr>
          <w:rFonts w:ascii="Arial" w:hAnsi="Arial" w:eastAsia="Arial"/>
          <w:b w:val="0"/>
          <w:i w:val="0"/>
          <w:color w:val="000000"/>
          <w:sz w:val="21"/>
        </w:rPr>
        <w:t>B. staying</w:t>
      </w:r>
      <w:r>
        <w:t xml:space="preserve">       </w:t>
      </w:r>
      <w:r>
        <w:rPr>
          <w:rFonts w:ascii="Arial" w:hAnsi="Arial" w:eastAsia="Arial"/>
          <w:b w:val="0"/>
          <w:i w:val="0"/>
          <w:color w:val="000000"/>
          <w:sz w:val="21"/>
        </w:rPr>
        <w:t>C. stays</w:t>
      </w:r>
      <w:r>
        <w:t xml:space="preserve">       </w:t>
      </w:r>
      <w:r>
        <w:rPr>
          <w:rFonts w:ascii="Arial" w:hAnsi="Arial" w:eastAsia="Arial"/>
          <w:b w:val="0"/>
          <w:i w:val="0"/>
          <w:color w:val="000000"/>
          <w:sz w:val="21"/>
        </w:rPr>
        <w:t>D. stayed</w:t>
      </w:r>
    </w:p>
    <w:p>
      <w:pPr>
        <w:spacing w:after="20"/>
        <w:ind w:left="0" w:firstLine="0"/>
      </w:pPr>
      <w:r>
        <w:rPr>
          <w:rFonts w:ascii="Arial" w:hAnsi="Arial" w:eastAsia="Arial"/>
          <w:b/>
          <w:i w:val="0"/>
          <w:color w:val="000000"/>
          <w:sz w:val="21"/>
        </w:rPr>
        <w:t xml:space="preserve">8. </w:t>
      </w:r>
      <w:r>
        <w:rPr>
          <w:rFonts w:ascii="Arial" w:hAnsi="Arial" w:eastAsia="Arial"/>
          <w:b w:val="0"/>
          <w:i w:val="0"/>
          <w:color w:val="000000"/>
          <w:sz w:val="21"/>
        </w:rPr>
        <w:t>What ____ Lan do for Tet?</w:t>
      </w:r>
    </w:p>
    <w:p>
      <w:pPr>
        <w:spacing w:after="40"/>
        <w:ind w:left="255"/>
      </w:pPr>
      <w:r>
        <w:rPr>
          <w:rFonts w:ascii="Arial" w:hAnsi="Arial" w:eastAsia="Arial"/>
          <w:b w:val="0"/>
          <w:i w:val="0"/>
          <w:color w:val="000000"/>
          <w:sz w:val="21"/>
        </w:rPr>
        <w:t>A. is</w:t>
      </w:r>
      <w:r>
        <w:t xml:space="preserve">       </w:t>
      </w:r>
      <w:r>
        <w:rPr>
          <w:rFonts w:ascii="Arial" w:hAnsi="Arial" w:eastAsia="Arial"/>
          <w:b w:val="0"/>
          <w:i w:val="0"/>
          <w:color w:val="000000"/>
          <w:sz w:val="21"/>
        </w:rPr>
        <w:t>B. does</w:t>
      </w:r>
      <w:r>
        <w:t xml:space="preserve">       </w:t>
      </w:r>
      <w:r>
        <w:rPr>
          <w:rFonts w:ascii="Arial" w:hAnsi="Arial" w:eastAsia="Arial"/>
          <w:b w:val="0"/>
          <w:i w:val="0"/>
          <w:color w:val="000000"/>
          <w:sz w:val="21"/>
        </w:rPr>
        <w:t>C. did</w:t>
      </w:r>
      <w:r>
        <w:t xml:space="preserve">       </w:t>
      </w:r>
      <w:r>
        <w:rPr>
          <w:rFonts w:ascii="Arial" w:hAnsi="Arial" w:eastAsia="Arial"/>
          <w:b w:val="0"/>
          <w:i w:val="0"/>
          <w:color w:val="000000"/>
          <w:sz w:val="21"/>
        </w:rPr>
        <w:t>D. will</w:t>
      </w:r>
    </w:p>
    <w:p>
      <w:r>
        <w:br w:type="page"/>
      </w:r>
    </w:p>
    <w:p>
      <w:pPr>
        <w:pStyle w:val="Heading1"/>
        <w:keepNext/>
      </w:pPr>
      <w:r>
        <w:rPr>
          <w:rFonts w:ascii="Arial" w:hAnsi="Arial" w:eastAsia="Arial"/>
          <w:b/>
          <w:i w:val="0"/>
          <w:color w:val="1F4E79"/>
          <w:sz w:val="23"/>
        </w:rPr>
        <w:t>III. READING</w:t>
      </w:r>
      <w:r>
        <w:rPr>
          <w:rFonts w:ascii="Arial" w:hAnsi="Arial" w:eastAsia="Arial"/>
          <w:b/>
          <w:i w:val="0"/>
          <w:color w:val="595959"/>
          <w:sz w:val="21"/>
        </w:rPr>
        <w:t xml:space="preserve">  (3.0 points)</w:t>
      </w:r>
    </w:p>
    <w:p>
      <w:pPr>
        <w:keepNext/>
        <w:spacing w:after="40"/>
      </w:pPr>
      <w:r>
        <w:rPr>
          <w:rFonts w:ascii="Arial" w:hAnsi="Arial" w:eastAsia="Arial"/>
          <w:b w:val="0"/>
          <w:i/>
          <w:color w:val="595959"/>
          <w:sz w:val="20"/>
        </w:rPr>
        <w:t>Read the passage and complete Tasks A and B.</w:t>
      </w:r>
    </w:p>
    <w:tbl>
      <w:tblPr>
        <w:tblStyle w:val="TableGrid"/>
        <w:tblW w:type="dxa" w:w="10190"/>
        <w:tblLayout w:type="fixed"/>
        <w:tblLook w:firstColumn="1" w:firstRow="1" w:lastColumn="0" w:lastRow="0" w:noHBand="0" w:noVBand="1" w:val="04A0"/>
        <w:tblInd w:w="100" w:type="dxa"/>
      </w:tblPr>
      <w:tblGrid>
        <w:gridCol w:w="10190"/>
      </w:tblGrid>
      <w:tr>
        <w:tc>
          <w:tcPr>
            <w:tcW w:type="dxa" w:w="10190"/>
            <w:tcMar>
              <w:top w:w="80" w:type="dxa"/>
              <w:start w:w="100" w:type="dxa"/>
              <w:bottom w:w="80" w:type="dxa"/>
              <w:end w:w="100" w:type="dxa"/>
            </w:tcMar>
            <w:vAlign w:val="center"/>
            <w:shd w:fill="F2F2F2"/>
          </w:tcPr>
          <w:p>
            <w:pPr>
              <w:spacing w:before="20" w:after="20" w:line="252" w:lineRule="auto"/>
            </w:pPr>
            <w:r>
              <w:rPr>
                <w:rFonts w:ascii="Arial" w:hAnsi="Arial" w:eastAsia="Arial"/>
                <w:b w:val="0"/>
                <w:i w:val="0"/>
                <w:color w:val="000000"/>
                <w:sz w:val="20"/>
              </w:rPr>
              <w:t>Tet will be busy and exciting for Hoa's family. On the day before Tet, Hoa and her mother will do the shopping. Her father will decorate the house with peach blossoms. In the afternoon, the family will make banh chung and spring rolls together. On New Year's Eve, they will watch a fireworks show in the town square. On the first morning of Tet, Hoa will visit her grandparents and wish them a happy new year.</w:t>
            </w:r>
          </w:p>
        </w:tc>
      </w:tr>
    </w:tbl>
    <w:p>
      <w:pPr>
        <w:pStyle w:val="Heading2"/>
      </w:pPr>
      <w:r>
        <w:rPr>
          <w:rFonts w:ascii="Arial" w:hAnsi="Arial" w:eastAsia="Arial"/>
          <w:b/>
          <w:i w:val="0"/>
          <w:color w:val="1F4E79"/>
          <w:sz w:val="21"/>
        </w:rPr>
        <w:t>A. Write T (True) or F (False). (5 x 0.3 = 1.5 points)</w:t>
      </w:r>
    </w:p>
    <w:p>
      <w:pPr>
        <w:spacing w:after="20"/>
      </w:pPr>
      <w:r>
        <w:rPr>
          <w:rFonts w:ascii="Arial" w:hAnsi="Arial" w:eastAsia="Arial"/>
          <w:b/>
          <w:i w:val="0"/>
          <w:color w:val="000000"/>
          <w:sz w:val="21"/>
        </w:rPr>
        <w:t xml:space="preserve">1. _____  </w:t>
      </w:r>
      <w:r>
        <w:rPr>
          <w:rFonts w:ascii="Arial" w:hAnsi="Arial" w:eastAsia="Arial"/>
          <w:b w:val="0"/>
          <w:i w:val="0"/>
          <w:color w:val="000000"/>
          <w:sz w:val="21"/>
        </w:rPr>
        <w:t>Hoa and her mother will do the shopping.</w:t>
      </w:r>
    </w:p>
    <w:p>
      <w:pPr>
        <w:spacing w:after="20"/>
      </w:pPr>
      <w:r>
        <w:rPr>
          <w:rFonts w:ascii="Arial" w:hAnsi="Arial" w:eastAsia="Arial"/>
          <w:b/>
          <w:i w:val="0"/>
          <w:color w:val="000000"/>
          <w:sz w:val="21"/>
        </w:rPr>
        <w:t xml:space="preserve">2. _____  </w:t>
      </w:r>
      <w:r>
        <w:rPr>
          <w:rFonts w:ascii="Arial" w:hAnsi="Arial" w:eastAsia="Arial"/>
          <w:b w:val="0"/>
          <w:i w:val="0"/>
          <w:color w:val="000000"/>
          <w:sz w:val="21"/>
        </w:rPr>
        <w:t>The family will make food together.</w:t>
      </w:r>
    </w:p>
    <w:p>
      <w:pPr>
        <w:spacing w:after="20"/>
      </w:pPr>
      <w:r>
        <w:rPr>
          <w:rFonts w:ascii="Arial" w:hAnsi="Arial" w:eastAsia="Arial"/>
          <w:b/>
          <w:i w:val="0"/>
          <w:color w:val="000000"/>
          <w:sz w:val="21"/>
        </w:rPr>
        <w:t xml:space="preserve">3. _____  </w:t>
      </w:r>
      <w:r>
        <w:rPr>
          <w:rFonts w:ascii="Arial" w:hAnsi="Arial" w:eastAsia="Arial"/>
          <w:b w:val="0"/>
          <w:i w:val="0"/>
          <w:color w:val="000000"/>
          <w:sz w:val="21"/>
        </w:rPr>
        <w:t>Hoa will visit her grandparents.</w:t>
      </w:r>
    </w:p>
    <w:p>
      <w:pPr>
        <w:spacing w:after="20"/>
      </w:pPr>
      <w:r>
        <w:rPr>
          <w:rFonts w:ascii="Arial" w:hAnsi="Arial" w:eastAsia="Arial"/>
          <w:b/>
          <w:i w:val="0"/>
          <w:color w:val="000000"/>
          <w:sz w:val="21"/>
        </w:rPr>
        <w:t xml:space="preserve">4. _____  </w:t>
      </w:r>
      <w:r>
        <w:rPr>
          <w:rFonts w:ascii="Arial" w:hAnsi="Arial" w:eastAsia="Arial"/>
          <w:b w:val="0"/>
          <w:i w:val="0"/>
          <w:color w:val="000000"/>
          <w:sz w:val="21"/>
        </w:rPr>
        <w:t>Her father will decorate the school.</w:t>
      </w:r>
    </w:p>
    <w:p>
      <w:pPr>
        <w:spacing w:after="20"/>
      </w:pPr>
      <w:r>
        <w:rPr>
          <w:rFonts w:ascii="Arial" w:hAnsi="Arial" w:eastAsia="Arial"/>
          <w:b/>
          <w:i w:val="0"/>
          <w:color w:val="000000"/>
          <w:sz w:val="21"/>
        </w:rPr>
        <w:t xml:space="preserve">5. _____  </w:t>
      </w:r>
      <w:r>
        <w:rPr>
          <w:rFonts w:ascii="Arial" w:hAnsi="Arial" w:eastAsia="Arial"/>
          <w:b w:val="0"/>
          <w:i w:val="0"/>
          <w:color w:val="000000"/>
          <w:sz w:val="21"/>
        </w:rPr>
        <w:t>They will watch fireworks at home.</w:t>
      </w:r>
    </w:p>
    <w:p>
      <w:pPr>
        <w:pStyle w:val="Heading2"/>
      </w:pPr>
      <w:r>
        <w:rPr>
          <w:rFonts w:ascii="Arial" w:hAnsi="Arial" w:eastAsia="Arial"/>
          <w:b/>
          <w:i w:val="0"/>
          <w:color w:val="1F4E79"/>
          <w:sz w:val="21"/>
        </w:rPr>
        <w:t>B. Answer the questions. (5 x 0.3 = 1.5 points)</w:t>
      </w:r>
    </w:p>
    <w:p>
      <w:pPr>
        <w:spacing w:after="20"/>
      </w:pPr>
      <w:r>
        <w:rPr>
          <w:rFonts w:ascii="Arial" w:hAnsi="Arial" w:eastAsia="Arial"/>
          <w:b/>
          <w:i w:val="0"/>
          <w:color w:val="000000"/>
          <w:sz w:val="21"/>
        </w:rPr>
        <w:t xml:space="preserve">1. </w:t>
      </w:r>
      <w:r>
        <w:rPr>
          <w:rFonts w:ascii="Arial" w:hAnsi="Arial" w:eastAsia="Arial"/>
          <w:b w:val="0"/>
          <w:i w:val="0"/>
          <w:color w:val="000000"/>
          <w:sz w:val="21"/>
        </w:rPr>
        <w:t>When will Hoa and her mother shop?</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What flowers will her father use?</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3. </w:t>
      </w:r>
      <w:r>
        <w:rPr>
          <w:rFonts w:ascii="Arial" w:hAnsi="Arial" w:eastAsia="Arial"/>
          <w:b w:val="0"/>
          <w:i w:val="0"/>
          <w:color w:val="000000"/>
          <w:sz w:val="21"/>
        </w:rPr>
        <w:t>What food will the family make?</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4. </w:t>
      </w:r>
      <w:r>
        <w:rPr>
          <w:rFonts w:ascii="Arial" w:hAnsi="Arial" w:eastAsia="Arial"/>
          <w:b w:val="0"/>
          <w:i w:val="0"/>
          <w:color w:val="000000"/>
          <w:sz w:val="21"/>
        </w:rPr>
        <w:t>Where will they watch the fireworks show?</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5. </w:t>
      </w:r>
      <w:r>
        <w:rPr>
          <w:rFonts w:ascii="Arial" w:hAnsi="Arial" w:eastAsia="Arial"/>
          <w:b w:val="0"/>
          <w:i w:val="0"/>
          <w:color w:val="000000"/>
          <w:sz w:val="21"/>
        </w:rPr>
        <w:t>What will Hoa wish her grandparents?</w:t>
      </w:r>
    </w:p>
    <w:p>
      <w:pPr>
        <w:spacing w:before="0" w:after="20"/>
        <w:ind w:left="255"/>
      </w:pPr>
      <w:r>
        <w:rPr>
          <w:rFonts w:ascii="Arial" w:hAnsi="Arial" w:eastAsia="Arial"/>
          <w:b w:val="0"/>
          <w:i w:val="0"/>
          <w:color w:val="595959"/>
          <w:sz w:val="18"/>
        </w:rPr>
        <w:t>________________________________________________________________________________</w:t>
      </w:r>
    </w:p>
    <w:p>
      <w:pPr>
        <w:pStyle w:val="Heading1"/>
        <w:keepNext/>
      </w:pPr>
      <w:r>
        <w:rPr>
          <w:rFonts w:ascii="Arial" w:hAnsi="Arial" w:eastAsia="Arial"/>
          <w:b/>
          <w:i w:val="0"/>
          <w:color w:val="1F4E79"/>
          <w:sz w:val="23"/>
        </w:rPr>
        <w:t>IV. WRITING</w:t>
      </w:r>
      <w:r>
        <w:rPr>
          <w:rFonts w:ascii="Arial" w:hAnsi="Arial" w:eastAsia="Arial"/>
          <w:b/>
          <w:i w:val="0"/>
          <w:color w:val="595959"/>
          <w:sz w:val="21"/>
        </w:rPr>
        <w:t xml:space="preserve">  (3.0 points)</w:t>
      </w:r>
    </w:p>
    <w:p>
      <w:pPr>
        <w:keepNext/>
        <w:spacing w:after="40"/>
      </w:pPr>
      <w:r>
        <w:rPr>
          <w:rFonts w:ascii="Arial" w:hAnsi="Arial" w:eastAsia="Arial"/>
          <w:b w:val="0"/>
          <w:i/>
          <w:color w:val="595959"/>
          <w:sz w:val="20"/>
        </w:rPr>
        <w:t>A. Put the words in the correct order. (4 x 0.5 = 2.0 points)</w:t>
      </w:r>
    </w:p>
    <w:p>
      <w:pPr>
        <w:spacing w:after="20"/>
      </w:pPr>
      <w:r>
        <w:rPr>
          <w:rFonts w:ascii="Arial" w:hAnsi="Arial" w:eastAsia="Arial"/>
          <w:b/>
          <w:i w:val="0"/>
          <w:color w:val="000000"/>
          <w:sz w:val="21"/>
        </w:rPr>
        <w:t xml:space="preserve">1. </w:t>
      </w:r>
      <w:r>
        <w:rPr>
          <w:rFonts w:ascii="Arial" w:hAnsi="Arial" w:eastAsia="Arial"/>
          <w:b w:val="0"/>
          <w:i w:val="0"/>
          <w:color w:val="000000"/>
          <w:sz w:val="21"/>
        </w:rPr>
        <w:t>you / Will / roses / buy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will / Yes / I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3. </w:t>
      </w:r>
      <w:r>
        <w:rPr>
          <w:rFonts w:ascii="Arial" w:hAnsi="Arial" w:eastAsia="Arial"/>
          <w:b w:val="0"/>
          <w:i w:val="0"/>
          <w:color w:val="000000"/>
          <w:sz w:val="21"/>
        </w:rPr>
        <w:t>go / Where / you / will / ?</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4. </w:t>
      </w:r>
      <w:r>
        <w:rPr>
          <w:rFonts w:ascii="Arial" w:hAnsi="Arial" w:eastAsia="Arial"/>
          <w:b w:val="0"/>
          <w:i w:val="0"/>
          <w:color w:val="000000"/>
          <w:sz w:val="21"/>
        </w:rPr>
        <w:t>festival / go / I'll / flower / to / a / .</w:t>
      </w:r>
    </w:p>
    <w:p>
      <w:pPr>
        <w:spacing w:before="0" w:after="20"/>
        <w:ind w:left="255"/>
      </w:pPr>
      <w:r>
        <w:rPr>
          <w:rFonts w:ascii="Arial" w:hAnsi="Arial" w:eastAsia="Arial"/>
          <w:b w:val="0"/>
          <w:i w:val="0"/>
          <w:color w:val="595959"/>
          <w:sz w:val="18"/>
        </w:rPr>
        <w:t>________________________________________________________________________________</w:t>
      </w:r>
    </w:p>
    <w:p>
      <w:pPr>
        <w:keepNext/>
        <w:spacing w:after="40"/>
      </w:pPr>
      <w:r>
        <w:rPr>
          <w:rFonts w:ascii="Arial" w:hAnsi="Arial" w:eastAsia="Arial"/>
          <w:b w:val="0"/>
          <w:i/>
          <w:color w:val="595959"/>
          <w:sz w:val="20"/>
        </w:rPr>
        <w:t>B. Complete or answer as directed. (2 x 0.5 = 1.0 point)</w:t>
      </w:r>
    </w:p>
    <w:p>
      <w:pPr>
        <w:spacing w:after="20"/>
      </w:pPr>
      <w:r>
        <w:rPr>
          <w:rFonts w:ascii="Arial" w:hAnsi="Arial" w:eastAsia="Arial"/>
          <w:b/>
          <w:i w:val="0"/>
          <w:color w:val="000000"/>
          <w:sz w:val="21"/>
        </w:rPr>
        <w:t xml:space="preserve">1. </w:t>
      </w:r>
      <w:r>
        <w:rPr>
          <w:rFonts w:ascii="Arial" w:hAnsi="Arial" w:eastAsia="Arial"/>
          <w:b w:val="0"/>
          <w:i w:val="0"/>
          <w:color w:val="000000"/>
          <w:sz w:val="21"/>
        </w:rPr>
        <w:t>Complete: My family will ____ (decorate) the house.</w:t>
      </w:r>
    </w:p>
    <w:p>
      <w:pPr>
        <w:spacing w:before="0" w:after="20"/>
        <w:ind w:left="255"/>
      </w:pPr>
      <w:r>
        <w:rPr>
          <w:rFonts w:ascii="Arial" w:hAnsi="Arial" w:eastAsia="Arial"/>
          <w:b w:val="0"/>
          <w:i w:val="0"/>
          <w:color w:val="595959"/>
          <w:sz w:val="18"/>
        </w:rPr>
        <w:t>________________________________________________________________________________</w:t>
      </w:r>
    </w:p>
    <w:p>
      <w:pPr>
        <w:spacing w:after="20"/>
      </w:pPr>
      <w:r>
        <w:rPr>
          <w:rFonts w:ascii="Arial" w:hAnsi="Arial" w:eastAsia="Arial"/>
          <w:b/>
          <w:i w:val="0"/>
          <w:color w:val="000000"/>
          <w:sz w:val="21"/>
        </w:rPr>
        <w:t xml:space="preserve">2. </w:t>
      </w:r>
      <w:r>
        <w:rPr>
          <w:rFonts w:ascii="Arial" w:hAnsi="Arial" w:eastAsia="Arial"/>
          <w:b w:val="0"/>
          <w:i w:val="0"/>
          <w:color w:val="000000"/>
          <w:sz w:val="21"/>
        </w:rPr>
        <w:t>Answer: What will you do for Tet?</w:t>
      </w:r>
    </w:p>
    <w:p>
      <w:pPr>
        <w:spacing w:before="0" w:after="20"/>
        <w:ind w:left="255"/>
      </w:pPr>
      <w:r>
        <w:rPr>
          <w:rFonts w:ascii="Arial" w:hAnsi="Arial" w:eastAsia="Arial"/>
          <w:b w:val="0"/>
          <w:i w:val="0"/>
          <w:color w:val="595959"/>
          <w:sz w:val="18"/>
        </w:rPr>
        <w:t>________________________________________________________________________________</w:t>
      </w:r>
    </w:p>
    <w:sectPr w:rsidR="00FC693F" w:rsidRPr="0006063C" w:rsidSect="00034616">
      <w:headerReference w:type="default" r:id="rId9"/>
      <w:footerReference w:type="default" r:id="rId10"/>
      <w:pgSz w:w="11906" w:h="16838"/>
      <w:pgMar w:top="765" w:right="822" w:bottom="709" w:left="822" w:header="312" w:footer="31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Arial" w:hAnsi="Arial" w:eastAsia="Arial"/>
        <w:b w:val="0"/>
        <w:i w:val="0"/>
        <w:color w:val="595959"/>
        <w:sz w:val="17"/>
      </w:rPr>
      <w:t xml:space="preserve">Page </w:t>
    </w:r>
    <w:r>
      <w:rPr>
        <w:rFonts w:ascii="Arial" w:hAnsi="Arial" w:eastAsia="Arial"/>
        <w:b w:val="0"/>
        <w:i w:val="0"/>
        <w:color w:val="595959"/>
        <w:sz w:val="17"/>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eastAsia="Arial"/>
        <w:b/>
        <w:i w:val="0"/>
        <w:color w:val="595959"/>
        <w:sz w:val="17"/>
      </w:rPr>
      <w:t>ENGLISH 5 - GLOBAL SUCCESS | UNIT TEST | UNIT 12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40" w:line="240" w:lineRule="auto"/>
    </w:pPr>
    <w:rPr>
      <w:rFonts w:ascii="Arial" w:hAnsi="Arial" w:eastAsia="Arial"/>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00" w:after="40" w:line="240" w:lineRule="auto"/>
      <w:outlineLvl w:val="0"/>
    </w:pPr>
    <w:rPr>
      <w:rFonts w:asciiTheme="majorHAnsi" w:eastAsiaTheme="majorEastAsia" w:hAnsiTheme="majorHAnsi" w:cstheme="majorBidi" w:ascii="Arial" w:hAnsi="Arial" w:eastAsia="Arial"/>
      <w:b/>
      <w:bCs/>
      <w:color w:val="1F4E79"/>
      <w:sz w:val="23"/>
      <w:szCs w:val="28"/>
    </w:rPr>
  </w:style>
  <w:style w:type="paragraph" w:styleId="Heading2">
    <w:name w:val="heading 2"/>
    <w:basedOn w:val="Normal"/>
    <w:next w:val="Normal"/>
    <w:link w:val="Heading2Char"/>
    <w:uiPriority w:val="9"/>
    <w:unhideWhenUsed/>
    <w:qFormat/>
    <w:rsid w:val="00FC693F"/>
    <w:pPr>
      <w:keepNext/>
      <w:keepLines/>
      <w:spacing w:before="60" w:after="20" w:line="240" w:lineRule="auto"/>
      <w:outlineLvl w:val="1"/>
    </w:pPr>
    <w:rPr>
      <w:rFonts w:asciiTheme="majorHAnsi" w:eastAsiaTheme="majorEastAsia" w:hAnsiTheme="majorHAnsi" w:cstheme="majorBidi" w:ascii="Arial" w:hAnsi="Arial" w:eastAsia="Arial"/>
      <w:b/>
      <w:bCs/>
      <w:color w:val="1F4E79"/>
      <w:sz w:val="21"/>
      <w:szCs w:val="26"/>
    </w:rPr>
  </w:style>
  <w:style w:type="paragraph" w:styleId="Heading3">
    <w:name w:val="heading 3"/>
    <w:basedOn w:val="Normal"/>
    <w:next w:val="Normal"/>
    <w:link w:val="Heading3Char"/>
    <w:uiPriority w:val="9"/>
    <w:unhideWhenUsed/>
    <w:qFormat/>
    <w:rsid w:val="00FC693F"/>
    <w:pPr>
      <w:keepNext/>
      <w:keepLines/>
      <w:spacing w:before="40" w:after="20" w:line="240" w:lineRule="auto"/>
      <w:outlineLvl w:val="2"/>
    </w:pPr>
    <w:rPr>
      <w:rFonts w:asciiTheme="majorHAnsi" w:eastAsiaTheme="majorEastAsia" w:hAnsiTheme="majorHAnsi" w:cstheme="majorBidi" w:ascii="Arial" w:hAnsi="Arial" w:eastAsia="Arial"/>
      <w:b/>
      <w:bCs/>
      <w:color w:val="1F4E79"/>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40" w:line="240" w:lineRule="auto" w:before="0"/>
      <w:contextualSpacing/>
    </w:pPr>
    <w:rPr>
      <w:rFonts w:asciiTheme="majorHAnsi" w:eastAsiaTheme="majorEastAsia" w:hAnsiTheme="majorHAnsi" w:cstheme="majorBidi" w:ascii="Arial" w:hAnsi="Arial" w:eastAsia="Arial"/>
      <w:b/>
      <w:color w:val="000000"/>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English 5 Global Success - Unit 12</dc:title>
  <dc:subject>Unit test and answer key</dc:subject>
  <dc:creator/>
  <cp:keywords/>
  <dc:description>generated by python-docx</dc:description>
  <cp:lastModifiedBy/>
  <cp:revision>1</cp:revision>
  <dcterms:created xsi:type="dcterms:W3CDTF">2013-12-23T23:15:00Z</dcterms:created>
  <dcterms:modified xsi:type="dcterms:W3CDTF">2013-12-23T23:15:00Z</dcterms:modified>
  <cp:category/>
</cp:coreProperties>
</file>