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9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festival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/ˈfestɪvl/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hội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celebrate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/ˈselɪbreɪt/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tổ chức, kỷ niệm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celebration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/ˌselɪˈbreɪʃn/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kỷ niệm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religious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/rɪˈlɪdʒəs/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tôn giáo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seasonal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/ˈsiːzənl/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theo mùa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feast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/fiːst/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bữa tiệc lớn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parade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/pəˈreɪd/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cuộc diễu hành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costume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/ˈkɒstjuːm/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trang phục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performance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/pəˈfɔːməns/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màn biểu diễn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folk dance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/ˈfəʊk dɑːns/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điệu múa dân gian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fireworks display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/ˈfaɪəwɜːks dɪˌspleɪ/</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màn bắn pháo hoa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lantern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/ˈlæntən/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đèn lồng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candy apple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/ˈkændi æpl/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kẹo táo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moon cake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/ˈmuːn keɪk/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bánh trung thu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turkey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/ˈtɜːki/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gà tây</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cranberry sauce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/ˈkrænbəri sɔːs/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sốt nam việt quất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stuffing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/ˈstʌfɪŋ/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nhân nhồi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Easter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/ˈiːstə(r)/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Phục sinh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Thanksgiving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/ˌθæŋksˈɡɪvɪŋ/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Tạ ơn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Halloween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/ˌhæləʊˈiːn/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hội Halloween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Cannes Film Festival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/kænz fɪlm ˈfestɪvl/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Liên hoan phim Cannes</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Tulip Festival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/ˈtjuːlɪp ˈfestɪvl/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Lễ hội hoa tulip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attend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/əˈtend/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tham dự</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decorate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/ˈdekəreɪt/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trang trí</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take place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/teɪk pleɪs/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diễn ra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hold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/həʊld/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tổ chức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fascinating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/ˈfæsɪneɪtɪŋ/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hấp dẫn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joyful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/ˈdʒɔɪfl/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vui mừng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traditional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/trəˈdɪʃənl/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truyền thống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special occasion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/ˌspeʃl əˈkeɪʒn/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dịp đặc biệt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symbol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/ˈsɪmbl/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biểu tượng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camp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/kæmp/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cắm trại; trại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festival goer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/ˈfestɪvl ɡəʊə(r)/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dự lễ hội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organiser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/ˈɔːɡənaɪzə(r)/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tổ chức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attraction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/əˈtrækʃn/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điểm thu hút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ceremony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/ˈserəməni/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nghi lễ</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annual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/ˈænjuəl/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hằng năm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cultural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/ˈkʌltʃərəl/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văn hóa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gather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/ˈɡæðə(r)/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tụ họp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perform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/pəˈfɔːm/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biểu diễn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carve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/kɑːv/</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chạm, khắc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pumpkin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/ˈpʌmpkɪn/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quả bí ngô</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roast turkey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/rəʊst ˈtɜːki/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gà tây quay</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traditional game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/trəˈdɪʃənl ɡeɪm/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trò chơi truyền thống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community event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/kəˈmjuːnəti ɪˈvent/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sự kiện cộng đồng</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celebrate - celebration - celebratory - celebrant</w:t>
            </w:r>
          </w:p>
          <w:p>
            <w:pPr>
              <w:keepNext w:val="0"/>
              <w:spacing w:before="0" w:after="20" w:line="240" w:lineRule="auto"/>
            </w:pPr>
            <w:r>
              <w:rPr>
                <w:rFonts w:ascii="Bookman Old Style" w:hAnsi="Bookman Old Style" w:eastAsia="Bookman Old Style"/>
                <w:color w:val="000000"/>
                <w:sz w:val="17"/>
              </w:rPr>
              <w:t>2. religion - religious - religiously - irreligious</w:t>
            </w:r>
          </w:p>
          <w:p>
            <w:pPr>
              <w:keepNext w:val="0"/>
              <w:spacing w:before="0" w:after="20" w:line="240" w:lineRule="auto"/>
            </w:pPr>
            <w:r>
              <w:rPr>
                <w:rFonts w:ascii="Bookman Old Style" w:hAnsi="Bookman Old Style" w:eastAsia="Bookman Old Style"/>
                <w:color w:val="000000"/>
                <w:sz w:val="17"/>
              </w:rPr>
              <w:t>3. tradition - traditional - traditionally - traditionalist</w:t>
            </w:r>
          </w:p>
          <w:p>
            <w:pPr>
              <w:keepNext w:val="0"/>
              <w:spacing w:before="0" w:after="20" w:line="240" w:lineRule="auto"/>
            </w:pPr>
            <w:r>
              <w:rPr>
                <w:rFonts w:ascii="Bookman Old Style" w:hAnsi="Bookman Old Style" w:eastAsia="Bookman Old Style"/>
                <w:color w:val="000000"/>
                <w:sz w:val="17"/>
              </w:rPr>
              <w:t>4. season - seasonal - seasonally - seasoning</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decorate - decoration - decorative - decorated</w:t>
            </w:r>
          </w:p>
          <w:p>
            <w:pPr>
              <w:keepNext w:val="0"/>
              <w:spacing w:before="0" w:after="20" w:line="240" w:lineRule="auto"/>
            </w:pPr>
            <w:r>
              <w:rPr>
                <w:rFonts w:ascii="Bookman Old Style" w:hAnsi="Bookman Old Style" w:eastAsia="Bookman Old Style"/>
                <w:color w:val="000000"/>
                <w:sz w:val="17"/>
              </w:rPr>
              <w:t>6. perform - performance - performer - performing</w:t>
            </w:r>
          </w:p>
          <w:p>
            <w:pPr>
              <w:keepNext w:val="0"/>
              <w:spacing w:before="0" w:after="20" w:line="240" w:lineRule="auto"/>
            </w:pPr>
            <w:r>
              <w:rPr>
                <w:rFonts w:ascii="Bookman Old Style" w:hAnsi="Bookman Old Style" w:eastAsia="Bookman Old Style"/>
                <w:color w:val="000000"/>
                <w:sz w:val="17"/>
              </w:rPr>
              <w:t>7. fascinate - fascinating - fascinated - fascination</w:t>
            </w:r>
          </w:p>
          <w:p>
            <w:pPr>
              <w:keepNext w:val="0"/>
              <w:spacing w:before="0" w:after="20" w:line="240" w:lineRule="auto"/>
            </w:pPr>
            <w:r>
              <w:rPr>
                <w:rFonts w:ascii="Bookman Old Style" w:hAnsi="Bookman Old Style" w:eastAsia="Bookman Old Style"/>
                <w:color w:val="000000"/>
                <w:sz w:val="17"/>
              </w:rPr>
              <w:t>8. joy - joyful - joyfully - enjoy</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celebrate a festival</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tổ chức lễ hội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hold a parade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tổ chức diễu hành</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take place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diễn ra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attend a festival</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tham dự lễ hội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traditional costume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trang phục truyền thống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fireworks display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màn bắn pháo hoa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folk dance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điệu múa dân gian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special occasion</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dịp đặc biệt</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decorate with</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trang trí bằng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family feast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bữa tiệc gia đình</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Word stress in two-syllable and longer words: 'festival, 'costume, pa'rade, a'ttend, tra'ditional.</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YES / NO QUESTIONS</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Động từ to be</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Am/Is/Are/Was/Were + S ...?</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Were the costumes colourful?</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Hiện tại đơn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Do/Does + S + V ...?</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Do they hold the festival every year?</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Quá khứ đơn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Did + S + V ...?</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Did you attend the parade?</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Động từ khuyết thiếu</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Can/Will/Should + S + V ...?</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Can she make moon cakes?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Trả lời ngắn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Yes, S + trợ động từ. / No, S + trợ động từ + not.</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Yes, they do. / No, she can't.</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Sau do/does/did dùng động từ nguyên mẫu.</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Câu trả lời ngắn lặp lại đúng trợ động từ của câu hỏi.</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Với câu hỏi có 'be', không dùng do/does/did.</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do/does/did; am/is/are/was/were; can</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chia động từ sau do/does/did.</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Do they hold the festival every year?</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they do.</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Did you attend the parade?</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No, I didn't.</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Are the dancers performing?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they are.</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Was the celebration joyful?</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it was.</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Can she make moon cakes?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No, she can't.</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Does the parade start at eight?</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it does.</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feast</w:t>
      </w:r>
      <w:r>
        <w:tab/>
      </w:r>
      <w:r>
        <w:rPr>
          <w:rFonts w:ascii="Bookman Old Style" w:hAnsi="Bookman Old Style" w:eastAsia="Bookman Old Style"/>
          <w:color w:val="000000"/>
          <w:sz w:val="18"/>
        </w:rPr>
        <w:t>B. Easter</w:t>
      </w:r>
      <w:r>
        <w:tab/>
      </w:r>
      <w:r>
        <w:rPr>
          <w:rFonts w:ascii="Bookman Old Style" w:hAnsi="Bookman Old Style" w:eastAsia="Bookman Old Style"/>
          <w:color w:val="000000"/>
          <w:sz w:val="18"/>
        </w:rPr>
        <w:t>C. treat</w:t>
      </w:r>
      <w:r>
        <w:tab/>
      </w:r>
      <w:r>
        <w:rPr>
          <w:rFonts w:ascii="Bookman Old Style" w:hAnsi="Bookman Old Style" w:eastAsia="Bookman Old Style"/>
          <w:color w:val="000000"/>
          <w:sz w:val="18"/>
        </w:rPr>
        <w:t>D. great</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parade</w:t>
      </w:r>
      <w:r>
        <w:tab/>
      </w:r>
      <w:r>
        <w:rPr>
          <w:rFonts w:ascii="Bookman Old Style" w:hAnsi="Bookman Old Style" w:eastAsia="Bookman Old Style"/>
          <w:color w:val="000000"/>
          <w:sz w:val="18"/>
        </w:rPr>
        <w:t>B. lantern</w:t>
      </w:r>
      <w:r>
        <w:tab/>
      </w:r>
      <w:r>
        <w:rPr>
          <w:rFonts w:ascii="Bookman Old Style" w:hAnsi="Bookman Old Style" w:eastAsia="Bookman Old Style"/>
          <w:color w:val="000000"/>
          <w:sz w:val="18"/>
        </w:rPr>
        <w:t>C. take</w:t>
      </w:r>
      <w:r>
        <w:tab/>
      </w:r>
      <w:r>
        <w:rPr>
          <w:rFonts w:ascii="Bookman Old Style" w:hAnsi="Bookman Old Style" w:eastAsia="Bookman Old Style"/>
          <w:color w:val="000000"/>
          <w:sz w:val="18"/>
        </w:rPr>
        <w:t>D. cake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costume</w:t>
      </w:r>
      <w:r>
        <w:tab/>
      </w:r>
      <w:r>
        <w:rPr>
          <w:rFonts w:ascii="Bookman Old Style" w:hAnsi="Bookman Old Style" w:eastAsia="Bookman Old Style"/>
          <w:color w:val="000000"/>
          <w:sz w:val="18"/>
        </w:rPr>
        <w:t>B. local</w:t>
      </w:r>
      <w:r>
        <w:tab/>
      </w:r>
      <w:r>
        <w:rPr>
          <w:rFonts w:ascii="Bookman Old Style" w:hAnsi="Bookman Old Style" w:eastAsia="Bookman Old Style"/>
          <w:color w:val="000000"/>
          <w:sz w:val="18"/>
        </w:rPr>
        <w:t>C. folk</w:t>
      </w:r>
      <w:r>
        <w:tab/>
      </w:r>
      <w:r>
        <w:rPr>
          <w:rFonts w:ascii="Bookman Old Style" w:hAnsi="Bookman Old Style" w:eastAsia="Bookman Old Style"/>
          <w:color w:val="000000"/>
          <w:sz w:val="18"/>
        </w:rPr>
        <w:t>D. holiday</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religious</w:t>
      </w:r>
      <w:r>
        <w:tab/>
      </w:r>
      <w:r>
        <w:rPr>
          <w:rFonts w:ascii="Bookman Old Style" w:hAnsi="Bookman Old Style" w:eastAsia="Bookman Old Style"/>
          <w:color w:val="000000"/>
          <w:sz w:val="18"/>
        </w:rPr>
        <w:t>B. special</w:t>
      </w:r>
      <w:r>
        <w:tab/>
      </w:r>
      <w:r>
        <w:rPr>
          <w:rFonts w:ascii="Bookman Old Style" w:hAnsi="Bookman Old Style" w:eastAsia="Bookman Old Style"/>
          <w:color w:val="000000"/>
          <w:sz w:val="18"/>
        </w:rPr>
        <w:t>C. delicious</w:t>
      </w:r>
      <w:r>
        <w:tab/>
      </w:r>
      <w:r>
        <w:rPr>
          <w:rFonts w:ascii="Bookman Old Style" w:hAnsi="Bookman Old Style" w:eastAsia="Bookman Old Style"/>
          <w:color w:val="000000"/>
          <w:sz w:val="18"/>
        </w:rPr>
        <w:t>D. season</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crowd</w:t>
      </w:r>
      <w:r>
        <w:tab/>
      </w:r>
      <w:r>
        <w:rPr>
          <w:rFonts w:ascii="Bookman Old Style" w:hAnsi="Bookman Old Style" w:eastAsia="Bookman Old Style"/>
          <w:color w:val="000000"/>
          <w:sz w:val="18"/>
        </w:rPr>
        <w:t>B. flower</w:t>
      </w:r>
      <w:r>
        <w:tab/>
      </w:r>
      <w:r>
        <w:rPr>
          <w:rFonts w:ascii="Bookman Old Style" w:hAnsi="Bookman Old Style" w:eastAsia="Bookman Old Style"/>
          <w:color w:val="000000"/>
          <w:sz w:val="18"/>
        </w:rPr>
        <w:t>C. show</w:t>
      </w:r>
      <w:r>
        <w:tab/>
      </w:r>
      <w:r>
        <w:rPr>
          <w:rFonts w:ascii="Bookman Old Style" w:hAnsi="Bookman Old Style" w:eastAsia="Bookman Old Style"/>
          <w:color w:val="000000"/>
          <w:sz w:val="18"/>
        </w:rPr>
        <w:t>D. town</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danced</w:t>
      </w:r>
      <w:r>
        <w:tab/>
      </w:r>
      <w:r>
        <w:rPr>
          <w:rFonts w:ascii="Bookman Old Style" w:hAnsi="Bookman Old Style" w:eastAsia="Bookman Old Style"/>
          <w:color w:val="000000"/>
          <w:sz w:val="18"/>
        </w:rPr>
        <w:t>B. watched</w:t>
      </w:r>
      <w:r>
        <w:tab/>
      </w:r>
      <w:r>
        <w:rPr>
          <w:rFonts w:ascii="Bookman Old Style" w:hAnsi="Bookman Old Style" w:eastAsia="Bookman Old Style"/>
          <w:color w:val="000000"/>
          <w:sz w:val="18"/>
        </w:rPr>
        <w:t>C. played</w:t>
      </w:r>
      <w:r>
        <w:tab/>
      </w:r>
      <w:r>
        <w:rPr>
          <w:rFonts w:ascii="Bookman Old Style" w:hAnsi="Bookman Old Style" w:eastAsia="Bookman Old Style"/>
          <w:color w:val="000000"/>
          <w:sz w:val="18"/>
        </w:rPr>
        <w:t>D. washed</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festival</w:t>
      </w:r>
      <w:r>
        <w:tab/>
      </w:r>
      <w:r>
        <w:rPr>
          <w:rFonts w:ascii="Bookman Old Style" w:hAnsi="Bookman Old Style" w:eastAsia="Bookman Old Style"/>
          <w:color w:val="000000"/>
          <w:sz w:val="18"/>
        </w:rPr>
        <w:t>B. holiday</w:t>
      </w:r>
      <w:r>
        <w:tab/>
      </w:r>
      <w:r>
        <w:rPr>
          <w:rFonts w:ascii="Bookman Old Style" w:hAnsi="Bookman Old Style" w:eastAsia="Bookman Old Style"/>
          <w:color w:val="000000"/>
          <w:sz w:val="18"/>
        </w:rPr>
        <w:t>C. parade</w:t>
      </w:r>
      <w:r>
        <w:tab/>
      </w:r>
      <w:r>
        <w:rPr>
          <w:rFonts w:ascii="Bookman Old Style" w:hAnsi="Bookman Old Style" w:eastAsia="Bookman Old Style"/>
          <w:color w:val="000000"/>
          <w:sz w:val="18"/>
        </w:rPr>
        <w:t>D. family</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attend</w:t>
      </w:r>
      <w:r>
        <w:tab/>
      </w:r>
      <w:r>
        <w:rPr>
          <w:rFonts w:ascii="Bookman Old Style" w:hAnsi="Bookman Old Style" w:eastAsia="Bookman Old Style"/>
          <w:color w:val="000000"/>
          <w:sz w:val="18"/>
        </w:rPr>
        <w:t>B. perform</w:t>
      </w:r>
      <w:r>
        <w:tab/>
      </w:r>
      <w:r>
        <w:rPr>
          <w:rFonts w:ascii="Bookman Old Style" w:hAnsi="Bookman Old Style" w:eastAsia="Bookman Old Style"/>
          <w:color w:val="000000"/>
          <w:sz w:val="18"/>
        </w:rPr>
        <w:t>C. costume</w:t>
      </w:r>
      <w:r>
        <w:tab/>
      </w:r>
      <w:r>
        <w:rPr>
          <w:rFonts w:ascii="Bookman Old Style" w:hAnsi="Bookman Old Style" w:eastAsia="Bookman Old Style"/>
          <w:color w:val="000000"/>
          <w:sz w:val="18"/>
        </w:rPr>
        <w:t>D. prepare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religious</w:t>
      </w:r>
      <w:r>
        <w:tab/>
      </w:r>
      <w:r>
        <w:rPr>
          <w:rFonts w:ascii="Bookman Old Style" w:hAnsi="Bookman Old Style" w:eastAsia="Bookman Old Style"/>
          <w:color w:val="000000"/>
          <w:sz w:val="18"/>
        </w:rPr>
        <w:t>B. seasonal</w:t>
      </w:r>
      <w:r>
        <w:tab/>
      </w:r>
      <w:r>
        <w:rPr>
          <w:rFonts w:ascii="Bookman Old Style" w:hAnsi="Bookman Old Style" w:eastAsia="Bookman Old Style"/>
          <w:color w:val="000000"/>
          <w:sz w:val="18"/>
        </w:rPr>
        <w:t>C. exciting</w:t>
      </w:r>
      <w:r>
        <w:tab/>
      </w:r>
      <w:r>
        <w:rPr>
          <w:rFonts w:ascii="Bookman Old Style" w:hAnsi="Bookman Old Style" w:eastAsia="Bookman Old Style"/>
          <w:color w:val="000000"/>
          <w:sz w:val="18"/>
        </w:rPr>
        <w:t>D. tradition</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celebrate</w:t>
      </w:r>
      <w:r>
        <w:tab/>
      </w:r>
      <w:r>
        <w:rPr>
          <w:rFonts w:ascii="Bookman Old Style" w:hAnsi="Bookman Old Style" w:eastAsia="Bookman Old Style"/>
          <w:color w:val="000000"/>
          <w:sz w:val="18"/>
        </w:rPr>
        <w:t>B. decorate</w:t>
      </w:r>
      <w:r>
        <w:tab/>
      </w:r>
      <w:r>
        <w:rPr>
          <w:rFonts w:ascii="Bookman Old Style" w:hAnsi="Bookman Old Style" w:eastAsia="Bookman Old Style"/>
          <w:color w:val="000000"/>
          <w:sz w:val="18"/>
        </w:rPr>
        <w:t>C. discover</w:t>
      </w:r>
      <w:r>
        <w:tab/>
      </w:r>
      <w:r>
        <w:rPr>
          <w:rFonts w:ascii="Bookman Old Style" w:hAnsi="Bookman Old Style" w:eastAsia="Bookman Old Style"/>
          <w:color w:val="000000"/>
          <w:sz w:val="18"/>
        </w:rPr>
        <w:t>D. organise</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joyful</w:t>
      </w:r>
      <w:r>
        <w:tab/>
      </w:r>
      <w:r>
        <w:rPr>
          <w:rFonts w:ascii="Bookman Old Style" w:hAnsi="Bookman Old Style" w:eastAsia="Bookman Old Style"/>
          <w:color w:val="000000"/>
          <w:sz w:val="18"/>
        </w:rPr>
        <w:t>B. special</w:t>
      </w:r>
      <w:r>
        <w:tab/>
      </w:r>
      <w:r>
        <w:rPr>
          <w:rFonts w:ascii="Bookman Old Style" w:hAnsi="Bookman Old Style" w:eastAsia="Bookman Old Style"/>
          <w:color w:val="000000"/>
          <w:sz w:val="18"/>
        </w:rPr>
        <w:t>C. event</w:t>
      </w:r>
      <w:r>
        <w:tab/>
      </w:r>
      <w:r>
        <w:rPr>
          <w:rFonts w:ascii="Bookman Old Style" w:hAnsi="Bookman Old Style" w:eastAsia="Bookman Old Style"/>
          <w:color w:val="000000"/>
          <w:sz w:val="18"/>
        </w:rPr>
        <w:t>D. lantern</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occasion</w:t>
      </w:r>
      <w:r>
        <w:tab/>
      </w:r>
      <w:r>
        <w:rPr>
          <w:rFonts w:ascii="Bookman Old Style" w:hAnsi="Bookman Old Style" w:eastAsia="Bookman Old Style"/>
          <w:color w:val="000000"/>
          <w:sz w:val="18"/>
        </w:rPr>
        <w:t>B. performance</w:t>
      </w:r>
      <w:r>
        <w:tab/>
      </w:r>
      <w:r>
        <w:rPr>
          <w:rFonts w:ascii="Bookman Old Style" w:hAnsi="Bookman Old Style" w:eastAsia="Bookman Old Style"/>
          <w:color w:val="000000"/>
          <w:sz w:val="18"/>
        </w:rPr>
        <w:t>C. fascinating</w:t>
      </w:r>
      <w:r>
        <w:tab/>
      </w:r>
      <w:r>
        <w:rPr>
          <w:rFonts w:ascii="Bookman Old Style" w:hAnsi="Bookman Old Style" w:eastAsia="Bookman Old Style"/>
          <w:color w:val="000000"/>
          <w:sz w:val="18"/>
        </w:rPr>
        <w:t>D. fireworks</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People often wear colourful ______ in a street parade.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costumes</w:t>
      </w:r>
      <w:r>
        <w:tab/>
      </w:r>
      <w:r>
        <w:rPr>
          <w:rFonts w:ascii="Bookman Old Style" w:hAnsi="Bookman Old Style" w:eastAsia="Bookman Old Style"/>
          <w:color w:val="000000"/>
          <w:sz w:val="18"/>
        </w:rPr>
        <w:t>B. lanterns</w:t>
      </w:r>
      <w:r>
        <w:tab/>
      </w:r>
      <w:r>
        <w:rPr>
          <w:rFonts w:ascii="Bookman Old Style" w:hAnsi="Bookman Old Style" w:eastAsia="Bookman Old Style"/>
          <w:color w:val="000000"/>
          <w:sz w:val="18"/>
        </w:rPr>
        <w:t>C. feasts</w:t>
      </w:r>
      <w:r>
        <w:tab/>
      </w:r>
      <w:r>
        <w:rPr>
          <w:rFonts w:ascii="Bookman Old Style" w:hAnsi="Bookman Old Style" w:eastAsia="Bookman Old Style"/>
          <w:color w:val="000000"/>
          <w:sz w:val="18"/>
        </w:rPr>
        <w:t>D. symbols</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Thanksgiving is an important family ______ in the USA.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performance</w:t>
      </w:r>
      <w:r>
        <w:tab/>
      </w:r>
      <w:r>
        <w:rPr>
          <w:rFonts w:ascii="Bookman Old Style" w:hAnsi="Bookman Old Style" w:eastAsia="Bookman Old Style"/>
          <w:color w:val="000000"/>
          <w:sz w:val="18"/>
        </w:rPr>
        <w:t>B. celebration</w:t>
      </w:r>
      <w:r>
        <w:tab/>
      </w:r>
      <w:r>
        <w:rPr>
          <w:rFonts w:ascii="Bookman Old Style" w:hAnsi="Bookman Old Style" w:eastAsia="Bookman Old Style"/>
          <w:color w:val="000000"/>
          <w:sz w:val="18"/>
        </w:rPr>
        <w:t>C. costume</w:t>
      </w:r>
      <w:r>
        <w:tab/>
      </w:r>
      <w:r>
        <w:rPr>
          <w:rFonts w:ascii="Bookman Old Style" w:hAnsi="Bookman Old Style" w:eastAsia="Bookman Old Style"/>
          <w:color w:val="000000"/>
          <w:sz w:val="18"/>
        </w:rPr>
        <w:t>D. camp</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fireworks ______ starts at nine o'clock.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display</w:t>
      </w:r>
      <w:r>
        <w:tab/>
      </w:r>
      <w:r>
        <w:rPr>
          <w:rFonts w:ascii="Bookman Old Style" w:hAnsi="Bookman Old Style" w:eastAsia="Bookman Old Style"/>
          <w:color w:val="000000"/>
          <w:sz w:val="18"/>
        </w:rPr>
        <w:t>B. feast</w:t>
      </w:r>
      <w:r>
        <w:tab/>
      </w:r>
      <w:r>
        <w:rPr>
          <w:rFonts w:ascii="Bookman Old Style" w:hAnsi="Bookman Old Style" w:eastAsia="Bookman Old Style"/>
          <w:color w:val="000000"/>
          <w:sz w:val="18"/>
        </w:rPr>
        <w:t>C. dance</w:t>
      </w:r>
      <w:r>
        <w:tab/>
      </w:r>
      <w:r>
        <w:rPr>
          <w:rFonts w:ascii="Bookman Old Style" w:hAnsi="Bookman Old Style" w:eastAsia="Bookman Old Style"/>
          <w:color w:val="000000"/>
          <w:sz w:val="18"/>
        </w:rPr>
        <w:t>D. cake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The festival will ______ in the town square.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take place</w:t>
      </w:r>
      <w:r>
        <w:tab/>
      </w:r>
      <w:r>
        <w:rPr>
          <w:rFonts w:ascii="Bookman Old Style" w:hAnsi="Bookman Old Style" w:eastAsia="Bookman Old Style"/>
          <w:color w:val="000000"/>
          <w:sz w:val="18"/>
        </w:rPr>
        <w:t>B. take care</w:t>
      </w:r>
      <w:r>
        <w:tab/>
      </w:r>
      <w:r>
        <w:rPr>
          <w:rFonts w:ascii="Bookman Old Style" w:hAnsi="Bookman Old Style" w:eastAsia="Bookman Old Style"/>
          <w:color w:val="000000"/>
          <w:sz w:val="18"/>
        </w:rPr>
        <w:t>C. take off</w:t>
      </w:r>
      <w:r>
        <w:tab/>
      </w:r>
      <w:r>
        <w:rPr>
          <w:rFonts w:ascii="Bookman Old Style" w:hAnsi="Bookman Old Style" w:eastAsia="Bookman Old Style"/>
          <w:color w:val="000000"/>
          <w:sz w:val="18"/>
        </w:rPr>
        <w:t>D. take after</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We plan to ______ the Tulip Festival this year.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attend</w:t>
      </w:r>
      <w:r>
        <w:tab/>
      </w:r>
      <w:r>
        <w:rPr>
          <w:rFonts w:ascii="Bookman Old Style" w:hAnsi="Bookman Old Style" w:eastAsia="Bookman Old Style"/>
          <w:color w:val="000000"/>
          <w:sz w:val="18"/>
        </w:rPr>
        <w:t>B. hold</w:t>
      </w:r>
      <w:r>
        <w:tab/>
      </w:r>
      <w:r>
        <w:rPr>
          <w:rFonts w:ascii="Bookman Old Style" w:hAnsi="Bookman Old Style" w:eastAsia="Bookman Old Style"/>
          <w:color w:val="000000"/>
          <w:sz w:val="18"/>
        </w:rPr>
        <w:t>C. decorate</w:t>
      </w:r>
      <w:r>
        <w:tab/>
      </w:r>
      <w:r>
        <w:rPr>
          <w:rFonts w:ascii="Bookman Old Style" w:hAnsi="Bookman Old Style" w:eastAsia="Bookman Old Style"/>
          <w:color w:val="000000"/>
          <w:sz w:val="18"/>
        </w:rPr>
        <w:t>D. perform</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Turkey is a traditional dish at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Halloween</w:t>
      </w:r>
      <w:r>
        <w:tab/>
      </w:r>
      <w:r>
        <w:rPr>
          <w:rFonts w:ascii="Bookman Old Style" w:hAnsi="Bookman Old Style" w:eastAsia="Bookman Old Style"/>
          <w:color w:val="000000"/>
          <w:sz w:val="18"/>
        </w:rPr>
        <w:t>B. Thanksgiving</w:t>
      </w:r>
      <w:r>
        <w:tab/>
      </w:r>
      <w:r>
        <w:rPr>
          <w:rFonts w:ascii="Bookman Old Style" w:hAnsi="Bookman Old Style" w:eastAsia="Bookman Old Style"/>
          <w:color w:val="000000"/>
          <w:sz w:val="18"/>
        </w:rPr>
        <w:t>C. Easter</w:t>
      </w:r>
      <w:r>
        <w:tab/>
      </w:r>
      <w:r>
        <w:rPr>
          <w:rFonts w:ascii="Bookman Old Style" w:hAnsi="Bookman Old Style" w:eastAsia="Bookman Old Style"/>
          <w:color w:val="000000"/>
          <w:sz w:val="18"/>
        </w:rPr>
        <w:t>D. Cannes</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______ they hold this festival every spring?</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Are</w:t>
      </w:r>
      <w:r>
        <w:tab/>
      </w:r>
      <w:r>
        <w:rPr>
          <w:rFonts w:ascii="Bookman Old Style" w:hAnsi="Bookman Old Style" w:eastAsia="Bookman Old Style"/>
          <w:color w:val="000000"/>
          <w:sz w:val="18"/>
        </w:rPr>
        <w:t>B. Do</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Can</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______ you attend the parade yesterday?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Were</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Are the dancers wearing traditional costumes? - Yes,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they do</w:t>
      </w:r>
      <w:r>
        <w:tab/>
      </w:r>
      <w:r>
        <w:rPr>
          <w:rFonts w:ascii="Bookman Old Style" w:hAnsi="Bookman Old Style" w:eastAsia="Bookman Old Style"/>
          <w:color w:val="000000"/>
          <w:sz w:val="18"/>
        </w:rPr>
        <w:t>B. they are</w:t>
      </w:r>
      <w:r>
        <w:tab/>
      </w:r>
      <w:r>
        <w:rPr>
          <w:rFonts w:ascii="Bookman Old Style" w:hAnsi="Bookman Old Style" w:eastAsia="Bookman Old Style"/>
          <w:color w:val="000000"/>
          <w:sz w:val="18"/>
        </w:rPr>
        <w:t>C. they were</w:t>
      </w:r>
      <w:r>
        <w:tab/>
      </w:r>
      <w:r>
        <w:rPr>
          <w:rFonts w:ascii="Bookman Old Style" w:hAnsi="Bookman Old Style" w:eastAsia="Bookman Old Style"/>
          <w:color w:val="000000"/>
          <w:sz w:val="18"/>
        </w:rPr>
        <w:t>D. they can</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Can your sister make moon cakes? - No,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she can't</w:t>
      </w:r>
      <w:r>
        <w:tab/>
      </w:r>
      <w:r>
        <w:rPr>
          <w:rFonts w:ascii="Bookman Old Style" w:hAnsi="Bookman Old Style" w:eastAsia="Bookman Old Style"/>
          <w:color w:val="000000"/>
          <w:sz w:val="18"/>
        </w:rPr>
        <w:t>B. she doesn't</w:t>
      </w:r>
      <w:r>
        <w:tab/>
      </w:r>
      <w:r>
        <w:rPr>
          <w:rFonts w:ascii="Bookman Old Style" w:hAnsi="Bookman Old Style" w:eastAsia="Bookman Old Style"/>
          <w:color w:val="000000"/>
          <w:sz w:val="18"/>
        </w:rPr>
        <w:t>C. she isn't</w:t>
      </w:r>
      <w:r>
        <w:tab/>
      </w:r>
      <w:r>
        <w:rPr>
          <w:rFonts w:ascii="Bookman Old Style" w:hAnsi="Bookman Old Style" w:eastAsia="Bookman Old Style"/>
          <w:color w:val="000000"/>
          <w:sz w:val="18"/>
        </w:rPr>
        <w:t>D. she didn't</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Is Thanksgiving a seasonal festival? - Yes,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it does</w:t>
      </w:r>
      <w:r>
        <w:tab/>
      </w:r>
      <w:r>
        <w:rPr>
          <w:rFonts w:ascii="Bookman Old Style" w:hAnsi="Bookman Old Style" w:eastAsia="Bookman Old Style"/>
          <w:color w:val="000000"/>
          <w:sz w:val="18"/>
        </w:rPr>
        <w:t>B. it is</w:t>
      </w:r>
      <w:r>
        <w:tab/>
      </w:r>
      <w:r>
        <w:rPr>
          <w:rFonts w:ascii="Bookman Old Style" w:hAnsi="Bookman Old Style" w:eastAsia="Bookman Old Style"/>
          <w:color w:val="000000"/>
          <w:sz w:val="18"/>
        </w:rPr>
        <w:t>C. it can</w:t>
      </w:r>
      <w:r>
        <w:tab/>
      </w:r>
      <w:r>
        <w:rPr>
          <w:rFonts w:ascii="Bookman Old Style" w:hAnsi="Bookman Old Style" w:eastAsia="Bookman Old Style"/>
          <w:color w:val="000000"/>
          <w:sz w:val="18"/>
        </w:rPr>
        <w:t>D. it was</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Did the show start on time? - No, it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didn't</w:t>
      </w:r>
      <w:r>
        <w:tab/>
      </w:r>
      <w:r>
        <w:rPr>
          <w:rFonts w:ascii="Bookman Old Style" w:hAnsi="Bookman Old Style" w:eastAsia="Bookman Old Style"/>
          <w:color w:val="000000"/>
          <w:sz w:val="18"/>
        </w:rPr>
        <w:t>B. doesn't</w:t>
      </w:r>
      <w:r>
        <w:tab/>
      </w:r>
      <w:r>
        <w:rPr>
          <w:rFonts w:ascii="Bookman Old Style" w:hAnsi="Bookman Old Style" w:eastAsia="Bookman Old Style"/>
          <w:color w:val="000000"/>
          <w:sz w:val="18"/>
        </w:rPr>
        <w:t>C. isn't</w:t>
      </w:r>
      <w:r>
        <w:tab/>
      </w:r>
      <w:r>
        <w:rPr>
          <w:rFonts w:ascii="Bookman Old Style" w:hAnsi="Bookman Old Style" w:eastAsia="Bookman Old Style"/>
          <w:color w:val="000000"/>
          <w:sz w:val="18"/>
        </w:rPr>
        <w:t>D. wasn't</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Children enjoy ______ Easter eggs.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paint</w:t>
      </w:r>
      <w:r>
        <w:tab/>
      </w:r>
      <w:r>
        <w:rPr>
          <w:rFonts w:ascii="Bookman Old Style" w:hAnsi="Bookman Old Style" w:eastAsia="Bookman Old Style"/>
          <w:color w:val="000000"/>
          <w:sz w:val="18"/>
        </w:rPr>
        <w:t>B. painting</w:t>
      </w:r>
      <w:r>
        <w:tab/>
      </w:r>
      <w:r>
        <w:rPr>
          <w:rFonts w:ascii="Bookman Old Style" w:hAnsi="Bookman Old Style" w:eastAsia="Bookman Old Style"/>
          <w:color w:val="000000"/>
          <w:sz w:val="18"/>
        </w:rPr>
        <w:t>C. to painting</w:t>
      </w:r>
      <w:r>
        <w:tab/>
      </w:r>
      <w:r>
        <w:rPr>
          <w:rFonts w:ascii="Bookman Old Style" w:hAnsi="Bookman Old Style" w:eastAsia="Bookman Old Style"/>
          <w:color w:val="000000"/>
          <w:sz w:val="18"/>
        </w:rPr>
        <w:t>D. painted</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The streets are decorated ______ lanterns.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by</w:t>
      </w:r>
      <w:r>
        <w:tab/>
      </w:r>
      <w:r>
        <w:rPr>
          <w:rFonts w:ascii="Bookman Old Style" w:hAnsi="Bookman Old Style" w:eastAsia="Bookman Old Style"/>
          <w:color w:val="000000"/>
          <w:sz w:val="18"/>
        </w:rPr>
        <w:t>B. with</w:t>
      </w:r>
      <w:r>
        <w:tab/>
      </w:r>
      <w:r>
        <w:rPr>
          <w:rFonts w:ascii="Bookman Old Style" w:hAnsi="Bookman Old Style" w:eastAsia="Bookman Old Style"/>
          <w:color w:val="000000"/>
          <w:sz w:val="18"/>
        </w:rPr>
        <w:t>C. for</w:t>
      </w:r>
      <w:r>
        <w:tab/>
      </w:r>
      <w:r>
        <w:rPr>
          <w:rFonts w:ascii="Bookman Old Style" w:hAnsi="Bookman Old Style" w:eastAsia="Bookman Old Style"/>
          <w:color w:val="000000"/>
          <w:sz w:val="18"/>
        </w:rPr>
        <w:t>D. at</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The festival attracts visitors ______ many countries.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from</w:t>
      </w:r>
      <w:r>
        <w:tab/>
      </w:r>
      <w:r>
        <w:rPr>
          <w:rFonts w:ascii="Bookman Old Style" w:hAnsi="Bookman Old Style" w:eastAsia="Bookman Old Style"/>
          <w:color w:val="000000"/>
          <w:sz w:val="18"/>
        </w:rPr>
        <w:t>B. on</w:t>
      </w:r>
      <w:r>
        <w:tab/>
      </w:r>
      <w:r>
        <w:rPr>
          <w:rFonts w:ascii="Bookman Old Style" w:hAnsi="Bookman Old Style" w:eastAsia="Bookman Old Style"/>
          <w:color w:val="000000"/>
          <w:sz w:val="18"/>
        </w:rPr>
        <w:t>C. at</w:t>
      </w:r>
      <w:r>
        <w:tab/>
      </w:r>
      <w:r>
        <w:rPr>
          <w:rFonts w:ascii="Bookman Old Style" w:hAnsi="Bookman Old Style" w:eastAsia="Bookman Old Style"/>
          <w:color w:val="000000"/>
          <w:sz w:val="18"/>
        </w:rPr>
        <w:t>D. with</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People gather together ______ celebrate the new year.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so</w:t>
      </w:r>
      <w:r>
        <w:tab/>
      </w:r>
      <w:r>
        <w:rPr>
          <w:rFonts w:ascii="Bookman Old Style" w:hAnsi="Bookman Old Style" w:eastAsia="Bookman Old Style"/>
          <w:color w:val="000000"/>
          <w:sz w:val="18"/>
        </w:rPr>
        <w:t>B. to</w:t>
      </w:r>
      <w:r>
        <w:tab/>
      </w:r>
      <w:r>
        <w:rPr>
          <w:rFonts w:ascii="Bookman Old Style" w:hAnsi="Bookman Old Style" w:eastAsia="Bookman Old Style"/>
          <w:color w:val="000000"/>
          <w:sz w:val="18"/>
        </w:rPr>
        <w:t>C. for</w:t>
      </w:r>
      <w:r>
        <w:tab/>
      </w:r>
      <w:r>
        <w:rPr>
          <w:rFonts w:ascii="Bookman Old Style" w:hAnsi="Bookman Old Style" w:eastAsia="Bookman Old Style"/>
          <w:color w:val="000000"/>
          <w:sz w:val="18"/>
        </w:rPr>
        <w:t>D. because</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Thousands of people </w:t>
      </w:r>
      <w:r>
        <w:rPr>
          <w:rFonts w:ascii="Bookman Old Style" w:hAnsi="Bookman Old Style" w:eastAsia="Bookman Old Style"/>
          <w:b/>
          <w:color w:val="000000"/>
          <w:sz w:val="18"/>
          <w:u w:val="single"/>
        </w:rPr>
        <w:t>attend</w:t>
      </w:r>
      <w:r>
        <w:rPr>
          <w:rFonts w:ascii="Bookman Old Style" w:hAnsi="Bookman Old Style" w:eastAsia="Bookman Old Style"/>
          <w:color w:val="000000"/>
          <w:sz w:val="18"/>
        </w:rPr>
        <w:t xml:space="preserve"> the festival.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join</w:t>
      </w:r>
      <w:r>
        <w:tab/>
      </w:r>
      <w:r>
        <w:rPr>
          <w:rFonts w:ascii="Bookman Old Style" w:hAnsi="Bookman Old Style" w:eastAsia="Bookman Old Style"/>
          <w:color w:val="000000"/>
          <w:sz w:val="18"/>
        </w:rPr>
        <w:t>B. avoid</w:t>
      </w:r>
      <w:r>
        <w:tab/>
      </w:r>
      <w:r>
        <w:rPr>
          <w:rFonts w:ascii="Bookman Old Style" w:hAnsi="Bookman Old Style" w:eastAsia="Bookman Old Style"/>
          <w:color w:val="000000"/>
          <w:sz w:val="18"/>
        </w:rPr>
        <w:t>C. prepare</w:t>
      </w:r>
      <w:r>
        <w:tab/>
      </w:r>
      <w:r>
        <w:rPr>
          <w:rFonts w:ascii="Bookman Old Style" w:hAnsi="Bookman Old Style" w:eastAsia="Bookman Old Style"/>
          <w:color w:val="000000"/>
          <w:sz w:val="18"/>
        </w:rPr>
        <w:t>D. organise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parade is </w:t>
      </w:r>
      <w:r>
        <w:rPr>
          <w:rFonts w:ascii="Bookman Old Style" w:hAnsi="Bookman Old Style" w:eastAsia="Bookman Old Style"/>
          <w:b/>
          <w:color w:val="000000"/>
          <w:sz w:val="18"/>
          <w:u w:val="single"/>
        </w:rPr>
        <w:t>fascinating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very interesting</w:t>
      </w:r>
      <w:r>
        <w:tab/>
      </w:r>
      <w:r>
        <w:rPr>
          <w:rFonts w:ascii="Bookman Old Style" w:hAnsi="Bookman Old Style" w:eastAsia="Bookman Old Style"/>
          <w:color w:val="000000"/>
          <w:sz w:val="18"/>
        </w:rPr>
        <w:t>C. traditional</w:t>
      </w:r>
      <w:r>
        <w:tab/>
      </w:r>
      <w:r>
        <w:rPr>
          <w:rFonts w:ascii="Bookman Old Style" w:hAnsi="Bookman Old Style" w:eastAsia="Bookman Old Style"/>
          <w:color w:val="000000"/>
          <w:sz w:val="18"/>
        </w:rPr>
        <w:t>D. short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event </w:t>
      </w:r>
      <w:r>
        <w:rPr>
          <w:rFonts w:ascii="Bookman Old Style" w:hAnsi="Bookman Old Style" w:eastAsia="Bookman Old Style"/>
          <w:b/>
          <w:color w:val="000000"/>
          <w:sz w:val="18"/>
          <w:u w:val="single"/>
        </w:rPr>
        <w:t>takes place</w:t>
      </w:r>
      <w:r>
        <w:rPr>
          <w:rFonts w:ascii="Bookman Old Style" w:hAnsi="Bookman Old Style" w:eastAsia="Bookman Old Style"/>
          <w:color w:val="000000"/>
          <w:sz w:val="18"/>
        </w:rPr>
        <w:t xml:space="preserve"> in June.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happens</w:t>
      </w:r>
      <w:r>
        <w:tab/>
      </w:r>
      <w:r>
        <w:rPr>
          <w:rFonts w:ascii="Bookman Old Style" w:hAnsi="Bookman Old Style" w:eastAsia="Bookman Old Style"/>
          <w:color w:val="000000"/>
          <w:sz w:val="18"/>
        </w:rPr>
        <w:t>B. ends</w:t>
      </w:r>
      <w:r>
        <w:tab/>
      </w:r>
      <w:r>
        <w:rPr>
          <w:rFonts w:ascii="Bookman Old Style" w:hAnsi="Bookman Old Style" w:eastAsia="Bookman Old Style"/>
          <w:color w:val="000000"/>
          <w:sz w:val="18"/>
        </w:rPr>
        <w:t>C. moves</w:t>
      </w:r>
      <w:r>
        <w:tab/>
      </w:r>
      <w:r>
        <w:rPr>
          <w:rFonts w:ascii="Bookman Old Style" w:hAnsi="Bookman Old Style" w:eastAsia="Bookman Old Style"/>
          <w:color w:val="000000"/>
          <w:sz w:val="18"/>
        </w:rPr>
        <w:t>D. returns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family has a large </w:t>
      </w:r>
      <w:r>
        <w:rPr>
          <w:rFonts w:ascii="Bookman Old Style" w:hAnsi="Bookman Old Style" w:eastAsia="Bookman Old Style"/>
          <w:b/>
          <w:color w:val="000000"/>
          <w:sz w:val="18"/>
          <w:u w:val="single"/>
        </w:rPr>
        <w:t>feast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meal</w:t>
      </w:r>
      <w:r>
        <w:tab/>
      </w:r>
      <w:r>
        <w:rPr>
          <w:rFonts w:ascii="Bookman Old Style" w:hAnsi="Bookman Old Style" w:eastAsia="Bookman Old Style"/>
          <w:color w:val="000000"/>
          <w:sz w:val="18"/>
        </w:rPr>
        <w:t>B. show</w:t>
      </w:r>
      <w:r>
        <w:tab/>
      </w:r>
      <w:r>
        <w:rPr>
          <w:rFonts w:ascii="Bookman Old Style" w:hAnsi="Bookman Old Style" w:eastAsia="Bookman Old Style"/>
          <w:color w:val="000000"/>
          <w:sz w:val="18"/>
        </w:rPr>
        <w:t>C. journey</w:t>
      </w:r>
      <w:r>
        <w:tab/>
      </w:r>
      <w:r>
        <w:rPr>
          <w:rFonts w:ascii="Bookman Old Style" w:hAnsi="Bookman Old Style" w:eastAsia="Bookman Old Style"/>
          <w:color w:val="000000"/>
          <w:sz w:val="18"/>
        </w:rPr>
        <w:t>D. game</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streets were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busy</w:t>
      </w:r>
      <w:r>
        <w:tab/>
      </w:r>
      <w:r>
        <w:rPr>
          <w:rFonts w:ascii="Bookman Old Style" w:hAnsi="Bookman Old Style" w:eastAsia="Bookman Old Style"/>
          <w:color w:val="000000"/>
          <w:sz w:val="18"/>
        </w:rPr>
        <w:t>B. empty</w:t>
      </w:r>
      <w:r>
        <w:tab/>
      </w:r>
      <w:r>
        <w:rPr>
          <w:rFonts w:ascii="Bookman Old Style" w:hAnsi="Bookman Old Style" w:eastAsia="Bookman Old Style"/>
          <w:color w:val="000000"/>
          <w:sz w:val="18"/>
        </w:rPr>
        <w:t>C. colourful</w:t>
      </w:r>
      <w:r>
        <w:tab/>
      </w:r>
      <w:r>
        <w:rPr>
          <w:rFonts w:ascii="Bookman Old Style" w:hAnsi="Bookman Old Style" w:eastAsia="Bookman Old Style"/>
          <w:color w:val="000000"/>
          <w:sz w:val="18"/>
        </w:rPr>
        <w:t>D. noisy</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costumes were </w:t>
      </w:r>
      <w:r>
        <w:rPr>
          <w:rFonts w:ascii="Bookman Old Style" w:hAnsi="Bookman Old Style" w:eastAsia="Bookman Old Style"/>
          <w:b/>
          <w:color w:val="000000"/>
          <w:sz w:val="18"/>
          <w:u w:val="single"/>
        </w:rPr>
        <w:t>traditional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modern</w:t>
      </w:r>
      <w:r>
        <w:tab/>
      </w:r>
      <w:r>
        <w:rPr>
          <w:rFonts w:ascii="Bookman Old Style" w:hAnsi="Bookman Old Style" w:eastAsia="Bookman Old Style"/>
          <w:color w:val="000000"/>
          <w:sz w:val="18"/>
        </w:rPr>
        <w:t>B. special</w:t>
      </w:r>
      <w:r>
        <w:tab/>
      </w:r>
      <w:r>
        <w:rPr>
          <w:rFonts w:ascii="Bookman Old Style" w:hAnsi="Bookman Old Style" w:eastAsia="Bookman Old Style"/>
          <w:color w:val="000000"/>
          <w:sz w:val="18"/>
        </w:rPr>
        <w:t>C. local</w:t>
      </w:r>
      <w:r>
        <w:tab/>
      </w:r>
      <w:r>
        <w:rPr>
          <w:rFonts w:ascii="Bookman Old Style" w:hAnsi="Bookman Old Style" w:eastAsia="Bookman Old Style"/>
          <w:color w:val="000000"/>
          <w:sz w:val="18"/>
        </w:rPr>
        <w:t>D. beautiful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celebration was </w:t>
      </w:r>
      <w:r>
        <w:rPr>
          <w:rFonts w:ascii="Bookman Old Style" w:hAnsi="Bookman Old Style" w:eastAsia="Bookman Old Style"/>
          <w:b/>
          <w:color w:val="000000"/>
          <w:sz w:val="18"/>
          <w:u w:val="single"/>
        </w:rPr>
        <w:t>joyful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exciting</w:t>
      </w:r>
      <w:r>
        <w:tab/>
      </w:r>
      <w:r>
        <w:rPr>
          <w:rFonts w:ascii="Bookman Old Style" w:hAnsi="Bookman Old Style" w:eastAsia="Bookman Old Style"/>
          <w:color w:val="000000"/>
          <w:sz w:val="18"/>
        </w:rPr>
        <w:t>B. sad</w:t>
      </w:r>
      <w:r>
        <w:tab/>
      </w:r>
      <w:r>
        <w:rPr>
          <w:rFonts w:ascii="Bookman Old Style" w:hAnsi="Bookman Old Style" w:eastAsia="Bookman Old Style"/>
          <w:color w:val="000000"/>
          <w:sz w:val="18"/>
        </w:rPr>
        <w:t>C. famous</w:t>
      </w:r>
      <w:r>
        <w:tab/>
      </w:r>
      <w:r>
        <w:rPr>
          <w:rFonts w:ascii="Bookman Old Style" w:hAnsi="Bookman Old Style" w:eastAsia="Bookman Old Style"/>
          <w:color w:val="000000"/>
          <w:sz w:val="18"/>
        </w:rPr>
        <w:t>D. religious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festival is </w:t>
      </w:r>
      <w:r>
        <w:rPr>
          <w:rFonts w:ascii="Bookman Old Style" w:hAnsi="Bookman Old Style" w:eastAsia="Bookman Old Style"/>
          <w:b/>
          <w:color w:val="000000"/>
          <w:sz w:val="18"/>
          <w:u w:val="single"/>
        </w:rPr>
        <w:t>popular</w:t>
      </w:r>
      <w:r>
        <w:rPr>
          <w:rFonts w:ascii="Bookman Old Style" w:hAnsi="Bookman Old Style" w:eastAsia="Bookman Old Style"/>
          <w:color w:val="000000"/>
          <w:sz w:val="18"/>
        </w:rPr>
        <w:t xml:space="preserve"> with tourists.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well-known</w:t>
      </w:r>
      <w:r>
        <w:tab/>
      </w:r>
      <w:r>
        <w:rPr>
          <w:rFonts w:ascii="Bookman Old Style" w:hAnsi="Bookman Old Style" w:eastAsia="Bookman Old Style"/>
          <w:color w:val="000000"/>
          <w:sz w:val="18"/>
        </w:rPr>
        <w:t>B. unpopular</w:t>
      </w:r>
      <w:r>
        <w:tab/>
      </w:r>
      <w:r>
        <w:rPr>
          <w:rFonts w:ascii="Bookman Old Style" w:hAnsi="Bookman Old Style" w:eastAsia="Bookman Old Style"/>
          <w:color w:val="000000"/>
          <w:sz w:val="18"/>
        </w:rPr>
        <w:t>C. seasonal</w:t>
      </w:r>
      <w:r>
        <w:tab/>
      </w:r>
      <w:r>
        <w:rPr>
          <w:rFonts w:ascii="Bookman Old Style" w:hAnsi="Bookman Old Style" w:eastAsia="Bookman Old Style"/>
          <w:color w:val="000000"/>
          <w:sz w:val="18"/>
        </w:rPr>
        <w:t>D. international</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______ they celebrate Easter in your town?</w:t>
      </w:r>
    </w:p>
    <w:p>
      <w:pPr>
        <w:keepNext w:val="0"/>
        <w:spacing w:before="0" w:after="20" w:line="240" w:lineRule="auto"/>
      </w:pPr>
      <w:r>
        <w:rPr>
          <w:rFonts w:ascii="Bookman Old Style" w:hAnsi="Bookman Old Style" w:eastAsia="Bookman Old Style"/>
          <w:color w:val="000000"/>
          <w:sz w:val="19"/>
        </w:rPr>
        <w:t>2. ______ you see the fireworks last night?</w:t>
      </w:r>
    </w:p>
    <w:p>
      <w:pPr>
        <w:keepNext w:val="0"/>
        <w:spacing w:before="0" w:after="20" w:line="240" w:lineRule="auto"/>
      </w:pPr>
      <w:r>
        <w:rPr>
          <w:rFonts w:ascii="Bookman Old Style" w:hAnsi="Bookman Old Style" w:eastAsia="Bookman Old Style"/>
          <w:color w:val="000000"/>
          <w:sz w:val="19"/>
        </w:rPr>
        <w:t>3. ______ the children wearing costumes now?</w:t>
      </w:r>
    </w:p>
    <w:p>
      <w:pPr>
        <w:keepNext w:val="0"/>
        <w:spacing w:before="0" w:after="20" w:line="240" w:lineRule="auto"/>
      </w:pPr>
      <w:r>
        <w:rPr>
          <w:rFonts w:ascii="Bookman Old Style" w:hAnsi="Bookman Old Style" w:eastAsia="Bookman Old Style"/>
          <w:color w:val="000000"/>
          <w:sz w:val="19"/>
        </w:rPr>
        <w:t>4. ______ she make traditional cakes?</w:t>
      </w:r>
    </w:p>
    <w:p>
      <w:pPr>
        <w:keepNext w:val="0"/>
        <w:spacing w:before="0" w:after="20" w:line="240" w:lineRule="auto"/>
      </w:pPr>
      <w:r>
        <w:rPr>
          <w:rFonts w:ascii="Bookman Old Style" w:hAnsi="Bookman Old Style" w:eastAsia="Bookman Old Style"/>
          <w:color w:val="000000"/>
          <w:sz w:val="19"/>
        </w:rPr>
        <w:t>5. ______ the parade crowded yesterday?</w:t>
      </w:r>
    </w:p>
    <w:p>
      <w:pPr>
        <w:keepNext w:val="0"/>
        <w:spacing w:before="0" w:after="20" w:line="240" w:lineRule="auto"/>
      </w:pPr>
      <w:r>
        <w:rPr>
          <w:rFonts w:ascii="Bookman Old Style" w:hAnsi="Bookman Old Style" w:eastAsia="Bookman Old Style"/>
          <w:color w:val="000000"/>
          <w:sz w:val="19"/>
        </w:rPr>
        <w:t>6. Do people decorate their homes? - Yes, they ______.</w:t>
      </w:r>
    </w:p>
    <w:p>
      <w:pPr>
        <w:keepNext w:val="0"/>
        <w:spacing w:before="0" w:after="20" w:line="240" w:lineRule="auto"/>
      </w:pPr>
      <w:r>
        <w:rPr>
          <w:rFonts w:ascii="Bookman Old Style" w:hAnsi="Bookman Old Style" w:eastAsia="Bookman Old Style"/>
          <w:color w:val="000000"/>
          <w:sz w:val="19"/>
        </w:rPr>
        <w:t>7. Did he join the folk dance? - No, he ______.</w:t>
      </w:r>
    </w:p>
    <w:p>
      <w:pPr>
        <w:keepNext w:val="0"/>
        <w:spacing w:before="0" w:after="20" w:line="240" w:lineRule="auto"/>
      </w:pPr>
      <w:r>
        <w:rPr>
          <w:rFonts w:ascii="Bookman Old Style" w:hAnsi="Bookman Old Style" w:eastAsia="Bookman Old Style"/>
          <w:color w:val="000000"/>
          <w:sz w:val="19"/>
        </w:rPr>
        <w:t>8. Are you going to the festival? - Yes, I ______.</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(Do / Are) they hold the festival every year?</w:t>
      </w:r>
    </w:p>
    <w:p>
      <w:pPr>
        <w:keepNext w:val="0"/>
        <w:spacing w:before="0" w:after="20" w:line="240" w:lineRule="auto"/>
      </w:pPr>
      <w:r>
        <w:rPr>
          <w:rFonts w:ascii="Bookman Old Style" w:hAnsi="Bookman Old Style" w:eastAsia="Bookman Old Style"/>
          <w:color w:val="000000"/>
          <w:sz w:val="19"/>
        </w:rPr>
        <w:t>2. (Did / Were) you at the feast last night?</w:t>
      </w:r>
    </w:p>
    <w:p>
      <w:pPr>
        <w:keepNext w:val="0"/>
        <w:spacing w:before="0" w:after="20" w:line="240" w:lineRule="auto"/>
      </w:pPr>
      <w:r>
        <w:rPr>
          <w:rFonts w:ascii="Bookman Old Style" w:hAnsi="Bookman Old Style" w:eastAsia="Bookman Old Style"/>
          <w:color w:val="000000"/>
          <w:sz w:val="19"/>
        </w:rPr>
        <w:t>3. (Can / Does) she play the drum?</w:t>
      </w:r>
    </w:p>
    <w:p>
      <w:pPr>
        <w:keepNext w:val="0"/>
        <w:spacing w:before="0" w:after="20" w:line="240" w:lineRule="auto"/>
      </w:pPr>
      <w:r>
        <w:rPr>
          <w:rFonts w:ascii="Bookman Old Style" w:hAnsi="Bookman Old Style" w:eastAsia="Bookman Old Style"/>
          <w:color w:val="000000"/>
          <w:sz w:val="19"/>
        </w:rPr>
        <w:t>4. (Is / Does) the parade start at eight?</w:t>
      </w:r>
    </w:p>
    <w:p>
      <w:pPr>
        <w:keepNext w:val="0"/>
        <w:spacing w:before="0" w:after="20" w:line="240" w:lineRule="auto"/>
      </w:pPr>
      <w:r>
        <w:rPr>
          <w:rFonts w:ascii="Bookman Old Style" w:hAnsi="Bookman Old Style" w:eastAsia="Bookman Old Style"/>
          <w:color w:val="000000"/>
          <w:sz w:val="19"/>
        </w:rPr>
        <w:t>5. Did they (decorate / decorated) the hall?</w:t>
      </w:r>
    </w:p>
    <w:p>
      <w:pPr>
        <w:keepNext w:val="0"/>
        <w:spacing w:before="0" w:after="20" w:line="240" w:lineRule="auto"/>
      </w:pPr>
      <w:r>
        <w:rPr>
          <w:rFonts w:ascii="Bookman Old Style" w:hAnsi="Bookman Old Style" w:eastAsia="Bookman Old Style"/>
          <w:color w:val="000000"/>
          <w:sz w:val="19"/>
        </w:rPr>
        <w:t>6. Are people (dance / dancing) in the street?</w:t>
      </w:r>
    </w:p>
    <w:p>
      <w:pPr>
        <w:keepNext w:val="0"/>
        <w:spacing w:before="0" w:after="20" w:line="240" w:lineRule="auto"/>
      </w:pPr>
      <w:r>
        <w:rPr>
          <w:rFonts w:ascii="Bookman Old Style" w:hAnsi="Bookman Old Style" w:eastAsia="Bookman Old Style"/>
          <w:color w:val="000000"/>
          <w:sz w:val="19"/>
        </w:rPr>
        <w:t>7. Does he (wear / wears) a costume?</w:t>
      </w:r>
    </w:p>
    <w:p>
      <w:pPr>
        <w:keepNext w:val="0"/>
        <w:spacing w:before="0" w:after="20" w:line="240" w:lineRule="auto"/>
      </w:pPr>
      <w:r>
        <w:rPr>
          <w:rFonts w:ascii="Bookman Old Style" w:hAnsi="Bookman Old Style" w:eastAsia="Bookman Old Style"/>
          <w:color w:val="000000"/>
          <w:sz w:val="19"/>
        </w:rPr>
        <w:t>8. Was the performance (excite / exciting)?</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The town holds a spring ______ every April. (CELEBRATE)</w:t>
      </w:r>
    </w:p>
    <w:p>
      <w:pPr>
        <w:keepNext w:val="0"/>
        <w:spacing w:before="0" w:after="20" w:line="240" w:lineRule="auto"/>
      </w:pPr>
      <w:r>
        <w:rPr>
          <w:rFonts w:ascii="Bookman Old Style" w:hAnsi="Bookman Old Style" w:eastAsia="Bookman Old Style"/>
          <w:color w:val="000000"/>
          <w:sz w:val="19"/>
        </w:rPr>
        <w:t>2. The dancers performed ______ dances. (TRADITION)</w:t>
      </w:r>
    </w:p>
    <w:p>
      <w:pPr>
        <w:keepNext w:val="0"/>
        <w:spacing w:before="0" w:after="20" w:line="240" w:lineRule="auto"/>
      </w:pPr>
      <w:r>
        <w:rPr>
          <w:rFonts w:ascii="Bookman Old Style" w:hAnsi="Bookman Old Style" w:eastAsia="Bookman Old Style"/>
          <w:color w:val="000000"/>
          <w:sz w:val="19"/>
        </w:rPr>
        <w:t>3. The streets were ______ with flowers. (DECORATE)</w:t>
      </w:r>
    </w:p>
    <w:p>
      <w:pPr>
        <w:keepNext w:val="0"/>
        <w:spacing w:before="0" w:after="20" w:line="240" w:lineRule="auto"/>
      </w:pPr>
      <w:r>
        <w:rPr>
          <w:rFonts w:ascii="Bookman Old Style" w:hAnsi="Bookman Old Style" w:eastAsia="Bookman Old Style"/>
          <w:color w:val="000000"/>
          <w:sz w:val="19"/>
        </w:rPr>
        <w:t>4. It was a ______ evening for everyone. (JOY)</w:t>
      </w:r>
    </w:p>
    <w:p>
      <w:pPr>
        <w:keepNext w:val="0"/>
        <w:spacing w:before="0" w:after="20" w:line="240" w:lineRule="auto"/>
      </w:pPr>
      <w:r>
        <w:rPr>
          <w:rFonts w:ascii="Bookman Old Style" w:hAnsi="Bookman Old Style" w:eastAsia="Bookman Old Style"/>
          <w:color w:val="000000"/>
          <w:sz w:val="19"/>
        </w:rPr>
        <w:t>5. The show was truly ______. (FASCINATE)</w:t>
      </w:r>
    </w:p>
    <w:p>
      <w:pPr>
        <w:keepNext w:val="0"/>
        <w:spacing w:before="0" w:after="20" w:line="240" w:lineRule="auto"/>
      </w:pPr>
      <w:r>
        <w:rPr>
          <w:rFonts w:ascii="Bookman Old Style" w:hAnsi="Bookman Old Style" w:eastAsia="Bookman Old Style"/>
          <w:color w:val="000000"/>
          <w:sz w:val="19"/>
        </w:rPr>
        <w:t>6. Many talented ______ joined the event. (PERFORM)</w:t>
      </w:r>
    </w:p>
    <w:p>
      <w:pPr>
        <w:keepNext w:val="0"/>
        <w:spacing w:before="0" w:after="20" w:line="240" w:lineRule="auto"/>
      </w:pPr>
      <w:r>
        <w:rPr>
          <w:rFonts w:ascii="Bookman Old Style" w:hAnsi="Bookman Old Style" w:eastAsia="Bookman Old Style"/>
          <w:color w:val="000000"/>
          <w:sz w:val="19"/>
        </w:rPr>
        <w:t>7. This is an important ______ festival. (RELIGION)</w:t>
      </w:r>
    </w:p>
    <w:p>
      <w:pPr>
        <w:keepNext w:val="0"/>
        <w:spacing w:before="0" w:after="20" w:line="240" w:lineRule="auto"/>
      </w:pPr>
      <w:r>
        <w:rPr>
          <w:rFonts w:ascii="Bookman Old Style" w:hAnsi="Bookman Old Style" w:eastAsia="Bookman Old Style"/>
          <w:color w:val="000000"/>
          <w:sz w:val="19"/>
        </w:rPr>
        <w:t>8. The festival is held ______ in May. (ANNUAL)</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festivals around the world?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festival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parade?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INTERNATIONAL SPRING FESTIVAL</w:t>
        <w:br/>
        <w:t>The festival will (1) ______ place in Riverside Park on 18 March. Visitors can watch folk dances, join a costume (2) ______, and taste traditional food. (3) ______ you want to perform on stage? Register before 10 March. The event opens at nine and (4) ______ at five. Please bring a reusable bottle (5) ______ reduce plastic waste.</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make</w:t>
      </w:r>
      <w:r>
        <w:t xml:space="preserve">     </w:t>
      </w:r>
      <w:r>
        <w:rPr>
          <w:rFonts w:ascii="Bookman Old Style" w:hAnsi="Bookman Old Style" w:eastAsia="Bookman Old Style"/>
          <w:color w:val="000000"/>
          <w:sz w:val="17"/>
        </w:rPr>
        <w:t>B. take</w:t>
      </w:r>
      <w:r>
        <w:t xml:space="preserve">     </w:t>
      </w:r>
      <w:r>
        <w:rPr>
          <w:rFonts w:ascii="Bookman Old Style" w:hAnsi="Bookman Old Style" w:eastAsia="Bookman Old Style"/>
          <w:color w:val="000000"/>
          <w:sz w:val="17"/>
        </w:rPr>
        <w:t>C. hold</w:t>
      </w:r>
      <w:r>
        <w:t xml:space="preserve">     </w:t>
      </w:r>
      <w:r>
        <w:rPr>
          <w:rFonts w:ascii="Bookman Old Style" w:hAnsi="Bookman Old Style" w:eastAsia="Bookman Old Style"/>
          <w:color w:val="000000"/>
          <w:sz w:val="17"/>
        </w:rPr>
        <w:t>D. celebrate</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parade</w:t>
      </w:r>
      <w:r>
        <w:t xml:space="preserve">     </w:t>
      </w:r>
      <w:r>
        <w:rPr>
          <w:rFonts w:ascii="Bookman Old Style" w:hAnsi="Bookman Old Style" w:eastAsia="Bookman Old Style"/>
          <w:color w:val="000000"/>
          <w:sz w:val="17"/>
        </w:rPr>
        <w:t>B. feast</w:t>
      </w:r>
      <w:r>
        <w:t xml:space="preserve">     </w:t>
      </w:r>
      <w:r>
        <w:rPr>
          <w:rFonts w:ascii="Bookman Old Style" w:hAnsi="Bookman Old Style" w:eastAsia="Bookman Old Style"/>
          <w:color w:val="000000"/>
          <w:sz w:val="17"/>
        </w:rPr>
        <w:t>C. lantern</w:t>
      </w:r>
      <w:r>
        <w:t xml:space="preserve">     </w:t>
      </w:r>
      <w:r>
        <w:rPr>
          <w:rFonts w:ascii="Bookman Old Style" w:hAnsi="Bookman Old Style" w:eastAsia="Bookman Old Style"/>
          <w:color w:val="000000"/>
          <w:sz w:val="17"/>
        </w:rPr>
        <w:t>D. symbol</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Are</w:t>
      </w:r>
      <w:r>
        <w:t xml:space="preserve">     </w:t>
      </w:r>
      <w:r>
        <w:rPr>
          <w:rFonts w:ascii="Bookman Old Style" w:hAnsi="Bookman Old Style" w:eastAsia="Bookman Old Style"/>
          <w:color w:val="000000"/>
          <w:sz w:val="17"/>
        </w:rPr>
        <w:t>B. Do</w:t>
      </w:r>
      <w:r>
        <w:t xml:space="preserve">     </w:t>
      </w:r>
      <w:r>
        <w:rPr>
          <w:rFonts w:ascii="Bookman Old Style" w:hAnsi="Bookman Old Style" w:eastAsia="Bookman Old Style"/>
          <w:color w:val="000000"/>
          <w:sz w:val="17"/>
        </w:rPr>
        <w:t>C. Did</w:t>
      </w:r>
      <w:r>
        <w:t xml:space="preserve">     </w:t>
      </w:r>
      <w:r>
        <w:rPr>
          <w:rFonts w:ascii="Bookman Old Style" w:hAnsi="Bookman Old Style" w:eastAsia="Bookman Old Style"/>
          <w:color w:val="000000"/>
          <w:sz w:val="17"/>
        </w:rPr>
        <w:t>D. Were</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finish</w:t>
      </w:r>
      <w:r>
        <w:t xml:space="preserve">     </w:t>
      </w:r>
      <w:r>
        <w:rPr>
          <w:rFonts w:ascii="Bookman Old Style" w:hAnsi="Bookman Old Style" w:eastAsia="Bookman Old Style"/>
          <w:color w:val="000000"/>
          <w:sz w:val="17"/>
        </w:rPr>
        <w:t>B. finishes</w:t>
      </w:r>
      <w:r>
        <w:t xml:space="preserve">     </w:t>
      </w:r>
      <w:r>
        <w:rPr>
          <w:rFonts w:ascii="Bookman Old Style" w:hAnsi="Bookman Old Style" w:eastAsia="Bookman Old Style"/>
          <w:color w:val="000000"/>
          <w:sz w:val="17"/>
        </w:rPr>
        <w:t>C. finished</w:t>
      </w:r>
      <w:r>
        <w:t xml:space="preserve">     </w:t>
      </w:r>
      <w:r>
        <w:rPr>
          <w:rFonts w:ascii="Bookman Old Style" w:hAnsi="Bookman Old Style" w:eastAsia="Bookman Old Style"/>
          <w:color w:val="000000"/>
          <w:sz w:val="17"/>
        </w:rPr>
        <w:t>D. finishing</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for</w:t>
      </w:r>
      <w:r>
        <w:t xml:space="preserve">     </w:t>
      </w:r>
      <w:r>
        <w:rPr>
          <w:rFonts w:ascii="Bookman Old Style" w:hAnsi="Bookman Old Style" w:eastAsia="Bookman Old Style"/>
          <w:color w:val="000000"/>
          <w:sz w:val="17"/>
        </w:rPr>
        <w:t>B. so</w:t>
      </w:r>
      <w:r>
        <w:t xml:space="preserve">     </w:t>
      </w:r>
      <w:r>
        <w:rPr>
          <w:rFonts w:ascii="Bookman Old Style" w:hAnsi="Bookman Old Style" w:eastAsia="Bookman Old Style"/>
          <w:color w:val="000000"/>
          <w:sz w:val="17"/>
        </w:rPr>
        <w:t>C. to</w:t>
      </w:r>
      <w:r>
        <w:t xml:space="preserve">     </w:t>
      </w:r>
      <w:r>
        <w:rPr>
          <w:rFonts w:ascii="Bookman Old Style" w:hAnsi="Bookman Old Style" w:eastAsia="Bookman Old Style"/>
          <w:color w:val="000000"/>
          <w:sz w:val="17"/>
        </w:rPr>
        <w:t>D. because</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The Harvest Moon Festival is a special (1) ______ for families in several Asian countries. People decorate streets with colourful (2) ______ and prepare moon cakes. In the evening, children carry lights and join a small (3) ______. Families often watch the moon together and share a (4) ______. The celebration is joyful, (5) ______ it also reminds people to thank their families.</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occasion</w:t>
      </w:r>
      <w:r>
        <w:t xml:space="preserve">     </w:t>
      </w:r>
      <w:r>
        <w:rPr>
          <w:rFonts w:ascii="Bookman Old Style" w:hAnsi="Bookman Old Style" w:eastAsia="Bookman Old Style"/>
          <w:color w:val="000000"/>
          <w:sz w:val="17"/>
        </w:rPr>
        <w:t>B. costume</w:t>
      </w:r>
      <w:r>
        <w:t xml:space="preserve">     </w:t>
      </w:r>
      <w:r>
        <w:rPr>
          <w:rFonts w:ascii="Bookman Old Style" w:hAnsi="Bookman Old Style" w:eastAsia="Bookman Old Style"/>
          <w:color w:val="000000"/>
          <w:sz w:val="17"/>
        </w:rPr>
        <w:t>C. performance</w:t>
      </w:r>
      <w:r>
        <w:t xml:space="preserve">     </w:t>
      </w:r>
      <w:r>
        <w:rPr>
          <w:rFonts w:ascii="Bookman Old Style" w:hAnsi="Bookman Old Style" w:eastAsia="Bookman Old Style"/>
          <w:color w:val="000000"/>
          <w:sz w:val="17"/>
        </w:rPr>
        <w:t>D. camp</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helmets</w:t>
      </w:r>
      <w:r>
        <w:t xml:space="preserve">     </w:t>
      </w:r>
      <w:r>
        <w:rPr>
          <w:rFonts w:ascii="Bookman Old Style" w:hAnsi="Bookman Old Style" w:eastAsia="Bookman Old Style"/>
          <w:color w:val="000000"/>
          <w:sz w:val="17"/>
        </w:rPr>
        <w:t>B. lanterns</w:t>
      </w:r>
      <w:r>
        <w:t xml:space="preserve">     </w:t>
      </w:r>
      <w:r>
        <w:rPr>
          <w:rFonts w:ascii="Bookman Old Style" w:hAnsi="Bookman Old Style" w:eastAsia="Bookman Old Style"/>
          <w:color w:val="000000"/>
          <w:sz w:val="17"/>
        </w:rPr>
        <w:t>C. panels</w:t>
      </w:r>
      <w:r>
        <w:t xml:space="preserve">     </w:t>
      </w:r>
      <w:r>
        <w:rPr>
          <w:rFonts w:ascii="Bookman Old Style" w:hAnsi="Bookman Old Style" w:eastAsia="Bookman Old Style"/>
          <w:color w:val="000000"/>
          <w:sz w:val="17"/>
        </w:rPr>
        <w:t>D. tickets</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parade</w:t>
      </w:r>
      <w:r>
        <w:t xml:space="preserve">     </w:t>
      </w:r>
      <w:r>
        <w:rPr>
          <w:rFonts w:ascii="Bookman Old Style" w:hAnsi="Bookman Old Style" w:eastAsia="Bookman Old Style"/>
          <w:color w:val="000000"/>
          <w:sz w:val="17"/>
        </w:rPr>
        <w:t>B. review</w:t>
      </w:r>
      <w:r>
        <w:t xml:space="preserve">     </w:t>
      </w:r>
      <w:r>
        <w:rPr>
          <w:rFonts w:ascii="Bookman Old Style" w:hAnsi="Bookman Old Style" w:eastAsia="Bookman Old Style"/>
          <w:color w:val="000000"/>
          <w:sz w:val="17"/>
        </w:rPr>
        <w:t>C. journey</w:t>
      </w:r>
      <w:r>
        <w:t xml:space="preserve">     </w:t>
      </w:r>
      <w:r>
        <w:rPr>
          <w:rFonts w:ascii="Bookman Old Style" w:hAnsi="Bookman Old Style" w:eastAsia="Bookman Old Style"/>
          <w:color w:val="000000"/>
          <w:sz w:val="17"/>
        </w:rPr>
        <w:t>D. traffic jam</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feast</w:t>
      </w:r>
      <w:r>
        <w:t xml:space="preserve">     </w:t>
      </w:r>
      <w:r>
        <w:rPr>
          <w:rFonts w:ascii="Bookman Old Style" w:hAnsi="Bookman Old Style" w:eastAsia="Bookman Old Style"/>
          <w:color w:val="000000"/>
          <w:sz w:val="17"/>
        </w:rPr>
        <w:t>B. film</w:t>
      </w:r>
      <w:r>
        <w:t xml:space="preserve">     </w:t>
      </w:r>
      <w:r>
        <w:rPr>
          <w:rFonts w:ascii="Bookman Old Style" w:hAnsi="Bookman Old Style" w:eastAsia="Bookman Old Style"/>
          <w:color w:val="000000"/>
          <w:sz w:val="17"/>
        </w:rPr>
        <w:t>C. vehicle</w:t>
      </w:r>
      <w:r>
        <w:t xml:space="preserve">     </w:t>
      </w:r>
      <w:r>
        <w:rPr>
          <w:rFonts w:ascii="Bookman Old Style" w:hAnsi="Bookman Old Style" w:eastAsia="Bookman Old Style"/>
          <w:color w:val="000000"/>
          <w:sz w:val="17"/>
        </w:rPr>
        <w:t>D. project</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and</w:t>
      </w:r>
      <w:r>
        <w:t xml:space="preserve">     </w:t>
      </w:r>
      <w:r>
        <w:rPr>
          <w:rFonts w:ascii="Bookman Old Style" w:hAnsi="Bookman Old Style" w:eastAsia="Bookman Old Style"/>
          <w:color w:val="000000"/>
          <w:sz w:val="17"/>
        </w:rPr>
        <w:t>B. but</w:t>
      </w:r>
      <w:r>
        <w:t xml:space="preserve">     </w:t>
      </w:r>
      <w:r>
        <w:rPr>
          <w:rFonts w:ascii="Bookman Old Style" w:hAnsi="Bookman Old Style" w:eastAsia="Bookman Old Style"/>
          <w:color w:val="000000"/>
          <w:sz w:val="17"/>
        </w:rPr>
        <w:t>C. because</w:t>
      </w:r>
      <w:r>
        <w:t xml:space="preserve">     </w:t>
      </w:r>
      <w:r>
        <w:rPr>
          <w:rFonts w:ascii="Bookman Old Style" w:hAnsi="Bookman Old Style" w:eastAsia="Bookman Old Style"/>
          <w:color w:val="000000"/>
          <w:sz w:val="17"/>
        </w:rPr>
        <w:t>D. so</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The Lantern River Festival is held in a small town in northern Thailand every November. In the afternoon, families decorate paper lanterns and write wishes on them. After sunset, people carry the lanterns to the river. They do not put plastic into the water; instead, they use natural materials that break down easily. There are also folk dances, music, and a night market. The festival is both joyful and respectful because visitors are asked to keep quiet during the lantern ceremony.</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When is the festival held?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Every November</w:t>
      </w:r>
      <w:r>
        <w:tab/>
      </w:r>
      <w:r>
        <w:rPr>
          <w:rFonts w:ascii="Bookman Old Style" w:hAnsi="Bookman Old Style" w:eastAsia="Bookman Old Style"/>
          <w:color w:val="000000"/>
          <w:sz w:val="18"/>
        </w:rPr>
        <w:t>B. Every January</w:t>
      </w:r>
      <w:r>
        <w:tab/>
      </w:r>
      <w:r>
        <w:rPr>
          <w:rFonts w:ascii="Bookman Old Style" w:hAnsi="Bookman Old Style" w:eastAsia="Bookman Old Style"/>
          <w:color w:val="000000"/>
          <w:sz w:val="18"/>
        </w:rPr>
        <w:t>C. Every summer</w:t>
      </w:r>
      <w:r>
        <w:tab/>
      </w:r>
      <w:r>
        <w:rPr>
          <w:rFonts w:ascii="Bookman Old Style" w:hAnsi="Bookman Old Style" w:eastAsia="Bookman Old Style"/>
          <w:color w:val="000000"/>
          <w:sz w:val="18"/>
        </w:rPr>
        <w:t>D. Every weekend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What do families write on lanterns?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Prices</w:t>
      </w:r>
      <w:r>
        <w:tab/>
      </w:r>
      <w:r>
        <w:rPr>
          <w:rFonts w:ascii="Bookman Old Style" w:hAnsi="Bookman Old Style" w:eastAsia="Bookman Old Style"/>
          <w:color w:val="000000"/>
          <w:sz w:val="18"/>
        </w:rPr>
        <w:t>B. Songs</w:t>
      </w:r>
      <w:r>
        <w:tab/>
      </w:r>
      <w:r>
        <w:rPr>
          <w:rFonts w:ascii="Bookman Old Style" w:hAnsi="Bookman Old Style" w:eastAsia="Bookman Old Style"/>
          <w:color w:val="000000"/>
          <w:sz w:val="18"/>
        </w:rPr>
        <w:t>C. Wishes</w:t>
      </w:r>
      <w:r>
        <w:tab/>
      </w:r>
      <w:r>
        <w:rPr>
          <w:rFonts w:ascii="Bookman Old Style" w:hAnsi="Bookman Old Style" w:eastAsia="Bookman Old Style"/>
          <w:color w:val="000000"/>
          <w:sz w:val="18"/>
        </w:rPr>
        <w:t>D. Names of foods</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What materials are used?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Plastic only</w:t>
      </w:r>
      <w:r>
        <w:tab/>
      </w:r>
      <w:r>
        <w:rPr>
          <w:rFonts w:ascii="Bookman Old Style" w:hAnsi="Bookman Old Style" w:eastAsia="Bookman Old Style"/>
          <w:color w:val="000000"/>
          <w:sz w:val="18"/>
        </w:rPr>
        <w:t>B. Natural materials</w:t>
      </w:r>
      <w:r>
        <w:tab/>
      </w:r>
      <w:r>
        <w:rPr>
          <w:rFonts w:ascii="Bookman Old Style" w:hAnsi="Bookman Old Style" w:eastAsia="Bookman Old Style"/>
          <w:color w:val="000000"/>
          <w:sz w:val="18"/>
        </w:rPr>
        <w:t>C. Metal</w:t>
      </w:r>
      <w:r>
        <w:tab/>
      </w:r>
      <w:r>
        <w:rPr>
          <w:rFonts w:ascii="Bookman Old Style" w:hAnsi="Bookman Old Style" w:eastAsia="Bookman Old Style"/>
          <w:color w:val="000000"/>
          <w:sz w:val="18"/>
        </w:rPr>
        <w:t>D. Glass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What happens besides the ceremony?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car race</w:t>
      </w:r>
      <w:r>
        <w:tab/>
      </w:r>
      <w:r>
        <w:rPr>
          <w:rFonts w:ascii="Bookman Old Style" w:hAnsi="Bookman Old Style" w:eastAsia="Bookman Old Style"/>
          <w:color w:val="000000"/>
          <w:sz w:val="18"/>
        </w:rPr>
        <w:t>B. Folk dances and music</w:t>
      </w:r>
      <w:r>
        <w:tab/>
      </w:r>
      <w:r>
        <w:rPr>
          <w:rFonts w:ascii="Bookman Old Style" w:hAnsi="Bookman Old Style" w:eastAsia="Bookman Old Style"/>
          <w:color w:val="000000"/>
          <w:sz w:val="18"/>
        </w:rPr>
        <w:t>C. A film show</w:t>
      </w:r>
      <w:r>
        <w:tab/>
      </w:r>
      <w:r>
        <w:rPr>
          <w:rFonts w:ascii="Bookman Old Style" w:hAnsi="Bookman Old Style" w:eastAsia="Bookman Old Style"/>
          <w:color w:val="000000"/>
          <w:sz w:val="18"/>
        </w:rPr>
        <w:t>D. A football match</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Why must visitors keep quiet?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 market is closed</w:t>
      </w:r>
      <w:r>
        <w:tab/>
      </w:r>
      <w:r>
        <w:rPr>
          <w:rFonts w:ascii="Bookman Old Style" w:hAnsi="Bookman Old Style" w:eastAsia="Bookman Old Style"/>
          <w:color w:val="000000"/>
          <w:sz w:val="18"/>
        </w:rPr>
        <w:t>B. The ceremony is respectful</w:t>
      </w:r>
      <w:r>
        <w:tab/>
      </w:r>
      <w:r>
        <w:rPr>
          <w:rFonts w:ascii="Bookman Old Style" w:hAnsi="Bookman Old Style" w:eastAsia="Bookman Old Style"/>
          <w:color w:val="000000"/>
          <w:sz w:val="18"/>
        </w:rPr>
        <w:t>C. Children are sleeping</w:t>
      </w:r>
      <w:r>
        <w:tab/>
      </w:r>
      <w:r>
        <w:rPr>
          <w:rFonts w:ascii="Bookman Old Style" w:hAnsi="Bookman Old Style" w:eastAsia="Bookman Old Style"/>
          <w:color w:val="000000"/>
          <w:sz w:val="18"/>
        </w:rPr>
        <w:t>D. The music is loud</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Community festivals can bring people together. (1) ______. Local groups may prepare food, music, or games. (2) ______. Organisers should also provide bins and reduce single-use plastic. (3) ______. After the festival, volunteers can clean the area. (4) ______.</w:t>
      </w:r>
    </w:p>
    <w:p>
      <w:pPr>
        <w:keepNext w:val="0"/>
        <w:spacing w:before="0" w:after="20" w:line="240" w:lineRule="auto"/>
      </w:pPr>
      <w:r>
        <w:rPr>
          <w:rFonts w:ascii="Bookman Old Style" w:hAnsi="Bookman Old Style" w:eastAsia="Bookman Old Style"/>
          <w:color w:val="000000"/>
          <w:sz w:val="18"/>
        </w:rPr>
        <w:t>A. Planning usually begins several months before the event.</w:t>
      </w:r>
    </w:p>
    <w:p>
      <w:pPr>
        <w:keepNext w:val="0"/>
        <w:spacing w:before="0" w:after="20" w:line="240" w:lineRule="auto"/>
      </w:pPr>
      <w:r>
        <w:rPr>
          <w:rFonts w:ascii="Bookman Old Style" w:hAnsi="Bookman Old Style" w:eastAsia="Bookman Old Style"/>
          <w:color w:val="000000"/>
          <w:sz w:val="18"/>
        </w:rPr>
        <w:t>B. Young people and older residents can work side by side.</w:t>
      </w:r>
    </w:p>
    <w:p>
      <w:pPr>
        <w:keepNext w:val="0"/>
        <w:spacing w:before="0" w:after="20" w:line="240" w:lineRule="auto"/>
      </w:pPr>
      <w:r>
        <w:rPr>
          <w:rFonts w:ascii="Bookman Old Style" w:hAnsi="Bookman Old Style" w:eastAsia="Bookman Old Style"/>
          <w:color w:val="000000"/>
          <w:sz w:val="18"/>
        </w:rPr>
        <w:t>C. Clear signs help visitors use the site safely.</w:t>
      </w:r>
    </w:p>
    <w:p>
      <w:pPr>
        <w:keepNext w:val="0"/>
        <w:spacing w:before="0" w:after="20" w:line="240" w:lineRule="auto"/>
      </w:pPr>
      <w:r>
        <w:rPr>
          <w:rFonts w:ascii="Bookman Old Style" w:hAnsi="Bookman Old Style" w:eastAsia="Bookman Old Style"/>
          <w:color w:val="000000"/>
          <w:sz w:val="18"/>
        </w:rPr>
        <w:t>D. A clean event leaves a positive memory.</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they / festival / every year / hold / do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you / parade / did / yesterday / join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wearing / are / costumes / dancers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take place / when / festival / does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decorated / lanterns / streets / with / are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enjoy / folk dances / visitors / watching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Thanksgiving / turkey / people / eat / at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a special occasion / festival / is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They / celebrate / festival / every spring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Did / you / attend / event / last year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Children / carry / lanterns / street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People / decorate / houses / flowers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Parade / start / 8 a.m. / tomorrow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Festival / attract / thousands / visitors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They hold the festival in May.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Lan attended the parade yesterday.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The dancers are performing now.</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He can make moon cakes.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The celebration was joyful.</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The event happens every autumn.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People often wear colourful ______ in a street parade.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costumes</w:t>
      </w:r>
      <w:r>
        <w:tab/>
      </w:r>
      <w:r>
        <w:rPr>
          <w:rFonts w:ascii="Bookman Old Style" w:hAnsi="Bookman Old Style" w:eastAsia="Bookman Old Style"/>
          <w:color w:val="000000"/>
          <w:sz w:val="18"/>
        </w:rPr>
        <w:t>B. lanterns</w:t>
      </w:r>
      <w:r>
        <w:tab/>
      </w:r>
      <w:r>
        <w:rPr>
          <w:rFonts w:ascii="Bookman Old Style" w:hAnsi="Bookman Old Style" w:eastAsia="Bookman Old Style"/>
          <w:color w:val="000000"/>
          <w:sz w:val="18"/>
        </w:rPr>
        <w:t>C. feasts</w:t>
      </w:r>
      <w:r>
        <w:tab/>
      </w:r>
      <w:r>
        <w:rPr>
          <w:rFonts w:ascii="Bookman Old Style" w:hAnsi="Bookman Old Style" w:eastAsia="Bookman Old Style"/>
          <w:color w:val="000000"/>
          <w:sz w:val="18"/>
        </w:rPr>
        <w:t>D. symbols</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Thanksgiving is an important family ______ in the USA.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performance</w:t>
      </w:r>
      <w:r>
        <w:tab/>
      </w:r>
      <w:r>
        <w:rPr>
          <w:rFonts w:ascii="Bookman Old Style" w:hAnsi="Bookman Old Style" w:eastAsia="Bookman Old Style"/>
          <w:color w:val="000000"/>
          <w:sz w:val="18"/>
        </w:rPr>
        <w:t>B. celebration</w:t>
      </w:r>
      <w:r>
        <w:tab/>
      </w:r>
      <w:r>
        <w:rPr>
          <w:rFonts w:ascii="Bookman Old Style" w:hAnsi="Bookman Old Style" w:eastAsia="Bookman Old Style"/>
          <w:color w:val="000000"/>
          <w:sz w:val="18"/>
        </w:rPr>
        <w:t>C. costume</w:t>
      </w:r>
      <w:r>
        <w:tab/>
      </w:r>
      <w:r>
        <w:rPr>
          <w:rFonts w:ascii="Bookman Old Style" w:hAnsi="Bookman Old Style" w:eastAsia="Bookman Old Style"/>
          <w:color w:val="000000"/>
          <w:sz w:val="18"/>
        </w:rPr>
        <w:t>D. camp</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fireworks ______ starts at nine o'clock.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display</w:t>
      </w:r>
      <w:r>
        <w:tab/>
      </w:r>
      <w:r>
        <w:rPr>
          <w:rFonts w:ascii="Bookman Old Style" w:hAnsi="Bookman Old Style" w:eastAsia="Bookman Old Style"/>
          <w:color w:val="000000"/>
          <w:sz w:val="18"/>
        </w:rPr>
        <w:t>B. feast</w:t>
      </w:r>
      <w:r>
        <w:tab/>
      </w:r>
      <w:r>
        <w:rPr>
          <w:rFonts w:ascii="Bookman Old Style" w:hAnsi="Bookman Old Style" w:eastAsia="Bookman Old Style"/>
          <w:color w:val="000000"/>
          <w:sz w:val="18"/>
        </w:rPr>
        <w:t>C. dance</w:t>
      </w:r>
      <w:r>
        <w:tab/>
      </w:r>
      <w:r>
        <w:rPr>
          <w:rFonts w:ascii="Bookman Old Style" w:hAnsi="Bookman Old Style" w:eastAsia="Bookman Old Style"/>
          <w:color w:val="000000"/>
          <w:sz w:val="18"/>
        </w:rPr>
        <w:t>D. cake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The festival will ______ in the town square.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take place</w:t>
      </w:r>
      <w:r>
        <w:tab/>
      </w:r>
      <w:r>
        <w:rPr>
          <w:rFonts w:ascii="Bookman Old Style" w:hAnsi="Bookman Old Style" w:eastAsia="Bookman Old Style"/>
          <w:color w:val="000000"/>
          <w:sz w:val="18"/>
        </w:rPr>
        <w:t>B. take care</w:t>
      </w:r>
      <w:r>
        <w:tab/>
      </w:r>
      <w:r>
        <w:rPr>
          <w:rFonts w:ascii="Bookman Old Style" w:hAnsi="Bookman Old Style" w:eastAsia="Bookman Old Style"/>
          <w:color w:val="000000"/>
          <w:sz w:val="18"/>
        </w:rPr>
        <w:t>C. take off</w:t>
      </w:r>
      <w:r>
        <w:tab/>
      </w:r>
      <w:r>
        <w:rPr>
          <w:rFonts w:ascii="Bookman Old Style" w:hAnsi="Bookman Old Style" w:eastAsia="Bookman Old Style"/>
          <w:color w:val="000000"/>
          <w:sz w:val="18"/>
        </w:rPr>
        <w:t>D. take after</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We plan to ______ the Tulip Festival this year.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attend</w:t>
      </w:r>
      <w:r>
        <w:tab/>
      </w:r>
      <w:r>
        <w:rPr>
          <w:rFonts w:ascii="Bookman Old Style" w:hAnsi="Bookman Old Style" w:eastAsia="Bookman Old Style"/>
          <w:color w:val="000000"/>
          <w:sz w:val="18"/>
        </w:rPr>
        <w:t>B. hold</w:t>
      </w:r>
      <w:r>
        <w:tab/>
      </w:r>
      <w:r>
        <w:rPr>
          <w:rFonts w:ascii="Bookman Old Style" w:hAnsi="Bookman Old Style" w:eastAsia="Bookman Old Style"/>
          <w:color w:val="000000"/>
          <w:sz w:val="18"/>
        </w:rPr>
        <w:t>C. decorate</w:t>
      </w:r>
      <w:r>
        <w:tab/>
      </w:r>
      <w:r>
        <w:rPr>
          <w:rFonts w:ascii="Bookman Old Style" w:hAnsi="Bookman Old Style" w:eastAsia="Bookman Old Style"/>
          <w:color w:val="000000"/>
          <w:sz w:val="18"/>
        </w:rPr>
        <w:t>D. perform</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Turkey is a traditional dish at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Halloween</w:t>
      </w:r>
      <w:r>
        <w:tab/>
      </w:r>
      <w:r>
        <w:rPr>
          <w:rFonts w:ascii="Bookman Old Style" w:hAnsi="Bookman Old Style" w:eastAsia="Bookman Old Style"/>
          <w:color w:val="000000"/>
          <w:sz w:val="18"/>
        </w:rPr>
        <w:t>B. Thanksgiving</w:t>
      </w:r>
      <w:r>
        <w:tab/>
      </w:r>
      <w:r>
        <w:rPr>
          <w:rFonts w:ascii="Bookman Old Style" w:hAnsi="Bookman Old Style" w:eastAsia="Bookman Old Style"/>
          <w:color w:val="000000"/>
          <w:sz w:val="18"/>
        </w:rPr>
        <w:t>C. Easter</w:t>
      </w:r>
      <w:r>
        <w:tab/>
      </w:r>
      <w:r>
        <w:rPr>
          <w:rFonts w:ascii="Bookman Old Style" w:hAnsi="Bookman Old Style" w:eastAsia="Bookman Old Style"/>
          <w:color w:val="000000"/>
          <w:sz w:val="18"/>
        </w:rPr>
        <w:t>D. Cannes</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______ they hold this festival every spring?</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Are</w:t>
      </w:r>
      <w:r>
        <w:tab/>
      </w:r>
      <w:r>
        <w:rPr>
          <w:rFonts w:ascii="Bookman Old Style" w:hAnsi="Bookman Old Style" w:eastAsia="Bookman Old Style"/>
          <w:color w:val="000000"/>
          <w:sz w:val="18"/>
        </w:rPr>
        <w:t>B. Do</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Can</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______ you attend the parade yesterday?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Do</w:t>
      </w:r>
      <w:r>
        <w:tab/>
      </w:r>
      <w:r>
        <w:rPr>
          <w:rFonts w:ascii="Bookman Old Style" w:hAnsi="Bookman Old Style" w:eastAsia="Bookman Old Style"/>
          <w:color w:val="000000"/>
          <w:sz w:val="18"/>
        </w:rPr>
        <w:t>B. Are</w:t>
      </w:r>
      <w:r>
        <w:tab/>
      </w:r>
      <w:r>
        <w:rPr>
          <w:rFonts w:ascii="Bookman Old Style" w:hAnsi="Bookman Old Style" w:eastAsia="Bookman Old Style"/>
          <w:color w:val="000000"/>
          <w:sz w:val="18"/>
        </w:rPr>
        <w:t>C. Did</w:t>
      </w:r>
      <w:r>
        <w:tab/>
      </w:r>
      <w:r>
        <w:rPr>
          <w:rFonts w:ascii="Bookman Old Style" w:hAnsi="Bookman Old Style" w:eastAsia="Bookman Old Style"/>
          <w:color w:val="000000"/>
          <w:sz w:val="18"/>
        </w:rPr>
        <w:t>D. Were</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Thousands of people </w:t>
      </w:r>
      <w:r>
        <w:rPr>
          <w:rFonts w:ascii="Bookman Old Style" w:hAnsi="Bookman Old Style" w:eastAsia="Bookman Old Style"/>
          <w:b/>
          <w:color w:val="000000"/>
          <w:sz w:val="18"/>
          <w:u w:val="single"/>
        </w:rPr>
        <w:t>attend</w:t>
      </w:r>
      <w:r>
        <w:rPr>
          <w:rFonts w:ascii="Bookman Old Style" w:hAnsi="Bookman Old Style" w:eastAsia="Bookman Old Style"/>
          <w:color w:val="000000"/>
          <w:sz w:val="18"/>
        </w:rPr>
        <w:t xml:space="preserve"> the festival.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join</w:t>
      </w:r>
      <w:r>
        <w:tab/>
      </w:r>
      <w:r>
        <w:rPr>
          <w:rFonts w:ascii="Bookman Old Style" w:hAnsi="Bookman Old Style" w:eastAsia="Bookman Old Style"/>
          <w:color w:val="000000"/>
          <w:sz w:val="18"/>
        </w:rPr>
        <w:t>B. avoid</w:t>
      </w:r>
      <w:r>
        <w:tab/>
      </w:r>
      <w:r>
        <w:rPr>
          <w:rFonts w:ascii="Bookman Old Style" w:hAnsi="Bookman Old Style" w:eastAsia="Bookman Old Style"/>
          <w:color w:val="000000"/>
          <w:sz w:val="18"/>
        </w:rPr>
        <w:t>C. prepare</w:t>
      </w:r>
      <w:r>
        <w:tab/>
      </w:r>
      <w:r>
        <w:rPr>
          <w:rFonts w:ascii="Bookman Old Style" w:hAnsi="Bookman Old Style" w:eastAsia="Bookman Old Style"/>
          <w:color w:val="000000"/>
          <w:sz w:val="18"/>
        </w:rPr>
        <w:t>D. organise</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The parade is </w:t>
      </w:r>
      <w:r>
        <w:rPr>
          <w:rFonts w:ascii="Bookman Old Style" w:hAnsi="Bookman Old Style" w:eastAsia="Bookman Old Style"/>
          <w:b/>
          <w:color w:val="000000"/>
          <w:sz w:val="18"/>
          <w:u w:val="single"/>
        </w:rPr>
        <w:t>fascinating</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boring</w:t>
      </w:r>
      <w:r>
        <w:tab/>
      </w:r>
      <w:r>
        <w:rPr>
          <w:rFonts w:ascii="Bookman Old Style" w:hAnsi="Bookman Old Style" w:eastAsia="Bookman Old Style"/>
          <w:color w:val="000000"/>
          <w:sz w:val="18"/>
        </w:rPr>
        <w:t>B. very interesting</w:t>
      </w:r>
      <w:r>
        <w:tab/>
      </w:r>
      <w:r>
        <w:rPr>
          <w:rFonts w:ascii="Bookman Old Style" w:hAnsi="Bookman Old Style" w:eastAsia="Bookman Old Style"/>
          <w:color w:val="000000"/>
          <w:sz w:val="18"/>
        </w:rPr>
        <w:t>C. traditional</w:t>
      </w:r>
      <w:r>
        <w:tab/>
      </w:r>
      <w:r>
        <w:rPr>
          <w:rFonts w:ascii="Bookman Old Style" w:hAnsi="Bookman Old Style" w:eastAsia="Bookman Old Style"/>
          <w:color w:val="000000"/>
          <w:sz w:val="18"/>
        </w:rPr>
        <w:t>D. short</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The streets were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busy</w:t>
      </w:r>
      <w:r>
        <w:tab/>
      </w:r>
      <w:r>
        <w:rPr>
          <w:rFonts w:ascii="Bookman Old Style" w:hAnsi="Bookman Old Style" w:eastAsia="Bookman Old Style"/>
          <w:color w:val="000000"/>
          <w:sz w:val="18"/>
        </w:rPr>
        <w:t>B. empty</w:t>
      </w:r>
      <w:r>
        <w:tab/>
      </w:r>
      <w:r>
        <w:rPr>
          <w:rFonts w:ascii="Bookman Old Style" w:hAnsi="Bookman Old Style" w:eastAsia="Bookman Old Style"/>
          <w:color w:val="000000"/>
          <w:sz w:val="18"/>
        </w:rPr>
        <w:t>C. colourful</w:t>
      </w:r>
      <w:r>
        <w:tab/>
      </w:r>
      <w:r>
        <w:rPr>
          <w:rFonts w:ascii="Bookman Old Style" w:hAnsi="Bookman Old Style" w:eastAsia="Bookman Old Style"/>
          <w:color w:val="000000"/>
          <w:sz w:val="18"/>
        </w:rPr>
        <w:t>D. noisy</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The costumes were </w:t>
      </w:r>
      <w:r>
        <w:rPr>
          <w:rFonts w:ascii="Bookman Old Style" w:hAnsi="Bookman Old Style" w:eastAsia="Bookman Old Style"/>
          <w:b/>
          <w:color w:val="000000"/>
          <w:sz w:val="18"/>
          <w:u w:val="single"/>
        </w:rPr>
        <w:t>traditional</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modern</w:t>
      </w:r>
      <w:r>
        <w:tab/>
      </w:r>
      <w:r>
        <w:rPr>
          <w:rFonts w:ascii="Bookman Old Style" w:hAnsi="Bookman Old Style" w:eastAsia="Bookman Old Style"/>
          <w:color w:val="000000"/>
          <w:sz w:val="18"/>
        </w:rPr>
        <w:t>B. special</w:t>
      </w:r>
      <w:r>
        <w:tab/>
      </w:r>
      <w:r>
        <w:rPr>
          <w:rFonts w:ascii="Bookman Old Style" w:hAnsi="Bookman Old Style" w:eastAsia="Bookman Old Style"/>
          <w:color w:val="000000"/>
          <w:sz w:val="18"/>
        </w:rPr>
        <w:t>C. local</w:t>
      </w:r>
      <w:r>
        <w:tab/>
      </w:r>
      <w:r>
        <w:rPr>
          <w:rFonts w:ascii="Bookman Old Style" w:hAnsi="Bookman Old Style" w:eastAsia="Bookman Old Style"/>
          <w:color w:val="000000"/>
          <w:sz w:val="18"/>
        </w:rPr>
        <w:t>D. beautiful</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When does the festival open?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Saturday morning</w:t>
      </w:r>
      <w:r>
        <w:tab/>
      </w:r>
      <w:r>
        <w:rPr>
          <w:rFonts w:ascii="Bookman Old Style" w:hAnsi="Bookman Old Style" w:eastAsia="Bookman Old Style"/>
          <w:color w:val="000000"/>
          <w:sz w:val="18"/>
        </w:rPr>
        <w:t>B. Sunday morning</w:t>
      </w:r>
      <w:r>
        <w:tab/>
      </w:r>
      <w:r>
        <w:rPr>
          <w:rFonts w:ascii="Bookman Old Style" w:hAnsi="Bookman Old Style" w:eastAsia="Bookman Old Style"/>
          <w:color w:val="000000"/>
          <w:sz w:val="18"/>
        </w:rPr>
        <w:t>C. Sunday evening</w:t>
      </w:r>
      <w:r>
        <w:tab/>
      </w:r>
      <w:r>
        <w:rPr>
          <w:rFonts w:ascii="Bookman Old Style" w:hAnsi="Bookman Old Style" w:eastAsia="Bookman Old Style"/>
          <w:color w:val="000000"/>
          <w:sz w:val="18"/>
        </w:rPr>
        <w:t>D. Monday morning</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How many countries provide food?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Ten</w:t>
      </w:r>
      <w:r>
        <w:tab/>
      </w:r>
      <w:r>
        <w:rPr>
          <w:rFonts w:ascii="Bookman Old Style" w:hAnsi="Bookman Old Style" w:eastAsia="Bookman Old Style"/>
          <w:color w:val="000000"/>
          <w:sz w:val="18"/>
        </w:rPr>
        <w:t>B. Twelve</w:t>
      </w:r>
      <w:r>
        <w:tab/>
      </w:r>
      <w:r>
        <w:rPr>
          <w:rFonts w:ascii="Bookman Old Style" w:hAnsi="Bookman Old Style" w:eastAsia="Bookman Old Style"/>
          <w:color w:val="000000"/>
          <w:sz w:val="18"/>
        </w:rPr>
        <w:t>C. Twenty</w:t>
      </w:r>
      <w:r>
        <w:tab/>
      </w:r>
      <w:r>
        <w:rPr>
          <w:rFonts w:ascii="Bookman Old Style" w:hAnsi="Bookman Old Style" w:eastAsia="Bookman Old Style"/>
          <w:color w:val="000000"/>
          <w:sz w:val="18"/>
        </w:rPr>
        <w:t>D. Thirty</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What happens at three o'clock?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feast</w:t>
      </w:r>
      <w:r>
        <w:tab/>
      </w:r>
      <w:r>
        <w:rPr>
          <w:rFonts w:ascii="Bookman Old Style" w:hAnsi="Bookman Old Style" w:eastAsia="Bookman Old Style"/>
          <w:color w:val="000000"/>
          <w:sz w:val="18"/>
        </w:rPr>
        <w:t>B. A parade</w:t>
      </w:r>
      <w:r>
        <w:tab/>
      </w:r>
      <w:r>
        <w:rPr>
          <w:rFonts w:ascii="Bookman Old Style" w:hAnsi="Bookman Old Style" w:eastAsia="Bookman Old Style"/>
          <w:color w:val="000000"/>
          <w:sz w:val="18"/>
        </w:rPr>
        <w:t>C. A concert</w:t>
      </w:r>
      <w:r>
        <w:tab/>
      </w:r>
      <w:r>
        <w:rPr>
          <w:rFonts w:ascii="Bookman Old Style" w:hAnsi="Bookman Old Style" w:eastAsia="Bookman Old Style"/>
          <w:color w:val="000000"/>
          <w:sz w:val="18"/>
        </w:rPr>
        <w:t>D. Fireworks</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What should visitors bring?</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Cups and bags</w:t>
      </w:r>
      <w:r>
        <w:tab/>
      </w:r>
      <w:r>
        <w:rPr>
          <w:rFonts w:ascii="Bookman Old Style" w:hAnsi="Bookman Old Style" w:eastAsia="Bookman Old Style"/>
          <w:color w:val="000000"/>
          <w:sz w:val="18"/>
        </w:rPr>
        <w:t>B. Costumes</w:t>
      </w:r>
      <w:r>
        <w:tab/>
      </w:r>
      <w:r>
        <w:rPr>
          <w:rFonts w:ascii="Bookman Old Style" w:hAnsi="Bookman Old Style" w:eastAsia="Bookman Old Style"/>
          <w:color w:val="000000"/>
          <w:sz w:val="18"/>
        </w:rPr>
        <w:t>C. Lanterns</w:t>
      </w:r>
      <w:r>
        <w:tab/>
      </w:r>
      <w:r>
        <w:rPr>
          <w:rFonts w:ascii="Bookman Old Style" w:hAnsi="Bookman Old Style" w:eastAsia="Bookman Old Style"/>
          <w:color w:val="000000"/>
          <w:sz w:val="18"/>
        </w:rPr>
        <w:t>D. Tickets</w:t>
      </w:r>
    </w:p>
    <w:p>
      <w:pPr>
        <w:keepNext w:val="0"/>
        <w:spacing w:before="60" w:after="40" w:line="240" w:lineRule="auto"/>
      </w:pPr>
      <w:r>
        <w:rPr>
          <w:rFonts w:ascii="Bookman Old Style" w:hAnsi="Bookman Old Style" w:eastAsia="Bookman Old Style"/>
          <w:b/>
          <w:color w:val="0033CC"/>
          <w:sz w:val="18"/>
        </w:rPr>
        <w:t>Audio file: G7 - U9 -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Hoa enjoyed the festival.</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There was a fireworks display.</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The organisers wanted to make less smoke.</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Hoa did not try any food.</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U9 -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U9 - Ex22.mp3</w:t>
      </w:r>
    </w:p>
    <w:p>
      <w:pPr>
        <w:keepNext w:val="0"/>
        <w:spacing w:before="0" w:after="140" w:line="259" w:lineRule="auto"/>
        <w:ind w:left="227" w:right="227"/>
      </w:pPr>
      <w:r>
        <w:rPr>
          <w:rFonts w:ascii="Bookman Old Style" w:hAnsi="Bookman Old Style" w:eastAsia="Bookman Old Style"/>
          <w:color w:val="000000"/>
          <w:sz w:val="18"/>
        </w:rPr>
        <w:t>This year's World Food Festival opens at ten o'clock on Sunday morning in Central Park. Visitors can taste dishes from twelve countries, watch cooking shows, and learn simple recipes. At three o'clock, there will be a parade with traditional costumes. Entry is free, but visitors should bring their own cups and bags to reduce waste.</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U9 - Ex23.mp3</w:t>
      </w:r>
    </w:p>
    <w:p>
      <w:pPr>
        <w:keepNext w:val="0"/>
        <w:spacing w:before="0" w:after="40" w:line="252" w:lineRule="auto"/>
        <w:ind w:left="227"/>
      </w:pPr>
      <w:r>
        <w:rPr>
          <w:rFonts w:ascii="Bookman Old Style" w:hAnsi="Bookman Old Style" w:eastAsia="Bookman Old Style"/>
          <w:b/>
          <w:color w:val="0033CC"/>
          <w:sz w:val="18"/>
        </w:rPr>
        <w:t xml:space="preserve">Ben: </w:t>
      </w:r>
      <w:r>
        <w:rPr>
          <w:rFonts w:ascii="Bookman Old Style" w:hAnsi="Bookman Old Style" w:eastAsia="Bookman Old Style"/>
          <w:color w:val="000000"/>
          <w:sz w:val="18"/>
        </w:rPr>
        <w:t>Did you enjoy the Winter Light Festival, Hoa?</w:t>
      </w:r>
    </w:p>
    <w:p>
      <w:pPr>
        <w:keepNext w:val="0"/>
        <w:spacing w:before="0" w:after="40" w:line="252" w:lineRule="auto"/>
        <w:ind w:left="227"/>
      </w:pPr>
      <w:r>
        <w:rPr>
          <w:rFonts w:ascii="Bookman Old Style" w:hAnsi="Bookman Old Style" w:eastAsia="Bookman Old Style"/>
          <w:b/>
          <w:color w:val="0033CC"/>
          <w:sz w:val="18"/>
        </w:rPr>
        <w:t xml:space="preserve">Hoa: </w:t>
      </w:r>
      <w:r>
        <w:rPr>
          <w:rFonts w:ascii="Bookman Old Style" w:hAnsi="Bookman Old Style" w:eastAsia="Bookman Old Style"/>
          <w:color w:val="000000"/>
          <w:sz w:val="18"/>
        </w:rPr>
        <w:t>Yes, I did. The lantern parade was beautiful.</w:t>
      </w:r>
    </w:p>
    <w:p>
      <w:pPr>
        <w:keepNext w:val="0"/>
        <w:spacing w:before="0" w:after="40" w:line="252" w:lineRule="auto"/>
        <w:ind w:left="227"/>
      </w:pPr>
      <w:r>
        <w:rPr>
          <w:rFonts w:ascii="Bookman Old Style" w:hAnsi="Bookman Old Style" w:eastAsia="Bookman Old Style"/>
          <w:b/>
          <w:color w:val="0033CC"/>
          <w:sz w:val="18"/>
        </w:rPr>
        <w:t xml:space="preserve">Ben: </w:t>
      </w:r>
      <w:r>
        <w:rPr>
          <w:rFonts w:ascii="Bookman Old Style" w:hAnsi="Bookman Old Style" w:eastAsia="Bookman Old Style"/>
          <w:color w:val="000000"/>
          <w:sz w:val="18"/>
        </w:rPr>
        <w:t>Were there any fireworks?</w:t>
      </w:r>
    </w:p>
    <w:p>
      <w:pPr>
        <w:keepNext w:val="0"/>
        <w:spacing w:before="0" w:after="40" w:line="252" w:lineRule="auto"/>
        <w:ind w:left="227"/>
      </w:pPr>
      <w:r>
        <w:rPr>
          <w:rFonts w:ascii="Bookman Old Style" w:hAnsi="Bookman Old Style" w:eastAsia="Bookman Old Style"/>
          <w:b/>
          <w:color w:val="0033CC"/>
          <w:sz w:val="18"/>
        </w:rPr>
        <w:t xml:space="preserve">Hoa: </w:t>
      </w:r>
      <w:r>
        <w:rPr>
          <w:rFonts w:ascii="Bookman Old Style" w:hAnsi="Bookman Old Style" w:eastAsia="Bookman Old Style"/>
          <w:color w:val="000000"/>
          <w:sz w:val="18"/>
        </w:rPr>
        <w:t>No, there weren't. The organisers used a laser show because it made less smoke.</w:t>
      </w:r>
    </w:p>
    <w:p>
      <w:pPr>
        <w:keepNext w:val="0"/>
        <w:spacing w:before="0" w:after="40" w:line="252" w:lineRule="auto"/>
        <w:ind w:left="227"/>
      </w:pPr>
      <w:r>
        <w:rPr>
          <w:rFonts w:ascii="Bookman Old Style" w:hAnsi="Bookman Old Style" w:eastAsia="Bookman Old Style"/>
          <w:b/>
          <w:color w:val="0033CC"/>
          <w:sz w:val="18"/>
        </w:rPr>
        <w:t xml:space="preserve">Ben: </w:t>
      </w:r>
      <w:r>
        <w:rPr>
          <w:rFonts w:ascii="Bookman Old Style" w:hAnsi="Bookman Old Style" w:eastAsia="Bookman Old Style"/>
          <w:color w:val="000000"/>
          <w:sz w:val="18"/>
        </w:rPr>
        <w:t>Did you try the food?</w:t>
      </w:r>
    </w:p>
    <w:p>
      <w:pPr>
        <w:keepNext w:val="0"/>
        <w:spacing w:before="0" w:after="40" w:line="252" w:lineRule="auto"/>
        <w:ind w:left="227"/>
      </w:pPr>
      <w:r>
        <w:rPr>
          <w:rFonts w:ascii="Bookman Old Style" w:hAnsi="Bookman Old Style" w:eastAsia="Bookman Old Style"/>
          <w:b/>
          <w:color w:val="0033CC"/>
          <w:sz w:val="18"/>
        </w:rPr>
        <w:t xml:space="preserve">Hoa: </w:t>
      </w:r>
      <w:r>
        <w:rPr>
          <w:rFonts w:ascii="Bookman Old Style" w:hAnsi="Bookman Old Style" w:eastAsia="Bookman Old Style"/>
          <w:color w:val="000000"/>
          <w:sz w:val="18"/>
        </w:rPr>
        <w:t>Yes. I had hot soup and a candy apple.</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