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65 -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Planet Earth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Earth, habitats, geographical features, flora, fauna, and environmental protection.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habitat, flora, fauna, ecosystem,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planet earth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10: PLANET EARTH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104-105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habitat, flora, fauna, ecosystem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habitat, flora, fauna, ecosystem;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flora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fauna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ecosystem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polar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rainforest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habitat, flora, fauna, ecosystem, polar, rainforest, fresh water, nature reserve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'FLORA AND FAUNA IN AN AREA'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FLORA AND FAUNA IN AN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introducing representative flora and fauna in a selected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66 -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Earth, habitats, geographical features, flora, fauna, and environmental protection.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rhythm in sentences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habitat, flora, fauna,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rhythm in sentences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flora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fauna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ecosystem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polar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local flora and fauna, habitat, conservation status, nature reserve;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flora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fauna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ecosystem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polar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rainforest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fresh water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nature reserve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rhythm in sentences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Rhythm in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protect wildlife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save our forests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clean fresh water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natural habitat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planet Earth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living things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67 -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Non-defining relative clauses.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non-defining relative clauses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Non-defining relative clauses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Amazon, which is the largest rainforest, has rich biodiversity.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My aunt, who is a biologist, studies local plants.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non-defining relative clause adds extra information, is separated by commas, and commonly uses who, which, whose, where, or when; do not use that.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Amazon, which is the largest rainforest, has rich biodiversity.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My aunt, who is a biologist, studies local plants.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Cuc Phuong, where many rare species live, is a national park.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107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Amazon, which is the largest rainforest, has rich biodiversity.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My aunt, who is a biologist, studies local plants.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Cuc Phuong, where many rare species live, is a national park.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'FLORA AND FAUNA IN AN AREA'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non-defining relative clause adds extra information, is separated by commas, and commonly uses who, which, whose, where, or when; do not use that.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68 -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persuading someone to do something and responding.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Persuading someone to do something and responding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Why don't you contribute to the wildlife fund? B: All right. I'll make a contribution.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persuading someone to do something and responding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Why don't you contribute to the wildlife fund? B: All right. I'll make a contribution.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local flora and fauna, habitat, conservation status, nature reserve;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discussing threats to flora and fauna and ways to protect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habitat, flora, fauna, ecosystem, polar, rainforest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FLORA AND FAUNA IN AN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introducing representative flora and fauna in a selected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69 -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flora and fauna in different habitats.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discussing threats to flora and fauna and ways to protect them.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species, adapt, habitat, biodiversity.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flora and fauna in different habitats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flora and fauna in different habitats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species, adapt, habitat, biodiversity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local flora and fauna, habitat, conservation status, nature reserve,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species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adapt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biodiversity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Habitats provide living things with food, water, and shelter.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Plants and animals have features that help them survive.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Human actions can damage or protect biodiversity.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discussing threats to flora and fauna and ways to protect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70 -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the effects of living things on the environment.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concise summary of an environmental text.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the effects of living things on the environment.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111-112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the effects of living things on the environment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concise summary of an environmental text.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introducing representative flora and fauna in a selected area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PLANET EARTH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71 -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care for living things and responsible protection of ecosystems;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Earth, habitats, geographical features, flora, fauna, and environmental protection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Non-defining relative clauses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flora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fauna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ecosystem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polar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rainforest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fresh water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nature reserve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Non-defining relative clauses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non-defining relative clause adds extra information, is separated by commas, and commonly uses who, which, whose, where, or when; do not use that.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Amazon, which is the largest rainforest, has rich biodiversity.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My aunt, who is a biologist, studies local plants.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'FLORA AND FAUNA IN AN AREA'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FLORA AND FAUNA IN AN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introducing representative flora and fauna in a selected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10: PLANET EARTH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FLORA AND FAUNA IN AN AREA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sourced digital poster introducing representative flora and fauna in a selected area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10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9 GLOBAL SUCCESS - UNIT 10: PLANET EARTH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