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37 -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A Visit To A School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schools, school facilities, examinations, and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school facilities, computer room, gym, school garden,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a visit to a school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6: A VISIT TO A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60-61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school facilities, computer room, gym, school garden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school facilities, computer room, gym, school garden;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facilities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computer room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gym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garden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entrance examination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gifted students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school facilities, computer room, gym, school garden, entrance examination, gifted students, outdoor activities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'A SCHOOL I WOULD LIKE TO STUDY AT'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 SCHOOL I WOULD LIKE TO STUDY 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school profile or virtual-tour slideshow presenting a selected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38 -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schools, school facilities, examinations, and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/tʃ/ and /dʒ/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school facilities, computer room, gym,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/tʃ/ and /dʒ/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facilities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computer room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gym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garden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entrance examination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famous school, school facilities, school history, outdoor school activity;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facilities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computer room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gym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garden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entrance examination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gifted students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outdoor activities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/tʃ/ and /dʒ/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/tʃ/ and /dʒ/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children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chicken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gym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juice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39 -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Prepositions of time and place.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prepositions of time and place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Prepositions of time and place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starts at 7 a.m.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have English on Monday.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Time: at + clock time; on + day/date; in + month/year/part of day. Place: at + point; in + enclosed area; on + surface/floor.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starts at 7 a.m.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have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library is on the second floor.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Students are in the school garden.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64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starts at 7 a.m.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have English on Monday.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library is on the second floor.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Students are in the school garden.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'A SCHOOL I WOULD LIKE TO STUDY AT'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Time: at + clock time; on + day/date; in + month/year/part of day. Place: at + point; in + enclosed area; on + surface/floor.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40 -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for details.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We are visiting a famous school.  B: Sounds great! Can you tell me more?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asking for details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We are visiting a famous school.  B: Sounds great! Can you tell me more?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famous school, school facilities, school history, outdoor school activity;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describing one's school and its facilities.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school facilities, computer room, gym, school garden, entrance examination, gifted students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 SCHOOL I WOULD LIKE TO STUDY 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school profile or virtual-tour slideshow presenting a selected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41 -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Quoc Hoc - Hue, a famous school in Viet Nam.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describing one's school and its facilities.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founded, gifted, entrance exam, facility.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Quoc Hoc - Hue, a famous school in Viet Nam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Quoc Hoc - Hue, a famous school in Viet Nam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founded, gifted, entrance exam, facility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famous school, school facilities, school history, outdoor school activity,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founded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gifted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entrance exam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facility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Quoc Hoc - Hue was founded in 1896.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It is on the bank of the Huong River.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Students pass an entrance exam to study there.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describing one's school and its facilities.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42 -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an interview about outdoor school activities.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an outdoor activity at school.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an interview about outdoor school activities.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67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an interview about outdoor school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an outdoor activity at school.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school profile or virtual-tour slideshow presenting a selected school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6: A VISIT TO A SCHOOL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43 -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respect for learning environments and school traditions;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schools, school facilities, examinations, and school activities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Prepositions of time and place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facilities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computer room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gym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garden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entrance examination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gifted students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outdoor activities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Prepositions of time and place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Time: at + clock time; on + day/date; in + month/year/part of day. Place: at + point; in + enclosed area; on + surface/floor.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starts at 7 a.m.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 have English on Monday.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'A SCHOOL I WOULD LIKE TO STUDY AT'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 SCHOOL I WOULD LIKE TO STUDY 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school profile or virtual-tour slideshow presenting a selected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6: A VISIT TO A SCHOOL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A SCHOOL I WOULD LIKE TO STUDY AT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school profile or virtual-tour slideshow presenting a selected school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6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7 GLOBAL SUCCESS - UNIT 6: A VISIT TO A SCHOOL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