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val="0"/>
        </w:rPr>
        <w:t>UBND …………………………     TRƯỜNG …………………………</w:t>
      </w:r>
    </w:p>
    <w:p>
      <w:pPr>
        <w:spacing w:after="0" w:before="0"/>
        <w:jc w:val="center"/>
      </w:pPr>
      <w:r>
        <w:rPr>
          <w:b/>
        </w:rPr>
        <w:t>ĐỀ KIỂM TRA GIỮA KÌ I NĂM HỌC 2026–2027</w:t>
      </w:r>
    </w:p>
    <w:p>
      <w:pPr>
        <w:spacing w:after="0" w:before="0"/>
        <w:jc w:val="center"/>
      </w:pPr>
      <w:r>
        <w:rPr>
          <w:b/>
        </w:rPr>
        <w:t>MÔN TIẾNG ANH 9 • ĐỀ 03</w:t>
      </w:r>
    </w:p>
    <w:p>
      <w:pPr>
        <w:spacing w:after="0" w:before="0"/>
        <w:jc w:val="center"/>
      </w:pPr>
      <w:r>
        <w:rPr>
          <w:b w:val="0"/>
        </w:rPr>
        <w:t>Thời gian làm bài 60 phút kể cả thời gian nghe</w:t>
      </w:r>
    </w:p>
    <w:p>
      <w:pPr>
        <w:spacing w:after="0" w:before="0"/>
      </w:pPr>
      <w:r>
        <w:rPr>
          <w:b w:val="0"/>
        </w:rPr>
        <w:t>Họ và tên: ……………………………………… Lớp: …………</w:t>
      </w:r>
    </w:p>
    <w:p>
      <w:pPr>
        <w:spacing w:after="0" w:before="0"/>
      </w:pPr>
      <w:r>
        <w:rPr>
          <w:b/>
        </w:rPr>
        <w:t>I. LISTENING (2.0 points)</w:t>
      </w:r>
    </w:p>
    <w:p>
      <w:pPr>
        <w:spacing w:after="0" w:before="0"/>
      </w:pPr>
      <w:r>
        <w:rPr>
          <w:b/>
        </w:rPr>
        <w:t>Task 1. Listen to the conversation and choose A, B or C. You will listen TWICE. Question 0 is an example. (1.0 point)</w:t>
      </w:r>
    </w:p>
    <w:p>
      <w:pPr>
        <w:spacing w:after="0" w:before="0"/>
      </w:pPr>
      <w:r>
        <w:rPr>
          <w:b w:val="0"/>
        </w:rPr>
        <w:t>0. Where did Tom go last weekend?</w:t>
      </w:r>
    </w:p>
    <w:p>
      <w:pPr>
        <w:spacing w:after="0" w:before="0"/>
      </w:pPr>
      <w:r>
        <w:rPr>
          <w:b w:val="0"/>
        </w:rPr>
        <w:t>A. A modern airport     B. a village famous for bamboo crafts     C. A shopping mall</w:t>
      </w:r>
    </w:p>
    <w:p>
      <w:pPr>
        <w:spacing w:after="0" w:before="0"/>
      </w:pPr>
      <w:r>
        <w:rPr>
          <w:b w:val="0"/>
        </w:rPr>
        <w:t>1. What place did Tom visit?</w:t>
      </w:r>
    </w:p>
    <w:p>
      <w:pPr>
        <w:spacing w:after="0" w:before="0"/>
      </w:pPr>
      <w:r>
        <w:rPr>
          <w:b w:val="0"/>
        </w:rPr>
        <w:t>A. A sports stadium     B. craft exhibition     C. A hospital</w:t>
      </w:r>
    </w:p>
    <w:p>
      <w:pPr>
        <w:spacing w:after="0" w:before="0"/>
      </w:pPr>
      <w:r>
        <w:rPr>
          <w:b w:val="0"/>
        </w:rPr>
        <w:t>2. What did Tom do there?</w:t>
      </w:r>
    </w:p>
    <w:p>
      <w:pPr>
        <w:spacing w:after="0" w:before="0"/>
      </w:pPr>
      <w:r>
        <w:rPr>
          <w:b w:val="0"/>
        </w:rPr>
        <w:t>A. Bought a new phone     B. wove a small basket     C. Played a computer game</w:t>
      </w:r>
    </w:p>
    <w:p>
      <w:pPr>
        <w:spacing w:after="0" w:before="0"/>
      </w:pPr>
      <w:r>
        <w:rPr>
          <w:b w:val="0"/>
        </w:rPr>
        <w:t>3. Who helped Tom?</w:t>
      </w:r>
    </w:p>
    <w:p>
      <w:pPr>
        <w:spacing w:after="0" w:before="0"/>
      </w:pPr>
      <w:r>
        <w:rPr>
          <w:b w:val="0"/>
        </w:rPr>
        <w:t>A. A school friend     B. his grandfather     C. A bus driver</w:t>
      </w:r>
    </w:p>
    <w:p>
      <w:pPr>
        <w:spacing w:after="0" w:before="0"/>
      </w:pPr>
      <w:r>
        <w:rPr>
          <w:b w:val="0"/>
        </w:rPr>
        <w:t>4. How did Tom travel there?</w:t>
      </w:r>
    </w:p>
    <w:p>
      <w:pPr>
        <w:spacing w:after="0" w:before="0"/>
      </w:pPr>
      <w:r>
        <w:rPr>
          <w:b w:val="0"/>
        </w:rPr>
        <w:t>A. By train     B. By plane     C. by bicycle</w:t>
      </w:r>
    </w:p>
    <w:p>
      <w:pPr>
        <w:spacing w:after="0" w:before="0"/>
      </w:pPr>
      <w:r>
        <w:rPr>
          <w:b w:val="0"/>
        </w:rPr>
        <w:t>Example answer: B.</w:t>
      </w:r>
    </w:p>
    <w:p>
      <w:pPr>
        <w:spacing w:after="0" w:before="0"/>
      </w:pPr>
      <w:r>
        <w:rPr>
          <w:b/>
        </w:rPr>
        <w:t>Task 2. Listen to the talk and write T (True) or F (False). You will listen TWICE. Question 0 is an example. (1.0 point)</w:t>
      </w:r>
    </w:p>
    <w:tbl>
      <w:tblPr>
        <w:tblStyle w:val="TableGrid"/>
        <w:tblW w:type="auto" w:w="0"/>
        <w:tblLook w:firstColumn="1" w:firstRow="1" w:lastColumn="0" w:lastRow="0" w:noHBand="0" w:noVBand="1" w:val="04A0"/>
      </w:tblPr>
      <w:tblGrid>
        <w:gridCol w:w="7937"/>
        <w:gridCol w:w="1134"/>
      </w:tblGrid>
      <w:tr>
        <w:tc>
          <w:tcPr>
            <w:tcW w:type="dxa" w:w="7937"/>
          </w:tcPr>
          <w:p>
            <w:r>
              <w:t>Statements</w:t>
            </w:r>
          </w:p>
        </w:tc>
        <w:tc>
          <w:tcPr>
            <w:tcW w:type="dxa" w:w="1134"/>
          </w:tcPr>
          <w:p>
            <w:r>
              <w:t>T / F</w:t>
            </w:r>
          </w:p>
        </w:tc>
      </w:tr>
      <w:tr>
        <w:tc>
          <w:tcPr>
            <w:tcW w:type="dxa" w:w="7937"/>
          </w:tcPr>
          <w:p>
            <w:r>
              <w:t>0. Lucy has an active weekly schedule.</w:t>
            </w:r>
          </w:p>
        </w:tc>
        <w:tc>
          <w:tcPr>
            <w:tcW w:type="dxa" w:w="1134"/>
          </w:tcPr>
          <w:p>
            <w:r>
              <w:t>T</w:t>
            </w:r>
          </w:p>
        </w:tc>
      </w:tr>
      <w:tr>
        <w:tc>
          <w:tcPr>
            <w:tcW w:type="dxa" w:w="7937"/>
          </w:tcPr>
          <w:p>
            <w:r>
              <w:t>5. Lucy enjoys swimming on Monday.</w:t>
            </w:r>
          </w:p>
        </w:tc>
        <w:tc>
          <w:tcPr>
            <w:tcW w:type="dxa" w:w="1134"/>
          </w:tcPr>
          <w:p>
            <w:r/>
          </w:p>
        </w:tc>
      </w:tr>
      <w:tr>
        <w:tc>
          <w:tcPr>
            <w:tcW w:type="dxa" w:w="7937"/>
          </w:tcPr>
          <w:p>
            <w:r>
              <w:t>6. Lucy enjoys badminton on Monday.</w:t>
            </w:r>
          </w:p>
        </w:tc>
        <w:tc>
          <w:tcPr>
            <w:tcW w:type="dxa" w:w="1134"/>
          </w:tcPr>
          <w:p>
            <w:r/>
          </w:p>
        </w:tc>
      </w:tr>
      <w:tr>
        <w:tc>
          <w:tcPr>
            <w:tcW w:type="dxa" w:w="7937"/>
          </w:tcPr>
          <w:p>
            <w:r>
              <w:t>7. Lucy goes to the sports hall for badminton.</w:t>
            </w:r>
          </w:p>
        </w:tc>
        <w:tc>
          <w:tcPr>
            <w:tcW w:type="dxa" w:w="1134"/>
          </w:tcPr>
          <w:p>
            <w:r/>
          </w:p>
        </w:tc>
      </w:tr>
      <w:tr>
        <w:tc>
          <w:tcPr>
            <w:tcW w:type="dxa" w:w="7937"/>
          </w:tcPr>
          <w:p>
            <w:r>
              <w:t>8. Lucy thinks winning prizes is the only reason to be active.</w:t>
            </w:r>
          </w:p>
        </w:tc>
        <w:tc>
          <w:tcPr>
            <w:tcW w:type="dxa" w:w="1134"/>
          </w:tcPr>
          <w:p>
            <w:r/>
          </w:p>
        </w:tc>
      </w:tr>
    </w:tbl>
    <w:p>
      <w:pPr>
        <w:spacing w:after="0" w:before="0"/>
      </w:pPr>
      <w:r>
        <w:rPr>
          <w:b/>
        </w:rPr>
        <w:t>II. PRONUNCIATION (0.5 point)</w:t>
      </w:r>
    </w:p>
    <w:p>
      <w:pPr>
        <w:spacing w:after="0" w:before="0"/>
      </w:pPr>
      <w:r>
        <w:rPr>
          <w:b w:val="0"/>
        </w:rPr>
        <w:t>Choose the word whose underlined part is pronounced differently from the others.</w:t>
      </w:r>
    </w:p>
    <w:p>
      <w:pPr>
        <w:spacing w:after="0" w:before="0"/>
      </w:pPr>
      <w:r>
        <w:rPr>
          <w:b w:val="0"/>
        </w:rPr>
        <w:t>9.</w:t>
      </w:r>
    </w:p>
    <w:p>
      <w:pPr>
        <w:spacing w:after="0"/>
      </w:pPr>
      <w:r>
        <w:t xml:space="preserve">A. </w:t>
      </w:r>
      <w:r>
        <w:t>open</w:t>
      </w:r>
      <w:r>
        <w:rPr>
          <w:u w:val="single"/>
        </w:rPr>
        <w:t>ed</w:t>
      </w:r>
      <w:r>
        <w:t xml:space="preserve">     </w:t>
      </w:r>
      <w:r>
        <w:t xml:space="preserve">B. </w:t>
      </w:r>
      <w:r>
        <w:t>liv</w:t>
      </w:r>
      <w:r>
        <w:rPr>
          <w:u w:val="single"/>
        </w:rPr>
        <w:t>ed</w:t>
      </w:r>
      <w:r>
        <w:t xml:space="preserve">     </w:t>
      </w:r>
      <w:r>
        <w:t xml:space="preserve">C. </w:t>
      </w:r>
      <w:r>
        <w:t>need</w:t>
      </w:r>
      <w:r>
        <w:rPr>
          <w:u w:val="single"/>
        </w:rPr>
        <w:t>ed</w:t>
      </w:r>
      <w:r>
        <w:t xml:space="preserve">     </w:t>
      </w:r>
      <w:r>
        <w:t xml:space="preserve">D. </w:t>
      </w:r>
      <w:r>
        <w:t>play</w:t>
      </w:r>
      <w:r>
        <w:rPr>
          <w:u w:val="single"/>
        </w:rPr>
        <w:t>ed</w:t>
      </w:r>
      <w:r>
        <w:t xml:space="preserve">     </w:t>
      </w:r>
    </w:p>
    <w:p>
      <w:pPr>
        <w:spacing w:after="0" w:before="0"/>
      </w:pPr>
      <w:r>
        <w:rPr>
          <w:b w:val="0"/>
        </w:rPr>
        <w:t>10.</w:t>
      </w:r>
    </w:p>
    <w:p>
      <w:pPr>
        <w:spacing w:after="0"/>
      </w:pPr>
      <w:r>
        <w:t xml:space="preserve">A. </w:t>
      </w:r>
      <w:r>
        <w:rPr>
          <w:u w:val="single"/>
        </w:rPr>
        <w:t>ch</w:t>
      </w:r>
      <w:r>
        <w:t>air</w:t>
      </w:r>
      <w:r>
        <w:t xml:space="preserve">     </w:t>
      </w:r>
      <w:r>
        <w:t xml:space="preserve">B. </w:t>
      </w:r>
      <w:r>
        <w:rPr>
          <w:u w:val="single"/>
        </w:rPr>
        <w:t>ch</w:t>
      </w:r>
      <w:r>
        <w:t>icken</w:t>
      </w:r>
      <w:r>
        <w:t xml:space="preserve">     </w:t>
      </w:r>
      <w:r>
        <w:t xml:space="preserve">C. </w:t>
      </w:r>
      <w:r>
        <w:rPr>
          <w:u w:val="single"/>
        </w:rPr>
        <w:t>ch</w:t>
      </w:r>
      <w:r>
        <w:t>emist</w:t>
      </w:r>
      <w:r>
        <w:t xml:space="preserve">     </w:t>
      </w:r>
      <w:r>
        <w:t xml:space="preserve">D. </w:t>
      </w:r>
      <w:r>
        <w:rPr>
          <w:u w:val="single"/>
        </w:rPr>
        <w:t>ch</w:t>
      </w:r>
      <w:r>
        <w:t>ildren</w:t>
      </w:r>
      <w:r>
        <w:t xml:space="preserve">     </w:t>
      </w:r>
    </w:p>
    <w:p>
      <w:pPr>
        <w:spacing w:after="0" w:before="0"/>
      </w:pPr>
      <w:r>
        <w:rPr>
          <w:b/>
        </w:rPr>
        <w:t>III. GRAMMAR AND VOCABULARY (3.0 points)</w:t>
      </w:r>
    </w:p>
    <w:p>
      <w:pPr>
        <w:spacing w:after="0" w:before="0"/>
      </w:pPr>
      <w:r>
        <w:rPr>
          <w:b/>
        </w:rPr>
        <w:t>Choose the correct answer A, B, C or D. (2.25 points)</w:t>
      </w:r>
    </w:p>
    <w:p>
      <w:pPr>
        <w:spacing w:after="0" w:before="0"/>
      </w:pPr>
      <w:r>
        <w:rPr>
          <w:b w:val="0"/>
        </w:rPr>
        <w:t>11. Local people are proud ______ their traditional festivals.</w:t>
      </w:r>
    </w:p>
    <w:p>
      <w:pPr>
        <w:spacing w:after="0" w:before="0"/>
      </w:pPr>
      <w:r>
        <w:rPr>
          <w:b w:val="0"/>
        </w:rPr>
        <w:t>A. in     B. at     C. of     D. with</w:t>
      </w:r>
    </w:p>
    <w:p>
      <w:pPr>
        <w:spacing w:after="0" w:before="0"/>
      </w:pPr>
      <w:r>
        <w:rPr>
          <w:b w:val="0"/>
        </w:rPr>
        <w:t>12. The ______ taught us to make clay pots by hand.</w:t>
      </w:r>
    </w:p>
    <w:p>
      <w:pPr>
        <w:spacing w:after="0" w:before="0"/>
      </w:pPr>
      <w:r>
        <w:rPr>
          <w:b w:val="0"/>
        </w:rPr>
        <w:t>A. artisan     B. tourist     C. customer     D. passenger</w:t>
      </w:r>
    </w:p>
    <w:p>
      <w:pPr>
        <w:spacing w:after="0" w:before="0"/>
      </w:pPr>
      <w:r>
        <w:rPr>
          <w:b w:val="0"/>
        </w:rPr>
        <w:t>13. I wonder ______ I should choose for my school project.</w:t>
      </w:r>
    </w:p>
    <w:p>
      <w:pPr>
        <w:spacing w:after="0" w:before="0"/>
      </w:pPr>
      <w:r>
        <w:rPr>
          <w:b w:val="0"/>
        </w:rPr>
        <w:t>A. what     B. whose     C. when     D. whom</w:t>
      </w:r>
    </w:p>
    <w:p>
      <w:pPr>
        <w:spacing w:after="0" w:before="0"/>
      </w:pPr>
      <w:r>
        <w:rPr>
          <w:b w:val="0"/>
        </w:rPr>
        <w:t>14. The more exercise you do, the ______ you become.</w:t>
      </w:r>
    </w:p>
    <w:p>
      <w:pPr>
        <w:spacing w:after="0" w:before="0"/>
      </w:pPr>
      <w:r>
        <w:rPr>
          <w:b w:val="0"/>
        </w:rPr>
        <w:t>A. healthy     B. healthiest     C. healthier     D. healthily</w:t>
      </w:r>
    </w:p>
    <w:p>
      <w:pPr>
        <w:spacing w:after="0" w:before="0"/>
      </w:pPr>
      <w:r>
        <w:rPr>
          <w:b w:val="0"/>
        </w:rPr>
        <w:t>15. Students should avoid ______ too much coffee before exams.</w:t>
      </w:r>
    </w:p>
    <w:p>
      <w:pPr>
        <w:spacing w:after="0" w:before="0"/>
      </w:pPr>
      <w:r>
        <w:rPr>
          <w:b w:val="0"/>
        </w:rPr>
        <w:t>A. drink     B. drinks     C. drinking     D. drank</w:t>
      </w:r>
    </w:p>
    <w:p>
      <w:pPr>
        <w:spacing w:after="0" w:before="0"/>
      </w:pPr>
      <w:r>
        <w:rPr>
          <w:b w:val="0"/>
        </w:rPr>
        <w:t>16. If I had more free time, I ______ join a music club.</w:t>
      </w:r>
    </w:p>
    <w:p>
      <w:pPr>
        <w:spacing w:after="0" w:before="0"/>
      </w:pPr>
      <w:r>
        <w:rPr>
          <w:b w:val="0"/>
        </w:rPr>
        <w:t>A. will     B. would     C. have     D. can</w:t>
      </w:r>
    </w:p>
    <w:p>
      <w:pPr>
        <w:spacing w:after="0" w:before="0"/>
      </w:pPr>
      <w:r>
        <w:rPr>
          <w:b w:val="0"/>
        </w:rPr>
        <w:t>17. The museum ______ valuable objects from the past.</w:t>
      </w:r>
    </w:p>
    <w:p>
      <w:pPr>
        <w:spacing w:after="0" w:before="0"/>
      </w:pPr>
      <w:r>
        <w:rPr>
          <w:b w:val="0"/>
        </w:rPr>
        <w:t>A. preserves     B. destroys     C. throws     D. borrows</w:t>
      </w:r>
    </w:p>
    <w:p>
      <w:pPr>
        <w:spacing w:after="0" w:before="0"/>
      </w:pPr>
      <w:r>
        <w:rPr>
          <w:b w:val="0"/>
        </w:rPr>
        <w:t>18. There is a shortage ______ green spaces in the city centre.</w:t>
      </w:r>
    </w:p>
    <w:p>
      <w:pPr>
        <w:spacing w:after="0" w:before="0"/>
      </w:pPr>
      <w:r>
        <w:rPr>
          <w:b w:val="0"/>
        </w:rPr>
        <w:t>A. for     B. to     C. of     D. at</w:t>
      </w:r>
    </w:p>
    <w:p>
      <w:pPr>
        <w:spacing w:after="0" w:before="0"/>
        <w:jc w:val="center"/>
      </w:pPr>
      <w:r>
        <w:rPr>
          <w:b/>
        </w:rPr>
        <w:t>SIGN: PLEASE SWITCH OFF YOUR PHONE DURING THE SHOW</w:t>
      </w:r>
    </w:p>
    <w:p>
      <w:pPr>
        <w:spacing w:after="0" w:before="0"/>
      </w:pPr>
      <w:r>
        <w:rPr>
          <w:b w:val="0"/>
        </w:rPr>
        <w:t>19. What does the sign/notice mean?</w:t>
      </w:r>
    </w:p>
    <w:p>
      <w:pPr>
        <w:spacing w:after="0" w:before="0"/>
      </w:pPr>
      <w:r>
        <w:rPr>
          <w:b w:val="0"/>
        </w:rPr>
        <w:t>A. People may take calls during the show.     B. Phones should be turned off.     C. Only students may use phones.     D. Visitors must buy new phones.</w:t>
      </w:r>
    </w:p>
    <w:p>
      <w:pPr>
        <w:spacing w:after="0" w:before="0"/>
      </w:pPr>
      <w:r>
        <w:rPr>
          <w:b/>
        </w:rPr>
        <w:t>Read the advertisement and choose the best option for each blank. (0.75 point)</w:t>
      </w:r>
    </w:p>
    <w:p>
      <w:pPr>
        <w:spacing w:after="0" w:before="0"/>
        <w:jc w:val="center"/>
      </w:pPr>
      <w:r>
        <w:rPr>
          <w:b/>
        </w:rPr>
        <w:t>EXPLORE OUR HERITAGE</w:t>
      </w:r>
    </w:p>
    <w:p>
      <w:pPr>
        <w:spacing w:after="0" w:before="0"/>
      </w:pPr>
      <w:r>
        <w:rPr>
          <w:b w:val="0"/>
        </w:rPr>
        <w:t>Visit the old town this weekend and learn about its (20) ______ buildings. Friendly guides will (21) ______ you around the area. Remember to (22) ______ your tickets online.</w:t>
      </w:r>
    </w:p>
    <w:p>
      <w:pPr>
        <w:spacing w:after="0" w:before="0"/>
      </w:pPr>
      <w:r>
        <w:rPr>
          <w:b w:val="0"/>
        </w:rPr>
        <w:t>20.</w:t>
      </w:r>
    </w:p>
    <w:p>
      <w:pPr>
        <w:spacing w:after="0" w:before="0"/>
      </w:pPr>
      <w:r>
        <w:rPr>
          <w:b w:val="0"/>
        </w:rPr>
        <w:t>A. historic     B. noisy     C. stressful     D. ordinary</w:t>
      </w:r>
    </w:p>
    <w:p>
      <w:pPr>
        <w:spacing w:after="0" w:before="0"/>
      </w:pPr>
      <w:r>
        <w:rPr>
          <w:b w:val="0"/>
        </w:rPr>
        <w:t>21.</w:t>
      </w:r>
    </w:p>
    <w:p>
      <w:pPr>
        <w:spacing w:after="0" w:before="0"/>
      </w:pPr>
      <w:r>
        <w:rPr>
          <w:b w:val="0"/>
        </w:rPr>
        <w:t>A. show     B. watch     C. turn     D. look</w:t>
      </w:r>
    </w:p>
    <w:p>
      <w:pPr>
        <w:spacing w:after="0" w:before="0"/>
      </w:pPr>
      <w:r>
        <w:rPr>
          <w:b w:val="0"/>
        </w:rPr>
        <w:t>22.</w:t>
      </w:r>
    </w:p>
    <w:p>
      <w:pPr>
        <w:spacing w:after="0" w:before="0"/>
      </w:pPr>
      <w:r>
        <w:rPr>
          <w:b w:val="0"/>
        </w:rPr>
        <w:t>A. book     B. borrow     C. break     D. bring</w:t>
      </w:r>
    </w:p>
    <w:p>
      <w:pPr>
        <w:spacing w:after="0" w:before="0"/>
      </w:pPr>
      <w:r>
        <w:rPr>
          <w:b/>
        </w:rPr>
        <w:t>IV. READING (2.5 points)</w:t>
      </w:r>
    </w:p>
    <w:p>
      <w:pPr>
        <w:spacing w:after="0" w:before="0"/>
      </w:pPr>
      <w:r>
        <w:rPr>
          <w:b/>
        </w:rPr>
        <w:t>Task 1. Read the passage and choose A, B, C or D for each blank. (1.25 points)</w:t>
      </w:r>
    </w:p>
    <w:p>
      <w:pPr>
        <w:spacing w:after="0" w:before="0"/>
      </w:pPr>
      <w:r>
        <w:rPr>
          <w:b w:val="0"/>
        </w:rPr>
        <w:t>Good mental health is important for teenagers. When they have a lot of homework, they may feel (23) ______. Taking short breaks can help them concentrate (24) ______. They should also talk (25) ______ a trusted adult about any worries. Joining a club is a good way to make friends (26) ______ develop new skills. A healthy daily routine makes school life more (27) ______.</w:t>
      </w:r>
    </w:p>
    <w:p>
      <w:pPr>
        <w:spacing w:after="0" w:before="0"/>
      </w:pPr>
      <w:r>
        <w:rPr>
          <w:b w:val="0"/>
        </w:rPr>
        <w:t>23.</w:t>
      </w:r>
    </w:p>
    <w:p>
      <w:pPr>
        <w:spacing w:after="0" w:before="0"/>
      </w:pPr>
      <w:r>
        <w:rPr>
          <w:b w:val="0"/>
        </w:rPr>
        <w:t>A. stressed     B. stress     C. stressing     D. stressfully</w:t>
      </w:r>
    </w:p>
    <w:p>
      <w:pPr>
        <w:spacing w:after="0" w:before="0"/>
      </w:pPr>
      <w:r>
        <w:rPr>
          <w:b w:val="0"/>
        </w:rPr>
        <w:t>24.</w:t>
      </w:r>
    </w:p>
    <w:p>
      <w:pPr>
        <w:spacing w:after="0" w:before="0"/>
      </w:pPr>
      <w:r>
        <w:rPr>
          <w:b w:val="0"/>
        </w:rPr>
        <w:t>A. good     B. best     C. better     D. well</w:t>
      </w:r>
    </w:p>
    <w:p>
      <w:pPr>
        <w:spacing w:after="0" w:before="0"/>
      </w:pPr>
      <w:r>
        <w:rPr>
          <w:b w:val="0"/>
        </w:rPr>
        <w:t>25.</w:t>
      </w:r>
    </w:p>
    <w:p>
      <w:pPr>
        <w:spacing w:after="0" w:before="0"/>
      </w:pPr>
      <w:r>
        <w:rPr>
          <w:b w:val="0"/>
        </w:rPr>
        <w:t>A. to     B. at     C. of     D. by</w:t>
      </w:r>
    </w:p>
    <w:p>
      <w:pPr>
        <w:spacing w:after="0" w:before="0"/>
      </w:pPr>
      <w:r>
        <w:rPr>
          <w:b w:val="0"/>
        </w:rPr>
        <w:t>26.</w:t>
      </w:r>
    </w:p>
    <w:p>
      <w:pPr>
        <w:spacing w:after="0" w:before="0"/>
      </w:pPr>
      <w:r>
        <w:rPr>
          <w:b w:val="0"/>
        </w:rPr>
        <w:t>A. but     B. and     C. although     D. because</w:t>
      </w:r>
    </w:p>
    <w:p>
      <w:pPr>
        <w:spacing w:after="0" w:before="0"/>
      </w:pPr>
      <w:r>
        <w:rPr>
          <w:b w:val="0"/>
        </w:rPr>
        <w:t>27.</w:t>
      </w:r>
    </w:p>
    <w:p>
      <w:pPr>
        <w:spacing w:after="0" w:before="0"/>
      </w:pPr>
      <w:r>
        <w:rPr>
          <w:b w:val="0"/>
        </w:rPr>
        <w:t>A. enjoy     B. enjoyable     C. enjoyment     D. enjoyably</w:t>
      </w:r>
    </w:p>
    <w:p>
      <w:pPr>
        <w:spacing w:after="0" w:before="0"/>
      </w:pPr>
      <w:r>
        <w:rPr>
          <w:b/>
        </w:rPr>
        <w:t>Task 2. Read the passage and choose the best answer. (1.25 points)</w:t>
      </w:r>
    </w:p>
    <w:p>
      <w:pPr>
        <w:spacing w:after="0" w:before="0"/>
      </w:pPr>
      <w:r>
        <w:rPr>
          <w:b w:val="0"/>
        </w:rPr>
        <w:t>Mai visited a family-run pottery workshop during a school trip. The owner, Mrs Hoa, explained that the family had made pottery for three generations. Students watched her shape a bowl on a pottery wheel before trying the activity themselves. Mai found it difficult to keep the clay in the centre, but Mrs Hoa gave her helpful advice. Later, the students learned how pottery was dried and heated in a kiln. The workshop sells its products at the village market and through a website. Mai bought a small blue cup as a gift for her mother and wrote about the visit for the school newsletter.</w:t>
      </w:r>
    </w:p>
    <w:p>
      <w:pPr>
        <w:spacing w:after="0" w:before="0"/>
      </w:pPr>
      <w:r>
        <w:rPr>
          <w:b w:val="0"/>
        </w:rPr>
        <w:t>28. How long has the family made pottery?</w:t>
      </w:r>
    </w:p>
    <w:p>
      <w:pPr>
        <w:spacing w:after="0" w:before="0"/>
      </w:pPr>
      <w:r>
        <w:rPr>
          <w:b w:val="0"/>
        </w:rPr>
        <w:t>A. One year     B. Three generations     C. Ten months     D. Five centuries</w:t>
      </w:r>
    </w:p>
    <w:p>
      <w:pPr>
        <w:spacing w:after="0" w:before="0"/>
      </w:pPr>
      <w:r>
        <w:rPr>
          <w:b w:val="0"/>
        </w:rPr>
        <w:t>29. What did Mrs Hoa make on the wheel?</w:t>
      </w:r>
    </w:p>
    <w:p>
      <w:pPr>
        <w:spacing w:after="0" w:before="0"/>
      </w:pPr>
      <w:r>
        <w:rPr>
          <w:b w:val="0"/>
        </w:rPr>
        <w:t>A. A bowl     B. A plate     C. A vase     D. A cup</w:t>
      </w:r>
    </w:p>
    <w:p>
      <w:pPr>
        <w:spacing w:after="0" w:before="0"/>
      </w:pPr>
      <w:r>
        <w:rPr>
          <w:b w:val="0"/>
        </w:rPr>
        <w:t>30. What was difficult for Mai?</w:t>
      </w:r>
    </w:p>
    <w:p>
      <w:pPr>
        <w:spacing w:after="0" w:before="0"/>
      </w:pPr>
      <w:r>
        <w:rPr>
          <w:b w:val="0"/>
        </w:rPr>
        <w:t>A. Finding the workshop     B. Heating the kiln     C. Keeping the clay in the centre     D. Writing the newsletter</w:t>
      </w:r>
    </w:p>
    <w:p>
      <w:pPr>
        <w:spacing w:after="0" w:before="0"/>
      </w:pPr>
      <w:r>
        <w:rPr>
          <w:b w:val="0"/>
        </w:rPr>
        <w:t>31. Where are the products sold?</w:t>
      </w:r>
    </w:p>
    <w:p>
      <w:pPr>
        <w:spacing w:after="0" w:before="0"/>
      </w:pPr>
      <w:r>
        <w:rPr>
          <w:b w:val="0"/>
        </w:rPr>
        <w:t>A. Only in a city mall     B. Only at school     C. At the airport     D. At the market and online</w:t>
      </w:r>
    </w:p>
    <w:p>
      <w:pPr>
        <w:spacing w:after="0" w:before="0"/>
      </w:pPr>
      <w:r>
        <w:rPr>
          <w:b w:val="0"/>
        </w:rPr>
        <w:t>32. Who received a blue cup?</w:t>
      </w:r>
    </w:p>
    <w:p>
      <w:pPr>
        <w:spacing w:after="0" w:before="0"/>
      </w:pPr>
      <w:r>
        <w:rPr>
          <w:b w:val="0"/>
        </w:rPr>
        <w:t>A. Mai’s mother     B. Mai’s friend     C. Mrs Hoa     D. The teacher</w:t>
      </w:r>
    </w:p>
    <w:p>
      <w:pPr>
        <w:spacing w:after="0" w:before="0"/>
      </w:pPr>
      <w:r>
        <w:rPr>
          <w:b/>
        </w:rPr>
        <w:t>V. WRITING (2.0 points)</w:t>
      </w:r>
    </w:p>
    <w:p>
      <w:pPr>
        <w:spacing w:after="0" w:before="0"/>
      </w:pPr>
      <w:r>
        <w:rPr>
          <w:b/>
        </w:rPr>
        <w:t>Task 1. Choose the sentence that has the same meaning as the original sentence or best combines the two sentences. (0.5 point)</w:t>
      </w:r>
    </w:p>
    <w:p>
      <w:pPr>
        <w:spacing w:after="0" w:before="0"/>
      </w:pPr>
      <w:r>
        <w:rPr>
          <w:b w:val="0"/>
        </w:rPr>
        <w:t>33. I cannot visit my grandparents more often.</w:t>
      </w:r>
    </w:p>
    <w:p>
      <w:pPr>
        <w:spacing w:after="0" w:before="0"/>
      </w:pPr>
      <w:r>
        <w:rPr>
          <w:b w:val="0"/>
        </w:rPr>
        <w:t>A. I wish I can visit my grandparents more often.     B. I wish I could visit my grandparents more often.     C. I wish I will visit my grandparents more often.     D. I wish I visited my grandparents yesterday.</w:t>
      </w:r>
    </w:p>
    <w:p>
      <w:pPr>
        <w:spacing w:after="0" w:before="0"/>
      </w:pPr>
      <w:r>
        <w:rPr>
          <w:b w:val="0"/>
        </w:rPr>
        <w:t>34. You practise English regularly. Your speaking improves.</w:t>
      </w:r>
    </w:p>
    <w:p>
      <w:pPr>
        <w:spacing w:after="0" w:before="0"/>
      </w:pPr>
      <w:r>
        <w:rPr>
          <w:b w:val="0"/>
        </w:rPr>
        <w:t>A. The more regularly you practise English, the better your speaking becomes.     B. More regularly you practise, better speaking becomes.     C. The most you practise English, your speaking is good.     D. You practise English because speaking improves best.</w:t>
      </w:r>
    </w:p>
    <w:p>
      <w:pPr>
        <w:spacing w:after="0" w:before="0"/>
      </w:pPr>
      <w:r>
        <w:rPr>
          <w:b/>
        </w:rPr>
        <w:t>Task 2. Write a paragraph of about 80 words. (1.5 points)</w:t>
      </w:r>
    </w:p>
    <w:p>
      <w:pPr>
        <w:spacing w:after="0" w:before="0"/>
      </w:pPr>
      <w:r>
        <w:rPr>
          <w:b w:val="0"/>
        </w:rPr>
        <w:t>Write about a traditional craft or a local place worth visiting in your community.</w:t>
      </w:r>
    </w:p>
    <w:p>
      <w:pPr>
        <w:spacing w:after="0" w:before="0"/>
      </w:pPr>
      <w:r>
        <w:rPr>
          <w:b w:val="0"/>
        </w:rPr>
        <w:t>You may give reasons, examples and your own opinion.</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jc w:val="center"/>
      </w:pPr>
      <w:r>
        <w:rPr>
          <w:b/>
        </w:rPr>
        <w:t>THE END</w:t>
      </w:r>
    </w:p>
    <w:sectPr w:rsidR="00FC693F" w:rsidRPr="0006063C" w:rsidSect="00034616">
      <w:pgSz w:w="12240" w:h="15840"/>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9">
    <w:name w:val="Title9"/>
  </w:style>
  <w:style w:type="paragraph" w:customStyle="1" w:styleId="Section9">
    <w:name w:val="Section9"/>
    <w:rPr>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