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9E20391" w14:textId="77777777" w:rsidR="005821BC" w:rsidRPr="00500662" w:rsidRDefault="00ED63F3">
      <w:pPr>
        <w:spacing w:after="40" w:line="252" w:lineRule="auto"/>
        <w:jc w:val="center"/>
        <w:rPr>
          <w:sz w:val="40"/>
          <w:szCs w:val="40"/>
        </w:rPr>
      </w:pPr>
      <w:r w:rsidRPr="00500662">
        <w:rPr>
          <w:b/>
          <w:sz w:val="40"/>
          <w:szCs w:val="40"/>
        </w:rPr>
        <w:t>Unit 3 Test</w:t>
      </w:r>
    </w:p>
    <w:p w14:paraId="0EAF8BF9" w14:textId="77777777" w:rsidR="005821BC" w:rsidRPr="00500662" w:rsidRDefault="00ED63F3">
      <w:pPr>
        <w:spacing w:before="140" w:after="40" w:line="252" w:lineRule="auto"/>
        <w:rPr>
          <w:sz w:val="28"/>
          <w:szCs w:val="28"/>
        </w:rPr>
      </w:pPr>
      <w:r w:rsidRPr="00500662">
        <w:rPr>
          <w:b/>
          <w:sz w:val="28"/>
          <w:szCs w:val="28"/>
        </w:rPr>
        <w:t>I. Listening</w:t>
      </w:r>
    </w:p>
    <w:p w14:paraId="7F998F11" w14:textId="371B4C43" w:rsidR="005821BC" w:rsidRPr="00500662" w:rsidRDefault="00ED63F3">
      <w:pPr>
        <w:spacing w:after="40" w:line="252" w:lineRule="auto"/>
        <w:rPr>
          <w:sz w:val="28"/>
          <w:szCs w:val="28"/>
        </w:rPr>
      </w:pPr>
      <w:r w:rsidRPr="00500662">
        <w:rPr>
          <w:b/>
          <w:sz w:val="28"/>
          <w:szCs w:val="28"/>
        </w:rPr>
        <w:t xml:space="preserve">Listen to </w:t>
      </w:r>
      <w:r w:rsidR="00EC2C56">
        <w:rPr>
          <w:b/>
          <w:sz w:val="28"/>
          <w:szCs w:val="28"/>
        </w:rPr>
        <w:t>Nancy</w:t>
      </w:r>
      <w:r w:rsidRPr="00500662">
        <w:rPr>
          <w:b/>
          <w:sz w:val="28"/>
          <w:szCs w:val="28"/>
        </w:rPr>
        <w:t xml:space="preserve"> talking about his best friend and fill in each blank with ONE word.</w:t>
      </w:r>
    </w:p>
    <w:tbl>
      <w:tblPr>
        <w:tblStyle w:val="TableGrid"/>
        <w:tblW w:w="0" w:type="auto"/>
        <w:jc w:val="center"/>
        <w:tblLook w:val="04A0" w:firstRow="1" w:lastRow="0" w:firstColumn="1" w:lastColumn="0" w:noHBand="0" w:noVBand="1"/>
      </w:tblPr>
      <w:tblGrid>
        <w:gridCol w:w="3828"/>
        <w:gridCol w:w="6824"/>
      </w:tblGrid>
      <w:tr w:rsidR="005821BC" w:rsidRPr="00500662" w14:paraId="77BF431D" w14:textId="77777777" w:rsidTr="00500662">
        <w:trPr>
          <w:jc w:val="center"/>
        </w:trPr>
        <w:tc>
          <w:tcPr>
            <w:tcW w:w="3828" w:type="dxa"/>
            <w:shd w:val="clear" w:color="auto" w:fill="DDEBF7"/>
          </w:tcPr>
          <w:p w14:paraId="4112878C" w14:textId="77777777" w:rsidR="005821BC" w:rsidRPr="00500662" w:rsidRDefault="00ED63F3">
            <w:pPr>
              <w:spacing w:after="20"/>
              <w:jc w:val="center"/>
              <w:rPr>
                <w:sz w:val="28"/>
                <w:szCs w:val="28"/>
              </w:rPr>
            </w:pPr>
            <w:r w:rsidRPr="00500662">
              <w:rPr>
                <w:sz w:val="28"/>
                <w:szCs w:val="28"/>
              </w:rPr>
              <w:t>Information</w:t>
            </w:r>
          </w:p>
        </w:tc>
        <w:tc>
          <w:tcPr>
            <w:tcW w:w="6824" w:type="dxa"/>
            <w:shd w:val="clear" w:color="auto" w:fill="DDEBF7"/>
          </w:tcPr>
          <w:p w14:paraId="7EE6CFCF" w14:textId="77777777" w:rsidR="005821BC" w:rsidRPr="00500662" w:rsidRDefault="00ED63F3">
            <w:pPr>
              <w:spacing w:after="20"/>
              <w:jc w:val="center"/>
              <w:rPr>
                <w:sz w:val="28"/>
                <w:szCs w:val="28"/>
              </w:rPr>
            </w:pPr>
            <w:r w:rsidRPr="00500662">
              <w:rPr>
                <w:sz w:val="28"/>
                <w:szCs w:val="28"/>
              </w:rPr>
              <w:t>Answer</w:t>
            </w:r>
          </w:p>
        </w:tc>
      </w:tr>
      <w:tr w:rsidR="005821BC" w:rsidRPr="00500662" w14:paraId="160F4E56" w14:textId="77777777" w:rsidTr="00500662">
        <w:trPr>
          <w:jc w:val="center"/>
        </w:trPr>
        <w:tc>
          <w:tcPr>
            <w:tcW w:w="3828" w:type="dxa"/>
            <w:vAlign w:val="center"/>
          </w:tcPr>
          <w:p w14:paraId="7F7EA6BE" w14:textId="75BEEDCA" w:rsidR="005821BC" w:rsidRPr="00500662" w:rsidRDefault="00ED63F3" w:rsidP="00EC2C56">
            <w:pPr>
              <w:spacing w:after="20"/>
              <w:rPr>
                <w:sz w:val="28"/>
                <w:szCs w:val="28"/>
              </w:rPr>
            </w:pPr>
            <w:r w:rsidRPr="00500662">
              <w:rPr>
                <w:sz w:val="28"/>
                <w:szCs w:val="28"/>
              </w:rPr>
              <w:t xml:space="preserve">Name of </w:t>
            </w:r>
            <w:r w:rsidR="00EC2C56">
              <w:rPr>
                <w:sz w:val="28"/>
                <w:szCs w:val="28"/>
              </w:rPr>
              <w:t>Nancy´s</w:t>
            </w:r>
            <w:r w:rsidRPr="00500662">
              <w:rPr>
                <w:sz w:val="28"/>
                <w:szCs w:val="28"/>
              </w:rPr>
              <w:t xml:space="preserve"> best friend</w:t>
            </w:r>
          </w:p>
        </w:tc>
        <w:tc>
          <w:tcPr>
            <w:tcW w:w="6824" w:type="dxa"/>
            <w:vAlign w:val="center"/>
          </w:tcPr>
          <w:p w14:paraId="38CFC6ED" w14:textId="77777777" w:rsidR="005821BC" w:rsidRPr="00500662" w:rsidRDefault="00ED63F3">
            <w:pPr>
              <w:spacing w:after="20"/>
              <w:rPr>
                <w:sz w:val="28"/>
                <w:szCs w:val="28"/>
              </w:rPr>
            </w:pPr>
            <w:r w:rsidRPr="00500662">
              <w:rPr>
                <w:sz w:val="28"/>
                <w:szCs w:val="28"/>
              </w:rPr>
              <w:t>(1) __________</w:t>
            </w:r>
          </w:p>
        </w:tc>
      </w:tr>
      <w:tr w:rsidR="005821BC" w:rsidRPr="00500662" w14:paraId="78273DC6" w14:textId="77777777" w:rsidTr="00500662">
        <w:trPr>
          <w:jc w:val="center"/>
        </w:trPr>
        <w:tc>
          <w:tcPr>
            <w:tcW w:w="3828" w:type="dxa"/>
            <w:vAlign w:val="center"/>
          </w:tcPr>
          <w:p w14:paraId="643D03B8" w14:textId="77777777" w:rsidR="005821BC" w:rsidRPr="00500662" w:rsidRDefault="00ED63F3">
            <w:pPr>
              <w:spacing w:after="20"/>
              <w:rPr>
                <w:sz w:val="28"/>
                <w:szCs w:val="28"/>
              </w:rPr>
            </w:pPr>
            <w:r w:rsidRPr="00500662">
              <w:rPr>
                <w:sz w:val="28"/>
                <w:szCs w:val="28"/>
              </w:rPr>
              <w:t>Appearance</w:t>
            </w:r>
          </w:p>
        </w:tc>
        <w:tc>
          <w:tcPr>
            <w:tcW w:w="6824" w:type="dxa"/>
            <w:vAlign w:val="center"/>
          </w:tcPr>
          <w:p w14:paraId="13C498D1" w14:textId="77777777" w:rsidR="005821BC" w:rsidRPr="00500662" w:rsidRDefault="00ED63F3">
            <w:pPr>
              <w:spacing w:after="20"/>
              <w:rPr>
                <w:sz w:val="28"/>
                <w:szCs w:val="28"/>
              </w:rPr>
            </w:pPr>
            <w:r w:rsidRPr="00500662">
              <w:rPr>
                <w:sz w:val="28"/>
                <w:szCs w:val="28"/>
              </w:rPr>
              <w:t>short black hair and big (2) __________</w:t>
            </w:r>
          </w:p>
        </w:tc>
      </w:tr>
      <w:tr w:rsidR="005821BC" w:rsidRPr="00500662" w14:paraId="574F577F" w14:textId="77777777" w:rsidTr="00500662">
        <w:trPr>
          <w:jc w:val="center"/>
        </w:trPr>
        <w:tc>
          <w:tcPr>
            <w:tcW w:w="3828" w:type="dxa"/>
            <w:vAlign w:val="center"/>
          </w:tcPr>
          <w:p w14:paraId="1479C972" w14:textId="77777777" w:rsidR="005821BC" w:rsidRPr="00500662" w:rsidRDefault="00ED63F3">
            <w:pPr>
              <w:spacing w:after="20"/>
              <w:rPr>
                <w:sz w:val="28"/>
                <w:szCs w:val="28"/>
              </w:rPr>
            </w:pPr>
            <w:r w:rsidRPr="00500662">
              <w:rPr>
                <w:sz w:val="28"/>
                <w:szCs w:val="28"/>
              </w:rPr>
              <w:t>Personality</w:t>
            </w:r>
          </w:p>
        </w:tc>
        <w:tc>
          <w:tcPr>
            <w:tcW w:w="6824" w:type="dxa"/>
            <w:vAlign w:val="center"/>
          </w:tcPr>
          <w:p w14:paraId="1F31DF47" w14:textId="77777777" w:rsidR="005821BC" w:rsidRPr="00500662" w:rsidRDefault="00ED63F3">
            <w:pPr>
              <w:spacing w:after="20"/>
              <w:rPr>
                <w:sz w:val="28"/>
                <w:szCs w:val="28"/>
              </w:rPr>
            </w:pPr>
            <w:r w:rsidRPr="00500662">
              <w:rPr>
                <w:sz w:val="28"/>
                <w:szCs w:val="28"/>
              </w:rPr>
              <w:t>kind, creative and very (3) __________</w:t>
            </w:r>
          </w:p>
        </w:tc>
      </w:tr>
      <w:tr w:rsidR="005821BC" w:rsidRPr="00500662" w14:paraId="32174F72" w14:textId="77777777" w:rsidTr="00500662">
        <w:trPr>
          <w:jc w:val="center"/>
        </w:trPr>
        <w:tc>
          <w:tcPr>
            <w:tcW w:w="3828" w:type="dxa"/>
            <w:vAlign w:val="center"/>
          </w:tcPr>
          <w:p w14:paraId="19DC7F87" w14:textId="77777777" w:rsidR="005821BC" w:rsidRPr="00500662" w:rsidRDefault="00ED63F3">
            <w:pPr>
              <w:spacing w:after="20"/>
              <w:rPr>
                <w:sz w:val="28"/>
                <w:szCs w:val="28"/>
              </w:rPr>
            </w:pPr>
            <w:r w:rsidRPr="00500662">
              <w:rPr>
                <w:sz w:val="28"/>
                <w:szCs w:val="28"/>
              </w:rPr>
              <w:t>Favourite activity</w:t>
            </w:r>
          </w:p>
        </w:tc>
        <w:tc>
          <w:tcPr>
            <w:tcW w:w="6824" w:type="dxa"/>
            <w:vAlign w:val="center"/>
          </w:tcPr>
          <w:p w14:paraId="3B151018" w14:textId="77777777" w:rsidR="005821BC" w:rsidRPr="00500662" w:rsidRDefault="00ED63F3">
            <w:pPr>
              <w:spacing w:after="20"/>
              <w:rPr>
                <w:sz w:val="28"/>
                <w:szCs w:val="28"/>
              </w:rPr>
            </w:pPr>
            <w:r w:rsidRPr="00500662">
              <w:rPr>
                <w:sz w:val="28"/>
                <w:szCs w:val="28"/>
              </w:rPr>
              <w:t>taking (4) __________</w:t>
            </w:r>
          </w:p>
        </w:tc>
      </w:tr>
      <w:tr w:rsidR="005821BC" w:rsidRPr="00500662" w14:paraId="43C42345" w14:textId="77777777" w:rsidTr="00500662">
        <w:trPr>
          <w:jc w:val="center"/>
        </w:trPr>
        <w:tc>
          <w:tcPr>
            <w:tcW w:w="3828" w:type="dxa"/>
            <w:vAlign w:val="center"/>
          </w:tcPr>
          <w:p w14:paraId="434FA361" w14:textId="5109C4EB" w:rsidR="005821BC" w:rsidRPr="00500662" w:rsidRDefault="00420892">
            <w:pPr>
              <w:spacing w:after="20"/>
              <w:rPr>
                <w:sz w:val="28"/>
                <w:szCs w:val="28"/>
              </w:rPr>
            </w:pPr>
            <w:r w:rsidRPr="00420892">
              <w:rPr>
                <w:sz w:val="28"/>
                <w:szCs w:val="28"/>
              </w:rPr>
              <w:t>Activity at the moment</w:t>
            </w:r>
          </w:p>
        </w:tc>
        <w:tc>
          <w:tcPr>
            <w:tcW w:w="6824" w:type="dxa"/>
            <w:vAlign w:val="center"/>
          </w:tcPr>
          <w:p w14:paraId="613B8758" w14:textId="77777777" w:rsidR="005821BC" w:rsidRPr="00500662" w:rsidRDefault="00ED63F3">
            <w:pPr>
              <w:spacing w:after="20"/>
              <w:rPr>
                <w:sz w:val="28"/>
                <w:szCs w:val="28"/>
              </w:rPr>
            </w:pPr>
            <w:r w:rsidRPr="00500662">
              <w:rPr>
                <w:sz w:val="28"/>
                <w:szCs w:val="28"/>
              </w:rPr>
              <w:t>making a poster for the school (5) __________</w:t>
            </w:r>
          </w:p>
        </w:tc>
      </w:tr>
    </w:tbl>
    <w:p w14:paraId="5689E1E9" w14:textId="77777777" w:rsidR="005821BC" w:rsidRPr="00500662" w:rsidRDefault="00ED63F3">
      <w:pPr>
        <w:spacing w:before="140" w:after="40" w:line="252" w:lineRule="auto"/>
        <w:rPr>
          <w:sz w:val="28"/>
          <w:szCs w:val="28"/>
        </w:rPr>
      </w:pPr>
      <w:r w:rsidRPr="00500662">
        <w:rPr>
          <w:b/>
          <w:sz w:val="28"/>
          <w:szCs w:val="28"/>
        </w:rPr>
        <w:t>II. Pronunciation</w:t>
      </w:r>
    </w:p>
    <w:p w14:paraId="02AC8B4E" w14:textId="77777777" w:rsidR="005821BC" w:rsidRPr="00500662" w:rsidRDefault="00ED63F3">
      <w:pPr>
        <w:spacing w:after="40" w:line="252" w:lineRule="auto"/>
        <w:rPr>
          <w:sz w:val="28"/>
          <w:szCs w:val="28"/>
        </w:rPr>
      </w:pPr>
      <w:r w:rsidRPr="00500662">
        <w:rPr>
          <w:b/>
          <w:sz w:val="28"/>
          <w:szCs w:val="28"/>
        </w:rPr>
        <w:t>A. Choose the word whose bold part is pronounced differently.</w:t>
      </w:r>
    </w:p>
    <w:p w14:paraId="61F5C496" w14:textId="531DCCCC" w:rsidR="005821BC" w:rsidRPr="00500662" w:rsidRDefault="00ED63F3">
      <w:pPr>
        <w:spacing w:after="40" w:line="252" w:lineRule="auto"/>
        <w:rPr>
          <w:sz w:val="28"/>
          <w:szCs w:val="28"/>
        </w:rPr>
      </w:pPr>
      <w:r w:rsidRPr="00500662">
        <w:rPr>
          <w:sz w:val="28"/>
          <w:szCs w:val="28"/>
        </w:rPr>
        <w:t xml:space="preserve">6. A. </w:t>
      </w:r>
      <w:r w:rsidRPr="00500662">
        <w:rPr>
          <w:b/>
          <w:sz w:val="28"/>
          <w:szCs w:val="28"/>
        </w:rPr>
        <w:t>b</w:t>
      </w:r>
      <w:r w:rsidRPr="00500662">
        <w:rPr>
          <w:sz w:val="28"/>
          <w:szCs w:val="28"/>
        </w:rPr>
        <w:t xml:space="preserve">ig        B. </w:t>
      </w:r>
      <w:r w:rsidRPr="00500662">
        <w:rPr>
          <w:b/>
          <w:sz w:val="28"/>
          <w:szCs w:val="28"/>
        </w:rPr>
        <w:t>b</w:t>
      </w:r>
      <w:r w:rsidRPr="00500662">
        <w:rPr>
          <w:sz w:val="28"/>
          <w:szCs w:val="28"/>
        </w:rPr>
        <w:t>iscuit</w:t>
      </w:r>
      <w:r w:rsidR="00500662">
        <w:rPr>
          <w:sz w:val="28"/>
          <w:szCs w:val="28"/>
        </w:rPr>
        <w:tab/>
      </w:r>
      <w:r w:rsidRPr="00500662">
        <w:rPr>
          <w:sz w:val="28"/>
          <w:szCs w:val="28"/>
        </w:rPr>
        <w:t xml:space="preserve">    C. </w:t>
      </w:r>
      <w:r w:rsidRPr="00500662">
        <w:rPr>
          <w:b/>
          <w:sz w:val="28"/>
          <w:szCs w:val="28"/>
        </w:rPr>
        <w:t>p</w:t>
      </w:r>
      <w:r w:rsidRPr="00500662">
        <w:rPr>
          <w:sz w:val="28"/>
          <w:szCs w:val="28"/>
        </w:rPr>
        <w:t xml:space="preserve">icnic        D. </w:t>
      </w:r>
      <w:r w:rsidRPr="00500662">
        <w:rPr>
          <w:b/>
          <w:sz w:val="28"/>
          <w:szCs w:val="28"/>
        </w:rPr>
        <w:t>b</w:t>
      </w:r>
      <w:r w:rsidRPr="00500662">
        <w:rPr>
          <w:sz w:val="28"/>
          <w:szCs w:val="28"/>
        </w:rPr>
        <w:t>londe</w:t>
      </w:r>
    </w:p>
    <w:p w14:paraId="1D6EEFD7" w14:textId="0D0E8340" w:rsidR="005821BC" w:rsidRPr="00500662" w:rsidRDefault="00ED63F3">
      <w:pPr>
        <w:spacing w:after="40" w:line="252" w:lineRule="auto"/>
        <w:rPr>
          <w:sz w:val="28"/>
          <w:szCs w:val="28"/>
        </w:rPr>
      </w:pPr>
      <w:r w:rsidRPr="00500662">
        <w:rPr>
          <w:sz w:val="28"/>
          <w:szCs w:val="28"/>
        </w:rPr>
        <w:t xml:space="preserve">7. A. </w:t>
      </w:r>
      <w:r w:rsidRPr="00500662">
        <w:rPr>
          <w:b/>
          <w:sz w:val="28"/>
          <w:szCs w:val="28"/>
        </w:rPr>
        <w:t>p</w:t>
      </w:r>
      <w:r w:rsidRPr="00500662">
        <w:rPr>
          <w:sz w:val="28"/>
          <w:szCs w:val="28"/>
        </w:rPr>
        <w:t xml:space="preserve">ear        B. </w:t>
      </w:r>
      <w:r w:rsidRPr="00500662">
        <w:rPr>
          <w:b/>
          <w:sz w:val="28"/>
          <w:szCs w:val="28"/>
        </w:rPr>
        <w:t>p</w:t>
      </w:r>
      <w:r w:rsidRPr="00500662">
        <w:rPr>
          <w:sz w:val="28"/>
          <w:szCs w:val="28"/>
        </w:rPr>
        <w:t>en</w:t>
      </w:r>
      <w:r w:rsidR="00500662">
        <w:rPr>
          <w:sz w:val="28"/>
          <w:szCs w:val="28"/>
        </w:rPr>
        <w:tab/>
      </w:r>
      <w:r w:rsidRPr="00500662">
        <w:rPr>
          <w:sz w:val="28"/>
          <w:szCs w:val="28"/>
        </w:rPr>
        <w:t xml:space="preserve">    C. </w:t>
      </w:r>
      <w:r w:rsidRPr="00500662">
        <w:rPr>
          <w:b/>
          <w:sz w:val="28"/>
          <w:szCs w:val="28"/>
        </w:rPr>
        <w:t>p</w:t>
      </w:r>
      <w:r w:rsidRPr="00500662">
        <w:rPr>
          <w:sz w:val="28"/>
          <w:szCs w:val="28"/>
        </w:rPr>
        <w:t xml:space="preserve">icnic        D. </w:t>
      </w:r>
      <w:r w:rsidRPr="00500662">
        <w:rPr>
          <w:b/>
          <w:sz w:val="28"/>
          <w:szCs w:val="28"/>
        </w:rPr>
        <w:t>b</w:t>
      </w:r>
      <w:r w:rsidRPr="00500662">
        <w:rPr>
          <w:sz w:val="28"/>
          <w:szCs w:val="28"/>
        </w:rPr>
        <w:t>est</w:t>
      </w:r>
    </w:p>
    <w:p w14:paraId="43F3D3C9" w14:textId="77777777" w:rsidR="005821BC" w:rsidRPr="00500662" w:rsidRDefault="00ED63F3">
      <w:pPr>
        <w:spacing w:after="40" w:line="252" w:lineRule="auto"/>
        <w:rPr>
          <w:sz w:val="28"/>
          <w:szCs w:val="28"/>
        </w:rPr>
      </w:pPr>
      <w:r w:rsidRPr="00500662">
        <w:rPr>
          <w:b/>
          <w:sz w:val="28"/>
          <w:szCs w:val="28"/>
        </w:rPr>
        <w:t>B. Choose the word that has a different stress pattern from the others.</w:t>
      </w:r>
    </w:p>
    <w:p w14:paraId="4D0005E5" w14:textId="3E39EEF4" w:rsidR="005821BC" w:rsidRPr="00500662" w:rsidRDefault="00ED63F3">
      <w:pPr>
        <w:spacing w:after="40" w:line="252" w:lineRule="auto"/>
        <w:rPr>
          <w:sz w:val="28"/>
          <w:szCs w:val="28"/>
        </w:rPr>
      </w:pPr>
      <w:r w:rsidRPr="00500662">
        <w:rPr>
          <w:sz w:val="28"/>
          <w:szCs w:val="28"/>
        </w:rPr>
        <w:t xml:space="preserve">8. A. creative        </w:t>
      </w:r>
      <w:r w:rsidR="00420892">
        <w:rPr>
          <w:sz w:val="28"/>
          <w:szCs w:val="28"/>
        </w:rPr>
        <w:tab/>
      </w:r>
      <w:r w:rsidRPr="00500662">
        <w:rPr>
          <w:sz w:val="28"/>
          <w:szCs w:val="28"/>
        </w:rPr>
        <w:t>B. appearance</w:t>
      </w:r>
      <w:r w:rsidR="00500662">
        <w:rPr>
          <w:sz w:val="28"/>
          <w:szCs w:val="28"/>
        </w:rPr>
        <w:t xml:space="preserve"> </w:t>
      </w:r>
      <w:r w:rsidR="00500662">
        <w:rPr>
          <w:sz w:val="28"/>
          <w:szCs w:val="28"/>
        </w:rPr>
        <w:tab/>
      </w:r>
      <w:r w:rsidRPr="00500662">
        <w:rPr>
          <w:sz w:val="28"/>
          <w:szCs w:val="28"/>
        </w:rPr>
        <w:t xml:space="preserve">    C. confident        D. important</w:t>
      </w:r>
    </w:p>
    <w:p w14:paraId="28D32082" w14:textId="36887B09" w:rsidR="005821BC" w:rsidRPr="00500662" w:rsidRDefault="00ED63F3">
      <w:pPr>
        <w:spacing w:after="40" w:line="252" w:lineRule="auto"/>
        <w:rPr>
          <w:sz w:val="28"/>
          <w:szCs w:val="28"/>
        </w:rPr>
      </w:pPr>
      <w:r w:rsidRPr="00500662">
        <w:rPr>
          <w:sz w:val="28"/>
          <w:szCs w:val="28"/>
        </w:rPr>
        <w:t>9. A. appearance        B. creative</w:t>
      </w:r>
      <w:r w:rsidR="00500662">
        <w:rPr>
          <w:sz w:val="28"/>
          <w:szCs w:val="28"/>
        </w:rPr>
        <w:tab/>
      </w:r>
      <w:r w:rsidRPr="00500662">
        <w:rPr>
          <w:sz w:val="28"/>
          <w:szCs w:val="28"/>
        </w:rPr>
        <w:t xml:space="preserve">    C. important        D. comfortable</w:t>
      </w:r>
    </w:p>
    <w:p w14:paraId="4692F3DE" w14:textId="77777777" w:rsidR="005821BC" w:rsidRPr="00500662" w:rsidRDefault="00ED63F3">
      <w:pPr>
        <w:spacing w:before="140" w:after="40" w:line="252" w:lineRule="auto"/>
        <w:rPr>
          <w:sz w:val="28"/>
          <w:szCs w:val="28"/>
        </w:rPr>
      </w:pPr>
      <w:r w:rsidRPr="00500662">
        <w:rPr>
          <w:b/>
          <w:sz w:val="28"/>
          <w:szCs w:val="28"/>
        </w:rPr>
        <w:t>III. Language use</w:t>
      </w:r>
    </w:p>
    <w:p w14:paraId="0EA260EC" w14:textId="77777777" w:rsidR="005821BC" w:rsidRPr="00500662" w:rsidRDefault="00ED63F3">
      <w:pPr>
        <w:spacing w:after="40" w:line="252" w:lineRule="auto"/>
        <w:rPr>
          <w:sz w:val="28"/>
          <w:szCs w:val="28"/>
        </w:rPr>
      </w:pPr>
      <w:r w:rsidRPr="00500662">
        <w:rPr>
          <w:b/>
          <w:sz w:val="28"/>
          <w:szCs w:val="28"/>
        </w:rPr>
        <w:t>Choose the best answer A, B, C or D.</w:t>
      </w:r>
    </w:p>
    <w:p w14:paraId="066CE5FA" w14:textId="77777777" w:rsidR="005821BC" w:rsidRPr="00500662" w:rsidRDefault="00ED63F3">
      <w:pPr>
        <w:spacing w:after="40" w:line="252" w:lineRule="auto"/>
        <w:rPr>
          <w:sz w:val="28"/>
          <w:szCs w:val="28"/>
        </w:rPr>
      </w:pPr>
      <w:r w:rsidRPr="00500662">
        <w:rPr>
          <w:sz w:val="28"/>
          <w:szCs w:val="28"/>
        </w:rPr>
        <w:t>10. Lan is very __________. She always helps her classmates.</w:t>
      </w:r>
    </w:p>
    <w:p w14:paraId="377AC2AC" w14:textId="6B16761E" w:rsidR="005821BC" w:rsidRPr="00500662" w:rsidRDefault="00ED63F3">
      <w:pPr>
        <w:spacing w:after="40" w:line="252" w:lineRule="auto"/>
        <w:rPr>
          <w:sz w:val="28"/>
          <w:szCs w:val="28"/>
        </w:rPr>
      </w:pPr>
      <w:r w:rsidRPr="00500662">
        <w:rPr>
          <w:sz w:val="28"/>
          <w:szCs w:val="28"/>
        </w:rPr>
        <w:t xml:space="preserve">    A. kind        B. lazy</w:t>
      </w:r>
      <w:r w:rsidR="00500662">
        <w:rPr>
          <w:sz w:val="28"/>
          <w:szCs w:val="28"/>
        </w:rPr>
        <w:tab/>
      </w:r>
      <w:r w:rsidRPr="00500662">
        <w:rPr>
          <w:sz w:val="28"/>
          <w:szCs w:val="28"/>
        </w:rPr>
        <w:t xml:space="preserve">    C. noisy        D. late</w:t>
      </w:r>
    </w:p>
    <w:p w14:paraId="7B8B233D" w14:textId="77777777" w:rsidR="005821BC" w:rsidRPr="00500662" w:rsidRDefault="00ED63F3">
      <w:pPr>
        <w:spacing w:after="40" w:line="252" w:lineRule="auto"/>
        <w:rPr>
          <w:sz w:val="28"/>
          <w:szCs w:val="28"/>
        </w:rPr>
      </w:pPr>
      <w:r w:rsidRPr="00500662">
        <w:rPr>
          <w:sz w:val="28"/>
          <w:szCs w:val="28"/>
        </w:rPr>
        <w:t>11. Nam has short black hair and __________ eyes.</w:t>
      </w:r>
    </w:p>
    <w:p w14:paraId="0E23B81C" w14:textId="39632A18" w:rsidR="005821BC" w:rsidRPr="00500662" w:rsidRDefault="00ED63F3">
      <w:pPr>
        <w:spacing w:after="40" w:line="252" w:lineRule="auto"/>
        <w:rPr>
          <w:sz w:val="28"/>
          <w:szCs w:val="28"/>
        </w:rPr>
      </w:pPr>
      <w:r w:rsidRPr="00500662">
        <w:rPr>
          <w:sz w:val="28"/>
          <w:szCs w:val="28"/>
        </w:rPr>
        <w:t xml:space="preserve">    A. big        B. long</w:t>
      </w:r>
      <w:r w:rsidR="00500662">
        <w:rPr>
          <w:sz w:val="28"/>
          <w:szCs w:val="28"/>
        </w:rPr>
        <w:tab/>
      </w:r>
      <w:r w:rsidRPr="00500662">
        <w:rPr>
          <w:sz w:val="28"/>
          <w:szCs w:val="28"/>
        </w:rPr>
        <w:t xml:space="preserve">    C. curly        D. blonde</w:t>
      </w:r>
    </w:p>
    <w:p w14:paraId="0B5ABF3A" w14:textId="77777777" w:rsidR="005821BC" w:rsidRPr="00500662" w:rsidRDefault="00ED63F3">
      <w:pPr>
        <w:spacing w:after="40" w:line="252" w:lineRule="auto"/>
        <w:rPr>
          <w:sz w:val="28"/>
          <w:szCs w:val="28"/>
        </w:rPr>
      </w:pPr>
      <w:r w:rsidRPr="00500662">
        <w:rPr>
          <w:sz w:val="28"/>
          <w:szCs w:val="28"/>
        </w:rPr>
        <w:t>12. Look! The boys __________ football in the playground.</w:t>
      </w:r>
    </w:p>
    <w:p w14:paraId="06B7B1EB" w14:textId="1A2F8393" w:rsidR="005821BC" w:rsidRPr="00500662" w:rsidRDefault="00ED63F3">
      <w:pPr>
        <w:spacing w:after="40" w:line="252" w:lineRule="auto"/>
        <w:rPr>
          <w:sz w:val="28"/>
          <w:szCs w:val="28"/>
        </w:rPr>
      </w:pPr>
      <w:r w:rsidRPr="00500662">
        <w:rPr>
          <w:sz w:val="28"/>
          <w:szCs w:val="28"/>
        </w:rPr>
        <w:t xml:space="preserve">    A. play        B. plays</w:t>
      </w:r>
      <w:r w:rsidR="00500662">
        <w:rPr>
          <w:sz w:val="28"/>
          <w:szCs w:val="28"/>
        </w:rPr>
        <w:t xml:space="preserve">  </w:t>
      </w:r>
      <w:r w:rsidRPr="00500662">
        <w:rPr>
          <w:sz w:val="28"/>
          <w:szCs w:val="28"/>
        </w:rPr>
        <w:t xml:space="preserve">    C. are playing        D. is playing</w:t>
      </w:r>
    </w:p>
    <w:p w14:paraId="5031341A" w14:textId="77777777" w:rsidR="005821BC" w:rsidRPr="00500662" w:rsidRDefault="00ED63F3">
      <w:pPr>
        <w:spacing w:after="40" w:line="252" w:lineRule="auto"/>
        <w:rPr>
          <w:sz w:val="28"/>
          <w:szCs w:val="28"/>
        </w:rPr>
      </w:pPr>
      <w:r w:rsidRPr="00500662">
        <w:rPr>
          <w:sz w:val="28"/>
          <w:szCs w:val="28"/>
        </w:rPr>
        <w:t>13. My sister __________ a book at the moment.</w:t>
      </w:r>
    </w:p>
    <w:p w14:paraId="00DAECB9" w14:textId="01B450A7" w:rsidR="005821BC" w:rsidRPr="00500662" w:rsidRDefault="00ED63F3">
      <w:pPr>
        <w:spacing w:after="40" w:line="252" w:lineRule="auto"/>
        <w:rPr>
          <w:sz w:val="28"/>
          <w:szCs w:val="28"/>
        </w:rPr>
      </w:pPr>
      <w:r w:rsidRPr="00500662">
        <w:rPr>
          <w:sz w:val="28"/>
          <w:szCs w:val="28"/>
        </w:rPr>
        <w:t xml:space="preserve">    A. reads        B. is reading</w:t>
      </w:r>
      <w:r w:rsidR="00500662">
        <w:rPr>
          <w:sz w:val="28"/>
          <w:szCs w:val="28"/>
        </w:rPr>
        <w:tab/>
      </w:r>
      <w:r w:rsidRPr="00500662">
        <w:rPr>
          <w:sz w:val="28"/>
          <w:szCs w:val="28"/>
        </w:rPr>
        <w:t xml:space="preserve">    C. read        D. are reading</w:t>
      </w:r>
    </w:p>
    <w:p w14:paraId="69B830B3" w14:textId="77777777" w:rsidR="005821BC" w:rsidRPr="00500662" w:rsidRDefault="00ED63F3">
      <w:pPr>
        <w:spacing w:after="40" w:line="252" w:lineRule="auto"/>
        <w:rPr>
          <w:sz w:val="28"/>
          <w:szCs w:val="28"/>
        </w:rPr>
      </w:pPr>
      <w:r w:rsidRPr="00500662">
        <w:rPr>
          <w:sz w:val="28"/>
          <w:szCs w:val="28"/>
        </w:rPr>
        <w:t>14. What __________ your best friend like? - She is clever and friendly.</w:t>
      </w:r>
    </w:p>
    <w:p w14:paraId="2A74FF0B" w14:textId="61256D36" w:rsidR="005821BC" w:rsidRPr="00500662" w:rsidRDefault="00ED63F3">
      <w:pPr>
        <w:spacing w:after="40" w:line="252" w:lineRule="auto"/>
        <w:rPr>
          <w:sz w:val="28"/>
          <w:szCs w:val="28"/>
        </w:rPr>
      </w:pPr>
      <w:r w:rsidRPr="00500662">
        <w:rPr>
          <w:sz w:val="28"/>
          <w:szCs w:val="28"/>
        </w:rPr>
        <w:t xml:space="preserve">    A. is        B. does</w:t>
      </w:r>
      <w:r w:rsidR="00500662">
        <w:rPr>
          <w:sz w:val="28"/>
          <w:szCs w:val="28"/>
        </w:rPr>
        <w:tab/>
      </w:r>
      <w:r w:rsidRPr="00500662">
        <w:rPr>
          <w:sz w:val="28"/>
          <w:szCs w:val="28"/>
        </w:rPr>
        <w:t xml:space="preserve">    C. do        </w:t>
      </w:r>
      <w:r w:rsidR="00500662">
        <w:rPr>
          <w:sz w:val="28"/>
          <w:szCs w:val="28"/>
        </w:rPr>
        <w:tab/>
      </w:r>
      <w:r w:rsidRPr="00500662">
        <w:rPr>
          <w:sz w:val="28"/>
          <w:szCs w:val="28"/>
        </w:rPr>
        <w:t>D. are</w:t>
      </w:r>
    </w:p>
    <w:p w14:paraId="656910ED" w14:textId="77777777" w:rsidR="005821BC" w:rsidRPr="00500662" w:rsidRDefault="00ED63F3">
      <w:pPr>
        <w:spacing w:after="40" w:line="252" w:lineRule="auto"/>
        <w:rPr>
          <w:sz w:val="28"/>
          <w:szCs w:val="28"/>
        </w:rPr>
      </w:pPr>
      <w:r w:rsidRPr="00500662">
        <w:rPr>
          <w:sz w:val="28"/>
          <w:szCs w:val="28"/>
        </w:rPr>
        <w:t>15. Phong often takes photos. He is very __________.</w:t>
      </w:r>
    </w:p>
    <w:p w14:paraId="4C060907" w14:textId="73DBA727" w:rsidR="005821BC" w:rsidRPr="00500662" w:rsidRDefault="00ED63F3">
      <w:pPr>
        <w:spacing w:after="40" w:line="252" w:lineRule="auto"/>
        <w:rPr>
          <w:sz w:val="28"/>
          <w:szCs w:val="28"/>
        </w:rPr>
      </w:pPr>
      <w:r w:rsidRPr="00500662">
        <w:rPr>
          <w:sz w:val="28"/>
          <w:szCs w:val="28"/>
        </w:rPr>
        <w:t xml:space="preserve">    A. creative        B. boring    C. shy        D. lazy</w:t>
      </w:r>
    </w:p>
    <w:p w14:paraId="1E953952" w14:textId="77777777" w:rsidR="005821BC" w:rsidRPr="00500662" w:rsidRDefault="00ED63F3">
      <w:pPr>
        <w:spacing w:before="140" w:after="40" w:line="252" w:lineRule="auto"/>
        <w:rPr>
          <w:sz w:val="28"/>
          <w:szCs w:val="28"/>
        </w:rPr>
      </w:pPr>
      <w:r w:rsidRPr="00500662">
        <w:rPr>
          <w:b/>
          <w:sz w:val="28"/>
          <w:szCs w:val="28"/>
        </w:rPr>
        <w:t>IV. Signs &amp; Notices</w:t>
      </w:r>
    </w:p>
    <w:p w14:paraId="5DC4C838" w14:textId="77777777" w:rsidR="005821BC" w:rsidRPr="00500662" w:rsidRDefault="00ED63F3">
      <w:pPr>
        <w:spacing w:after="40" w:line="252" w:lineRule="auto"/>
        <w:rPr>
          <w:sz w:val="28"/>
          <w:szCs w:val="28"/>
        </w:rPr>
      </w:pPr>
      <w:r w:rsidRPr="00500662">
        <w:rPr>
          <w:b/>
          <w:sz w:val="28"/>
          <w:szCs w:val="28"/>
        </w:rPr>
        <w:t>Look at the signs/notices and choose the best explanation.</w:t>
      </w:r>
    </w:p>
    <w:p w14:paraId="45D57015" w14:textId="65758E4E" w:rsidR="00F92D11" w:rsidRPr="00F92D11" w:rsidRDefault="00F92D11">
      <w:pPr>
        <w:spacing w:after="40" w:line="252" w:lineRule="auto"/>
        <w:rPr>
          <w:b/>
          <w:bCs/>
          <w:sz w:val="28"/>
          <w:szCs w:val="28"/>
        </w:rPr>
      </w:pPr>
      <w:r w:rsidRPr="00F92D11">
        <w:rPr>
          <w:b/>
          <w:bCs/>
          <w:noProof/>
          <w:sz w:val="28"/>
          <w:szCs w:val="28"/>
        </w:rPr>
        <mc:AlternateContent>
          <mc:Choice Requires="wps">
            <w:drawing>
              <wp:anchor distT="0" distB="0" distL="114300" distR="114300" simplePos="0" relativeHeight="251655680" behindDoc="1" locked="0" layoutInCell="1" allowOverlap="1" wp14:anchorId="584FD8B1" wp14:editId="000328D7">
                <wp:simplePos x="0" y="0"/>
                <wp:positionH relativeFrom="column">
                  <wp:posOffset>-66040</wp:posOffset>
                </wp:positionH>
                <wp:positionV relativeFrom="paragraph">
                  <wp:posOffset>375285</wp:posOffset>
                </wp:positionV>
                <wp:extent cx="3343275" cy="676275"/>
                <wp:effectExtent l="0" t="0" r="28575" b="28575"/>
                <wp:wrapNone/>
                <wp:docPr id="1397222323" name="Rectangle: Rounded Corners 1"/>
                <wp:cNvGraphicFramePr/>
                <a:graphic xmlns:a="http://schemas.openxmlformats.org/drawingml/2006/main">
                  <a:graphicData uri="http://schemas.microsoft.com/office/word/2010/wordprocessingShape">
                    <wps:wsp>
                      <wps:cNvSpPr/>
                      <wps:spPr>
                        <a:xfrm>
                          <a:off x="0" y="0"/>
                          <a:ext cx="3343275" cy="676275"/>
                        </a:xfrm>
                        <a:prstGeom prst="roundRect">
                          <a:avLst/>
                        </a:prstGeom>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0C752EC3" id="Rectangle: Rounded Corners 1" o:spid="_x0000_s1026" style="position:absolute;margin-left:-5.2pt;margin-top:29.55pt;width:263.25pt;height:53.25pt;z-index:-25166080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" fillcolor="white [3201]" strokecolor="#4f81bd [3204]" strokeweight="2pt"/>
            </w:pict>
          </mc:Fallback>
        </mc:AlternateContent>
      </w:r>
      <w:r w:rsidRPr="00F92D11">
        <w:rPr>
          <w:b/>
          <w:bCs/>
          <w:sz w:val="28"/>
          <w:szCs w:val="28"/>
        </w:rPr>
        <w:t>16. Read the notice.</w:t>
      </w:r>
      <w:r w:rsidRPr="00F92D11">
        <w:rPr>
          <w:b/>
          <w:bCs/>
          <w:sz w:val="28"/>
          <w:szCs w:val="28"/>
        </w:rPr>
        <w:br/>
      </w:r>
    </w:p>
    <w:p w14:paraId="6141E67B" w14:textId="5328230C" w:rsidR="005821BC" w:rsidRPr="00500662" w:rsidRDefault="00ED63F3">
      <w:pPr>
        <w:spacing w:after="40" w:line="252" w:lineRule="auto"/>
        <w:rPr>
          <w:sz w:val="28"/>
          <w:szCs w:val="28"/>
        </w:rPr>
      </w:pPr>
      <w:r w:rsidRPr="00500662">
        <w:rPr>
          <w:sz w:val="28"/>
          <w:szCs w:val="28"/>
        </w:rPr>
        <w:lastRenderedPageBreak/>
        <w:t>FRIENDSHIP CLUB</w:t>
      </w:r>
      <w:r w:rsidRPr="00500662">
        <w:rPr>
          <w:sz w:val="28"/>
          <w:szCs w:val="28"/>
        </w:rPr>
        <w:br/>
        <w:t>Meet new friends every Friday after school.</w:t>
      </w:r>
    </w:p>
    <w:p w14:paraId="5518CDE9" w14:textId="0596FC6B" w:rsidR="00F92D11" w:rsidRDefault="00ED63F3">
      <w:pPr>
        <w:spacing w:after="40" w:line="252" w:lineRule="auto"/>
        <w:rPr>
          <w:sz w:val="28"/>
          <w:szCs w:val="28"/>
        </w:rPr>
      </w:pPr>
      <w:r w:rsidRPr="00500662">
        <w:rPr>
          <w:sz w:val="28"/>
          <w:szCs w:val="28"/>
        </w:rPr>
        <w:t>A. Students can meet new friends</w:t>
      </w:r>
      <w:r w:rsidR="00F92D11">
        <w:rPr>
          <w:sz w:val="28"/>
          <w:szCs w:val="28"/>
        </w:rPr>
        <w:t xml:space="preserve"> each Friday</w:t>
      </w:r>
      <w:r w:rsidRPr="00500662">
        <w:rPr>
          <w:sz w:val="28"/>
          <w:szCs w:val="28"/>
        </w:rPr>
        <w:t xml:space="preserve">.        </w:t>
      </w:r>
    </w:p>
    <w:p w14:paraId="5F0B1400" w14:textId="77777777" w:rsidR="00F92D11" w:rsidRDefault="00ED63F3">
      <w:pPr>
        <w:spacing w:after="40" w:line="252" w:lineRule="auto"/>
        <w:rPr>
          <w:sz w:val="28"/>
          <w:szCs w:val="28"/>
        </w:rPr>
      </w:pPr>
      <w:r w:rsidRPr="00500662">
        <w:rPr>
          <w:sz w:val="28"/>
          <w:szCs w:val="28"/>
        </w:rPr>
        <w:t>B. Students must study alone every Friday.</w:t>
      </w:r>
    </w:p>
    <w:p w14:paraId="09FB0A35" w14:textId="4A52A184" w:rsidR="00F92D11" w:rsidRDefault="00ED63F3">
      <w:pPr>
        <w:spacing w:after="40" w:line="252" w:lineRule="auto"/>
        <w:rPr>
          <w:sz w:val="28"/>
          <w:szCs w:val="28"/>
        </w:rPr>
      </w:pPr>
      <w:r w:rsidRPr="00500662">
        <w:rPr>
          <w:sz w:val="28"/>
          <w:szCs w:val="28"/>
        </w:rPr>
        <w:t xml:space="preserve">C. Students cannot talk to friends at school.        </w:t>
      </w:r>
    </w:p>
    <w:p w14:paraId="3AADA257" w14:textId="6FBB92C9" w:rsidR="005821BC" w:rsidRPr="00500662" w:rsidRDefault="00ED63F3">
      <w:pPr>
        <w:spacing w:after="40" w:line="252" w:lineRule="auto"/>
        <w:rPr>
          <w:sz w:val="28"/>
          <w:szCs w:val="28"/>
        </w:rPr>
      </w:pPr>
      <w:r w:rsidRPr="00500662">
        <w:rPr>
          <w:sz w:val="28"/>
          <w:szCs w:val="28"/>
        </w:rPr>
        <w:t>D. Students have no clubs after school.</w:t>
      </w:r>
    </w:p>
    <w:p w14:paraId="67CD37B1" w14:textId="4B8574F4" w:rsidR="00F92D11" w:rsidRDefault="00F92D11">
      <w:pPr>
        <w:spacing w:after="40" w:line="252" w:lineRule="auto"/>
        <w:rPr>
          <w:sz w:val="28"/>
          <w:szCs w:val="28"/>
        </w:rPr>
      </w:pPr>
      <w:r w:rsidRPr="00F92D11">
        <w:rPr>
          <w:b/>
          <w:bCs/>
          <w:noProof/>
        </w:rPr>
        <w:drawing>
          <wp:anchor distT="0" distB="0" distL="114300" distR="114300" simplePos="0" relativeHeight="251657728" behindDoc="0" locked="0" layoutInCell="1" allowOverlap="1" wp14:anchorId="1D32804B" wp14:editId="4E3C81FD">
            <wp:simplePos x="0" y="0"/>
            <wp:positionH relativeFrom="column">
              <wp:posOffset>4803775</wp:posOffset>
            </wp:positionH>
            <wp:positionV relativeFrom="paragraph">
              <wp:posOffset>175260</wp:posOffset>
            </wp:positionV>
            <wp:extent cx="1479550" cy="1047750"/>
            <wp:effectExtent l="0" t="0" r="6350" b="0"/>
            <wp:wrapNone/>
            <wp:docPr id="665094006" name="Picture 2" descr="Classroom Rules by Teacher Joh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lassroom Rules by Teacher John 🧑‍🏫"/>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79550" cy="10477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92D11">
        <w:rPr>
          <w:b/>
          <w:bCs/>
          <w:sz w:val="28"/>
          <w:szCs w:val="28"/>
        </w:rPr>
        <w:t>17. What does this sign mean?</w:t>
      </w:r>
      <w:r w:rsidRPr="00500662">
        <w:rPr>
          <w:sz w:val="28"/>
          <w:szCs w:val="28"/>
        </w:rPr>
        <w:br/>
        <w:t xml:space="preserve">A. You should work alone all the time.           </w:t>
      </w:r>
    </w:p>
    <w:p w14:paraId="6AA1818B" w14:textId="4597B37A" w:rsidR="005821BC" w:rsidRPr="00500662" w:rsidRDefault="00ED63F3">
      <w:pPr>
        <w:spacing w:after="40" w:line="252" w:lineRule="auto"/>
        <w:rPr>
          <w:sz w:val="28"/>
          <w:szCs w:val="28"/>
        </w:rPr>
      </w:pPr>
      <w:r w:rsidRPr="00500662">
        <w:rPr>
          <w:sz w:val="28"/>
          <w:szCs w:val="28"/>
        </w:rPr>
        <w:t>B. You should laugh at your classmates.</w:t>
      </w:r>
    </w:p>
    <w:p w14:paraId="14322C7E" w14:textId="08338244" w:rsidR="00F92D11" w:rsidRDefault="00ED63F3">
      <w:pPr>
        <w:spacing w:after="40" w:line="252" w:lineRule="auto"/>
        <w:rPr>
          <w:sz w:val="28"/>
          <w:szCs w:val="28"/>
        </w:rPr>
      </w:pPr>
      <w:r w:rsidRPr="00500662">
        <w:rPr>
          <w:sz w:val="28"/>
          <w:szCs w:val="28"/>
        </w:rPr>
        <w:t xml:space="preserve">C. </w:t>
      </w:r>
      <w:r w:rsidR="00F92D11" w:rsidRPr="00500662">
        <w:rPr>
          <w:sz w:val="28"/>
          <w:szCs w:val="28"/>
        </w:rPr>
        <w:t xml:space="preserve">You should help and be nice to your classmates. </w:t>
      </w:r>
    </w:p>
    <w:p w14:paraId="50F39E24" w14:textId="231FC0BF" w:rsidR="005821BC" w:rsidRPr="00500662" w:rsidRDefault="00ED63F3">
      <w:pPr>
        <w:spacing w:after="40" w:line="252" w:lineRule="auto"/>
        <w:rPr>
          <w:sz w:val="28"/>
          <w:szCs w:val="28"/>
        </w:rPr>
      </w:pPr>
      <w:r w:rsidRPr="00500662">
        <w:rPr>
          <w:sz w:val="28"/>
          <w:szCs w:val="28"/>
        </w:rPr>
        <w:t>D. You should talk loudly in class.</w:t>
      </w:r>
    </w:p>
    <w:p w14:paraId="6B18E505" w14:textId="77777777" w:rsidR="00450DED" w:rsidRDefault="00ED63F3">
      <w:pPr>
        <w:spacing w:after="40" w:line="252" w:lineRule="auto"/>
        <w:rPr>
          <w:b/>
          <w:bCs/>
          <w:sz w:val="28"/>
          <w:szCs w:val="28"/>
        </w:rPr>
      </w:pPr>
      <w:r w:rsidRPr="00F92D11">
        <w:rPr>
          <w:b/>
          <w:bCs/>
          <w:sz w:val="28"/>
          <w:szCs w:val="28"/>
        </w:rPr>
        <w:t>18. Read the notice. What is TRUE?</w:t>
      </w:r>
    </w:p>
    <w:p w14:paraId="2016D853" w14:textId="69E136E0" w:rsidR="00450DED" w:rsidRDefault="00450DED">
      <w:pPr>
        <w:spacing w:after="40" w:line="252" w:lineRule="auto"/>
        <w:rPr>
          <w:sz w:val="28"/>
          <w:szCs w:val="28"/>
        </w:rPr>
      </w:pPr>
      <w:r w:rsidRPr="00F92D11">
        <w:rPr>
          <w:b/>
          <w:bCs/>
          <w:noProof/>
          <w:sz w:val="28"/>
          <w:szCs w:val="28"/>
        </w:rPr>
        <mc:AlternateContent>
          <mc:Choice Requires="wps">
            <w:drawing>
              <wp:anchor distT="0" distB="0" distL="114300" distR="114300" simplePos="0" relativeHeight="251659776" behindDoc="1" locked="0" layoutInCell="1" allowOverlap="1" wp14:anchorId="425263EF" wp14:editId="511FF1EB">
                <wp:simplePos x="0" y="0"/>
                <wp:positionH relativeFrom="column">
                  <wp:posOffset>-94615</wp:posOffset>
                </wp:positionH>
                <wp:positionV relativeFrom="paragraph">
                  <wp:posOffset>112395</wp:posOffset>
                </wp:positionV>
                <wp:extent cx="3343275" cy="676275"/>
                <wp:effectExtent l="0" t="0" r="28575" b="28575"/>
                <wp:wrapNone/>
                <wp:docPr id="977925957" name="Rectangle: Rounded Corners 1"/>
                <wp:cNvGraphicFramePr/>
                <a:graphic xmlns:a="http://schemas.openxmlformats.org/drawingml/2006/main">
                  <a:graphicData uri="http://schemas.microsoft.com/office/word/2010/wordprocessingShape">
                    <wps:wsp>
                      <wps:cNvSpPr/>
                      <wps:spPr>
                        <a:xfrm>
                          <a:off x="0" y="0"/>
                          <a:ext cx="3343275" cy="676275"/>
                        </a:xfrm>
                        <a:prstGeom prst="roundRect">
                          <a:avLst/>
                        </a:prstGeom>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28C72BF3" id="Rectangle: Rounded Corners 1" o:spid="_x0000_s1026" style="position:absolute;margin-left:-7.45pt;margin-top:8.85pt;width:263.25pt;height:53.25pt;z-index:-25165670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" fillcolor="white [3201]" strokecolor="#4f81bd [3204]" strokeweight="2pt"/>
            </w:pict>
          </mc:Fallback>
        </mc:AlternateContent>
      </w:r>
      <w:r w:rsidRPr="00500662">
        <w:rPr>
          <w:sz w:val="28"/>
          <w:szCs w:val="28"/>
        </w:rPr>
        <w:br/>
        <w:t xml:space="preserve">SUMMER CAMP PHOTO TIME: </w:t>
      </w:r>
    </w:p>
    <w:p w14:paraId="2D06B374" w14:textId="5665F28C" w:rsidR="005821BC" w:rsidRDefault="00ED63F3">
      <w:pPr>
        <w:spacing w:after="40" w:line="252" w:lineRule="auto"/>
        <w:rPr>
          <w:sz w:val="28"/>
          <w:szCs w:val="28"/>
        </w:rPr>
      </w:pPr>
      <w:r w:rsidRPr="00500662">
        <w:rPr>
          <w:sz w:val="28"/>
          <w:szCs w:val="28"/>
        </w:rPr>
        <w:t>Please stand with your group and smile.</w:t>
      </w:r>
    </w:p>
    <w:p w14:paraId="4C5FBC2E" w14:textId="77777777" w:rsidR="00450DED" w:rsidRPr="00500662" w:rsidRDefault="00450DED">
      <w:pPr>
        <w:spacing w:after="40" w:line="252" w:lineRule="auto"/>
        <w:rPr>
          <w:sz w:val="28"/>
          <w:szCs w:val="28"/>
        </w:rPr>
      </w:pPr>
    </w:p>
    <w:p w14:paraId="2105D3AB" w14:textId="2C8DCA24" w:rsidR="00450DED" w:rsidRDefault="00ED63F3">
      <w:pPr>
        <w:spacing w:after="40" w:line="252" w:lineRule="auto"/>
        <w:rPr>
          <w:sz w:val="28"/>
          <w:szCs w:val="28"/>
        </w:rPr>
      </w:pPr>
      <w:r w:rsidRPr="00500662">
        <w:rPr>
          <w:sz w:val="28"/>
          <w:szCs w:val="28"/>
        </w:rPr>
        <w:t xml:space="preserve"> A. </w:t>
      </w:r>
      <w:r w:rsidR="00450DED" w:rsidRPr="00500662">
        <w:rPr>
          <w:sz w:val="28"/>
          <w:szCs w:val="28"/>
        </w:rPr>
        <w:t>Students are going to clean the board.</w:t>
      </w:r>
      <w:r w:rsidRPr="00500662">
        <w:rPr>
          <w:sz w:val="28"/>
          <w:szCs w:val="28"/>
        </w:rPr>
        <w:t xml:space="preserve">      </w:t>
      </w:r>
    </w:p>
    <w:p w14:paraId="751F43F3" w14:textId="36FF6AB2" w:rsidR="005821BC" w:rsidRPr="00500662" w:rsidRDefault="00450DED">
      <w:pPr>
        <w:spacing w:after="40" w:line="252" w:lineRule="auto"/>
        <w:rPr>
          <w:sz w:val="28"/>
          <w:szCs w:val="28"/>
        </w:rPr>
      </w:pPr>
      <w:r>
        <w:rPr>
          <w:sz w:val="28"/>
          <w:szCs w:val="28"/>
        </w:rPr>
        <w:t xml:space="preserve"> </w:t>
      </w:r>
      <w:r w:rsidRPr="00500662">
        <w:rPr>
          <w:sz w:val="28"/>
          <w:szCs w:val="28"/>
        </w:rPr>
        <w:t xml:space="preserve">B. Students are going to take a group photo. </w:t>
      </w:r>
    </w:p>
    <w:p w14:paraId="44BE9261" w14:textId="741C1B92" w:rsidR="00450DED" w:rsidRDefault="00014132">
      <w:pPr>
        <w:spacing w:after="40" w:line="252" w:lineRule="auto"/>
        <w:rPr>
          <w:sz w:val="28"/>
          <w:szCs w:val="28"/>
        </w:rPr>
      </w:pPr>
      <w:r>
        <w:rPr>
          <w:noProof/>
        </w:rPr>
        <w:drawing>
          <wp:anchor distT="0" distB="0" distL="114300" distR="114300" simplePos="0" relativeHeight="251660800" behindDoc="0" locked="0" layoutInCell="1" allowOverlap="1" wp14:anchorId="5F899377" wp14:editId="63DB79F5">
            <wp:simplePos x="0" y="0"/>
            <wp:positionH relativeFrom="column">
              <wp:posOffset>4458335</wp:posOffset>
            </wp:positionH>
            <wp:positionV relativeFrom="paragraph">
              <wp:posOffset>164465</wp:posOffset>
            </wp:positionV>
            <wp:extent cx="1581150" cy="1581150"/>
            <wp:effectExtent l="0" t="0" r="0" b="0"/>
            <wp:wrapNone/>
            <wp:docPr id="1698813997" name="Picture 3" descr="This Is A Quiet Reading Area Sign - from Key Signs U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his Is A Quiet Reading Area Sign - from Key Signs UK"/>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81150" cy="15811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00662">
        <w:rPr>
          <w:sz w:val="28"/>
          <w:szCs w:val="28"/>
        </w:rPr>
        <w:t xml:space="preserve"> C. Students are going to </w:t>
      </w:r>
      <w:r w:rsidR="00450DED">
        <w:rPr>
          <w:sz w:val="28"/>
          <w:szCs w:val="28"/>
        </w:rPr>
        <w:t>sing in a group</w:t>
      </w:r>
      <w:r w:rsidRPr="00500662">
        <w:rPr>
          <w:sz w:val="28"/>
          <w:szCs w:val="28"/>
        </w:rPr>
        <w:t xml:space="preserve">.        </w:t>
      </w:r>
    </w:p>
    <w:p w14:paraId="4B7EC72D" w14:textId="5CCB08C3" w:rsidR="005821BC" w:rsidRPr="00500662" w:rsidRDefault="00450DED">
      <w:pPr>
        <w:spacing w:after="40" w:line="252" w:lineRule="auto"/>
        <w:rPr>
          <w:sz w:val="28"/>
          <w:szCs w:val="28"/>
        </w:rPr>
      </w:pPr>
      <w:r>
        <w:rPr>
          <w:sz w:val="28"/>
          <w:szCs w:val="28"/>
        </w:rPr>
        <w:t xml:space="preserve"> </w:t>
      </w:r>
      <w:r w:rsidRPr="00500662">
        <w:rPr>
          <w:sz w:val="28"/>
          <w:szCs w:val="28"/>
        </w:rPr>
        <w:t>D. Students are going to do homework.</w:t>
      </w:r>
    </w:p>
    <w:p w14:paraId="59ABD39A" w14:textId="67AF5D0D" w:rsidR="005821BC" w:rsidRPr="00500662" w:rsidRDefault="00ED63F3">
      <w:pPr>
        <w:spacing w:after="40" w:line="252" w:lineRule="auto"/>
        <w:rPr>
          <w:sz w:val="28"/>
          <w:szCs w:val="28"/>
        </w:rPr>
      </w:pPr>
      <w:r w:rsidRPr="00450DED">
        <w:rPr>
          <w:b/>
          <w:bCs/>
          <w:sz w:val="28"/>
          <w:szCs w:val="28"/>
        </w:rPr>
        <w:t>19. What does this notice tell you?</w:t>
      </w:r>
      <w:r w:rsidRPr="00500662">
        <w:rPr>
          <w:sz w:val="28"/>
          <w:szCs w:val="28"/>
        </w:rPr>
        <w:t>.</w:t>
      </w:r>
    </w:p>
    <w:p w14:paraId="7EFCFB50" w14:textId="77777777" w:rsidR="00014132" w:rsidRDefault="00ED63F3">
      <w:pPr>
        <w:spacing w:after="40" w:line="252" w:lineRule="auto"/>
        <w:rPr>
          <w:sz w:val="28"/>
          <w:szCs w:val="28"/>
        </w:rPr>
      </w:pPr>
      <w:r w:rsidRPr="00500662">
        <w:rPr>
          <w:sz w:val="28"/>
          <w:szCs w:val="28"/>
        </w:rPr>
        <w:t xml:space="preserve"> A. You should read quietly here.       </w:t>
      </w:r>
    </w:p>
    <w:p w14:paraId="2FE19503" w14:textId="5B74A75B" w:rsidR="005821BC" w:rsidRPr="00500662" w:rsidRDefault="00014132">
      <w:pPr>
        <w:spacing w:after="40" w:line="252" w:lineRule="auto"/>
        <w:rPr>
          <w:sz w:val="28"/>
          <w:szCs w:val="28"/>
        </w:rPr>
      </w:pPr>
      <w:r>
        <w:rPr>
          <w:sz w:val="28"/>
          <w:szCs w:val="28"/>
        </w:rPr>
        <w:t xml:space="preserve"> </w:t>
      </w:r>
      <w:r w:rsidRPr="00500662">
        <w:rPr>
          <w:sz w:val="28"/>
          <w:szCs w:val="28"/>
        </w:rPr>
        <w:t>B. You can play football here.</w:t>
      </w:r>
      <w:r w:rsidRPr="00014132">
        <w:t xml:space="preserve"> </w:t>
      </w:r>
    </w:p>
    <w:p w14:paraId="2BA8214A" w14:textId="40B3BA0D" w:rsidR="00014132" w:rsidRDefault="00ED63F3">
      <w:pPr>
        <w:spacing w:after="40" w:line="252" w:lineRule="auto"/>
        <w:rPr>
          <w:sz w:val="28"/>
          <w:szCs w:val="28"/>
        </w:rPr>
      </w:pPr>
      <w:r w:rsidRPr="00500662">
        <w:rPr>
          <w:sz w:val="28"/>
          <w:szCs w:val="28"/>
        </w:rPr>
        <w:t xml:space="preserve"> C. You should </w:t>
      </w:r>
      <w:r w:rsidR="00014132">
        <w:rPr>
          <w:sz w:val="28"/>
          <w:szCs w:val="28"/>
        </w:rPr>
        <w:t>read</w:t>
      </w:r>
      <w:r w:rsidRPr="00500662">
        <w:rPr>
          <w:sz w:val="28"/>
          <w:szCs w:val="28"/>
        </w:rPr>
        <w:t xml:space="preserve"> loudly here.        </w:t>
      </w:r>
    </w:p>
    <w:p w14:paraId="7C1E544D" w14:textId="6C11CFD3" w:rsidR="005821BC" w:rsidRPr="00500662" w:rsidRDefault="00014132">
      <w:pPr>
        <w:spacing w:after="40" w:line="252" w:lineRule="auto"/>
        <w:rPr>
          <w:sz w:val="28"/>
          <w:szCs w:val="28"/>
        </w:rPr>
      </w:pPr>
      <w:r>
        <w:rPr>
          <w:sz w:val="28"/>
          <w:szCs w:val="28"/>
        </w:rPr>
        <w:t xml:space="preserve"> </w:t>
      </w:r>
      <w:r w:rsidRPr="00500662">
        <w:rPr>
          <w:sz w:val="28"/>
          <w:szCs w:val="28"/>
        </w:rPr>
        <w:t>D. You can run and jump here.</w:t>
      </w:r>
    </w:p>
    <w:p w14:paraId="3295015D" w14:textId="77777777" w:rsidR="005821BC" w:rsidRPr="00500662" w:rsidRDefault="00ED63F3">
      <w:pPr>
        <w:spacing w:before="140" w:after="40" w:line="252" w:lineRule="auto"/>
        <w:rPr>
          <w:sz w:val="28"/>
          <w:szCs w:val="28"/>
        </w:rPr>
      </w:pPr>
      <w:r w:rsidRPr="00500662">
        <w:rPr>
          <w:b/>
          <w:sz w:val="28"/>
          <w:szCs w:val="28"/>
        </w:rPr>
        <w:t>V. LOGIC</w:t>
      </w:r>
    </w:p>
    <w:p w14:paraId="19621C23" w14:textId="77777777" w:rsidR="005821BC" w:rsidRPr="00500662" w:rsidRDefault="00ED63F3">
      <w:pPr>
        <w:spacing w:after="40" w:line="252" w:lineRule="auto"/>
        <w:rPr>
          <w:sz w:val="28"/>
          <w:szCs w:val="28"/>
        </w:rPr>
      </w:pPr>
      <w:r w:rsidRPr="00500662">
        <w:rPr>
          <w:b/>
          <w:sz w:val="28"/>
          <w:szCs w:val="28"/>
        </w:rPr>
        <w:t>Rearrange the sentences (a-d) to make a complete conversation.</w:t>
      </w:r>
    </w:p>
    <w:p w14:paraId="63DE2BE7" w14:textId="77777777" w:rsidR="005821BC" w:rsidRPr="00500662" w:rsidRDefault="00ED63F3">
      <w:pPr>
        <w:spacing w:after="40" w:line="252" w:lineRule="auto"/>
        <w:rPr>
          <w:sz w:val="28"/>
          <w:szCs w:val="28"/>
        </w:rPr>
      </w:pPr>
      <w:r w:rsidRPr="00500662">
        <w:rPr>
          <w:sz w:val="28"/>
          <w:szCs w:val="28"/>
        </w:rPr>
        <w:t xml:space="preserve">20. </w:t>
      </w:r>
    </w:p>
    <w:p w14:paraId="5D4717CE" w14:textId="77777777" w:rsidR="005821BC" w:rsidRPr="00500662" w:rsidRDefault="00ED63F3">
      <w:pPr>
        <w:spacing w:after="40" w:line="252" w:lineRule="auto"/>
        <w:rPr>
          <w:sz w:val="28"/>
          <w:szCs w:val="28"/>
        </w:rPr>
      </w:pPr>
      <w:r w:rsidRPr="00500662">
        <w:rPr>
          <w:sz w:val="28"/>
          <w:szCs w:val="28"/>
        </w:rPr>
        <w:t xml:space="preserve"> a. Mi: She is short with long black hair.</w:t>
      </w:r>
    </w:p>
    <w:p w14:paraId="0B692057" w14:textId="77777777" w:rsidR="005821BC" w:rsidRPr="00500662" w:rsidRDefault="00ED63F3">
      <w:pPr>
        <w:spacing w:after="40" w:line="252" w:lineRule="auto"/>
        <w:rPr>
          <w:sz w:val="28"/>
          <w:szCs w:val="28"/>
        </w:rPr>
      </w:pPr>
      <w:r w:rsidRPr="00500662">
        <w:rPr>
          <w:sz w:val="28"/>
          <w:szCs w:val="28"/>
        </w:rPr>
        <w:t xml:space="preserve"> b. Linda: What does your best friend look like?</w:t>
      </w:r>
    </w:p>
    <w:p w14:paraId="5B0A6FA9" w14:textId="77777777" w:rsidR="005821BC" w:rsidRPr="00500662" w:rsidRDefault="00ED63F3">
      <w:pPr>
        <w:spacing w:after="40" w:line="252" w:lineRule="auto"/>
        <w:rPr>
          <w:sz w:val="28"/>
          <w:szCs w:val="28"/>
        </w:rPr>
      </w:pPr>
      <w:r w:rsidRPr="00500662">
        <w:rPr>
          <w:sz w:val="28"/>
          <w:szCs w:val="28"/>
        </w:rPr>
        <w:t xml:space="preserve"> c. Linda: What is she like?</w:t>
      </w:r>
    </w:p>
    <w:p w14:paraId="3A6AA03B" w14:textId="77777777" w:rsidR="005821BC" w:rsidRPr="00500662" w:rsidRDefault="00ED63F3">
      <w:pPr>
        <w:spacing w:after="40" w:line="252" w:lineRule="auto"/>
        <w:rPr>
          <w:sz w:val="28"/>
          <w:szCs w:val="28"/>
        </w:rPr>
      </w:pPr>
      <w:r w:rsidRPr="00500662">
        <w:rPr>
          <w:sz w:val="28"/>
          <w:szCs w:val="28"/>
        </w:rPr>
        <w:t xml:space="preserve"> d. Mi: She is very kind and creative.</w:t>
      </w:r>
    </w:p>
    <w:p w14:paraId="2791B840" w14:textId="0EC5CBEC" w:rsidR="005821BC" w:rsidRPr="00500662" w:rsidRDefault="00ED63F3">
      <w:pPr>
        <w:spacing w:after="40" w:line="252" w:lineRule="auto"/>
        <w:rPr>
          <w:sz w:val="28"/>
          <w:szCs w:val="28"/>
        </w:rPr>
      </w:pPr>
      <w:r w:rsidRPr="00500662">
        <w:rPr>
          <w:sz w:val="28"/>
          <w:szCs w:val="28"/>
        </w:rPr>
        <w:t xml:space="preserve">    A. b-a-c-d    </w:t>
      </w:r>
      <w:r w:rsidR="00F745CC">
        <w:rPr>
          <w:sz w:val="28"/>
          <w:szCs w:val="28"/>
        </w:rPr>
        <w:tab/>
      </w:r>
      <w:r w:rsidRPr="00500662">
        <w:rPr>
          <w:sz w:val="28"/>
          <w:szCs w:val="28"/>
        </w:rPr>
        <w:t xml:space="preserve">B. b-c-a-d    </w:t>
      </w:r>
      <w:r w:rsidR="00F745CC">
        <w:rPr>
          <w:sz w:val="28"/>
          <w:szCs w:val="28"/>
        </w:rPr>
        <w:tab/>
      </w:r>
      <w:r w:rsidR="00F745CC">
        <w:rPr>
          <w:sz w:val="28"/>
          <w:szCs w:val="28"/>
        </w:rPr>
        <w:tab/>
      </w:r>
      <w:r w:rsidRPr="00500662">
        <w:rPr>
          <w:sz w:val="28"/>
          <w:szCs w:val="28"/>
        </w:rPr>
        <w:t xml:space="preserve">C. c-d-b-a    </w:t>
      </w:r>
      <w:r w:rsidR="00F745CC">
        <w:rPr>
          <w:sz w:val="28"/>
          <w:szCs w:val="28"/>
        </w:rPr>
        <w:tab/>
      </w:r>
      <w:r w:rsidR="00F745CC">
        <w:rPr>
          <w:sz w:val="28"/>
          <w:szCs w:val="28"/>
        </w:rPr>
        <w:tab/>
      </w:r>
      <w:r w:rsidRPr="00500662">
        <w:rPr>
          <w:sz w:val="28"/>
          <w:szCs w:val="28"/>
        </w:rPr>
        <w:t>D. a-b-c-d</w:t>
      </w:r>
    </w:p>
    <w:p w14:paraId="1C56274D" w14:textId="77777777" w:rsidR="005821BC" w:rsidRPr="00500662" w:rsidRDefault="00ED63F3">
      <w:pPr>
        <w:spacing w:after="40" w:line="252" w:lineRule="auto"/>
        <w:rPr>
          <w:sz w:val="28"/>
          <w:szCs w:val="28"/>
        </w:rPr>
      </w:pPr>
      <w:r w:rsidRPr="00500662">
        <w:rPr>
          <w:sz w:val="28"/>
          <w:szCs w:val="28"/>
        </w:rPr>
        <w:t xml:space="preserve">21. </w:t>
      </w:r>
    </w:p>
    <w:p w14:paraId="302E635B" w14:textId="77777777" w:rsidR="005821BC" w:rsidRPr="00500662" w:rsidRDefault="00ED63F3">
      <w:pPr>
        <w:spacing w:after="40" w:line="252" w:lineRule="auto"/>
        <w:rPr>
          <w:sz w:val="28"/>
          <w:szCs w:val="28"/>
        </w:rPr>
      </w:pPr>
      <w:r w:rsidRPr="00500662">
        <w:rPr>
          <w:sz w:val="28"/>
          <w:szCs w:val="28"/>
        </w:rPr>
        <w:t xml:space="preserve"> a. Nam: No, I am not. I am writing a letter.</w:t>
      </w:r>
    </w:p>
    <w:p w14:paraId="7EA65E3D" w14:textId="77777777" w:rsidR="005821BC" w:rsidRPr="00500662" w:rsidRDefault="00ED63F3">
      <w:pPr>
        <w:spacing w:after="40" w:line="252" w:lineRule="auto"/>
        <w:rPr>
          <w:sz w:val="28"/>
          <w:szCs w:val="28"/>
        </w:rPr>
      </w:pPr>
      <w:r w:rsidRPr="00500662">
        <w:rPr>
          <w:sz w:val="28"/>
          <w:szCs w:val="28"/>
        </w:rPr>
        <w:t xml:space="preserve"> b. Lan: Are you reading a comic book?</w:t>
      </w:r>
    </w:p>
    <w:p w14:paraId="4F7A559A" w14:textId="36938E5C" w:rsidR="005821BC" w:rsidRPr="00500662" w:rsidRDefault="00ED63F3">
      <w:pPr>
        <w:spacing w:after="40" w:line="252" w:lineRule="auto"/>
        <w:rPr>
          <w:sz w:val="28"/>
          <w:szCs w:val="28"/>
        </w:rPr>
      </w:pPr>
      <w:r w:rsidRPr="00500662">
        <w:rPr>
          <w:sz w:val="28"/>
          <w:szCs w:val="28"/>
        </w:rPr>
        <w:lastRenderedPageBreak/>
        <w:t xml:space="preserve"> c. Lan: </w:t>
      </w:r>
      <w:r w:rsidR="007858DE" w:rsidRPr="00500662">
        <w:rPr>
          <w:sz w:val="28"/>
          <w:szCs w:val="28"/>
        </w:rPr>
        <w:t>It is for my best friend.</w:t>
      </w:r>
    </w:p>
    <w:p w14:paraId="2332D023" w14:textId="4AD3B355" w:rsidR="005821BC" w:rsidRPr="00500662" w:rsidRDefault="00ED63F3">
      <w:pPr>
        <w:spacing w:after="40" w:line="252" w:lineRule="auto"/>
        <w:rPr>
          <w:sz w:val="28"/>
          <w:szCs w:val="28"/>
        </w:rPr>
      </w:pPr>
      <w:r w:rsidRPr="00500662">
        <w:rPr>
          <w:sz w:val="28"/>
          <w:szCs w:val="28"/>
        </w:rPr>
        <w:t xml:space="preserve"> d. Nam: </w:t>
      </w:r>
      <w:r w:rsidR="007858DE" w:rsidRPr="00500662">
        <w:rPr>
          <w:sz w:val="28"/>
          <w:szCs w:val="28"/>
        </w:rPr>
        <w:t>Who is the letter for?</w:t>
      </w:r>
    </w:p>
    <w:p w14:paraId="6F67845C" w14:textId="715D0F8C" w:rsidR="005821BC" w:rsidRPr="00500662" w:rsidRDefault="00ED63F3">
      <w:pPr>
        <w:spacing w:after="40" w:line="252" w:lineRule="auto"/>
        <w:rPr>
          <w:sz w:val="28"/>
          <w:szCs w:val="28"/>
        </w:rPr>
      </w:pPr>
      <w:r w:rsidRPr="00500662">
        <w:rPr>
          <w:sz w:val="28"/>
          <w:szCs w:val="28"/>
        </w:rPr>
        <w:t xml:space="preserve">    A. b-a-c-d    </w:t>
      </w:r>
      <w:r w:rsidR="007858DE">
        <w:rPr>
          <w:sz w:val="28"/>
          <w:szCs w:val="28"/>
        </w:rPr>
        <w:tab/>
      </w:r>
      <w:r w:rsidRPr="00500662">
        <w:rPr>
          <w:sz w:val="28"/>
          <w:szCs w:val="28"/>
        </w:rPr>
        <w:t xml:space="preserve">B. a-b-c-d    </w:t>
      </w:r>
      <w:r w:rsidR="007858DE">
        <w:rPr>
          <w:sz w:val="28"/>
          <w:szCs w:val="28"/>
        </w:rPr>
        <w:tab/>
      </w:r>
      <w:r w:rsidR="007858DE">
        <w:rPr>
          <w:sz w:val="28"/>
          <w:szCs w:val="28"/>
        </w:rPr>
        <w:tab/>
      </w:r>
      <w:r w:rsidRPr="00500662">
        <w:rPr>
          <w:sz w:val="28"/>
          <w:szCs w:val="28"/>
        </w:rPr>
        <w:t>C. b-</w:t>
      </w:r>
      <w:r w:rsidR="007858DE">
        <w:rPr>
          <w:sz w:val="28"/>
          <w:szCs w:val="28"/>
        </w:rPr>
        <w:t>a</w:t>
      </w:r>
      <w:r w:rsidRPr="00500662">
        <w:rPr>
          <w:sz w:val="28"/>
          <w:szCs w:val="28"/>
        </w:rPr>
        <w:t>-</w:t>
      </w:r>
      <w:r w:rsidR="007858DE">
        <w:rPr>
          <w:sz w:val="28"/>
          <w:szCs w:val="28"/>
        </w:rPr>
        <w:t>d-c</w:t>
      </w:r>
      <w:r w:rsidRPr="00500662">
        <w:rPr>
          <w:sz w:val="28"/>
          <w:szCs w:val="28"/>
        </w:rPr>
        <w:t xml:space="preserve">    </w:t>
      </w:r>
      <w:r w:rsidR="007858DE">
        <w:rPr>
          <w:sz w:val="28"/>
          <w:szCs w:val="28"/>
        </w:rPr>
        <w:tab/>
      </w:r>
      <w:r w:rsidR="007858DE">
        <w:rPr>
          <w:sz w:val="28"/>
          <w:szCs w:val="28"/>
        </w:rPr>
        <w:tab/>
      </w:r>
      <w:r w:rsidRPr="00500662">
        <w:rPr>
          <w:sz w:val="28"/>
          <w:szCs w:val="28"/>
        </w:rPr>
        <w:t>D. c-d-b-a</w:t>
      </w:r>
    </w:p>
    <w:p w14:paraId="714DBFB8" w14:textId="77777777" w:rsidR="005821BC" w:rsidRPr="00500662" w:rsidRDefault="00ED63F3">
      <w:pPr>
        <w:spacing w:after="40" w:line="252" w:lineRule="auto"/>
        <w:rPr>
          <w:sz w:val="28"/>
          <w:szCs w:val="28"/>
        </w:rPr>
      </w:pPr>
      <w:r w:rsidRPr="00500662">
        <w:rPr>
          <w:sz w:val="28"/>
          <w:szCs w:val="28"/>
        </w:rPr>
        <w:t xml:space="preserve">22. </w:t>
      </w:r>
    </w:p>
    <w:p w14:paraId="4EC0F140" w14:textId="77777777" w:rsidR="005821BC" w:rsidRPr="00500662" w:rsidRDefault="00ED63F3">
      <w:pPr>
        <w:spacing w:after="40" w:line="252" w:lineRule="auto"/>
        <w:rPr>
          <w:sz w:val="28"/>
          <w:szCs w:val="28"/>
        </w:rPr>
      </w:pPr>
      <w:r w:rsidRPr="00500662">
        <w:rPr>
          <w:sz w:val="28"/>
          <w:szCs w:val="28"/>
        </w:rPr>
        <w:t xml:space="preserve"> a. Phong: Because he is friendly and funny.</w:t>
      </w:r>
    </w:p>
    <w:p w14:paraId="5AF40462" w14:textId="77777777" w:rsidR="005821BC" w:rsidRPr="00500662" w:rsidRDefault="00ED63F3">
      <w:pPr>
        <w:spacing w:after="40" w:line="252" w:lineRule="auto"/>
        <w:rPr>
          <w:sz w:val="28"/>
          <w:szCs w:val="28"/>
        </w:rPr>
      </w:pPr>
      <w:r w:rsidRPr="00500662">
        <w:rPr>
          <w:sz w:val="28"/>
          <w:szCs w:val="28"/>
        </w:rPr>
        <w:t xml:space="preserve"> b. Vy: Who is your best friend?</w:t>
      </w:r>
    </w:p>
    <w:p w14:paraId="5E58FF2A" w14:textId="77777777" w:rsidR="005821BC" w:rsidRPr="00500662" w:rsidRDefault="00ED63F3">
      <w:pPr>
        <w:spacing w:after="40" w:line="252" w:lineRule="auto"/>
        <w:rPr>
          <w:sz w:val="28"/>
          <w:szCs w:val="28"/>
        </w:rPr>
      </w:pPr>
      <w:r w:rsidRPr="00500662">
        <w:rPr>
          <w:sz w:val="28"/>
          <w:szCs w:val="28"/>
        </w:rPr>
        <w:t xml:space="preserve"> c. Vy: Why do you like him?</w:t>
      </w:r>
    </w:p>
    <w:p w14:paraId="1741C6C0" w14:textId="77777777" w:rsidR="005821BC" w:rsidRPr="00500662" w:rsidRDefault="00ED63F3">
      <w:pPr>
        <w:spacing w:after="40" w:line="252" w:lineRule="auto"/>
        <w:rPr>
          <w:sz w:val="28"/>
          <w:szCs w:val="28"/>
        </w:rPr>
      </w:pPr>
      <w:r w:rsidRPr="00500662">
        <w:rPr>
          <w:sz w:val="28"/>
          <w:szCs w:val="28"/>
        </w:rPr>
        <w:t xml:space="preserve"> d. Phong: My best friend is Nam.</w:t>
      </w:r>
    </w:p>
    <w:p w14:paraId="51727B15" w14:textId="5D97A0F9" w:rsidR="005821BC" w:rsidRPr="00500662" w:rsidRDefault="00ED63F3">
      <w:pPr>
        <w:spacing w:after="40" w:line="252" w:lineRule="auto"/>
        <w:rPr>
          <w:sz w:val="28"/>
          <w:szCs w:val="28"/>
        </w:rPr>
      </w:pPr>
      <w:r w:rsidRPr="00500662">
        <w:rPr>
          <w:sz w:val="28"/>
          <w:szCs w:val="28"/>
        </w:rPr>
        <w:t xml:space="preserve">    A. b-d-c-a    </w:t>
      </w:r>
      <w:r w:rsidR="003003DA">
        <w:rPr>
          <w:sz w:val="28"/>
          <w:szCs w:val="28"/>
        </w:rPr>
        <w:tab/>
      </w:r>
      <w:r w:rsidR="003003DA">
        <w:rPr>
          <w:sz w:val="28"/>
          <w:szCs w:val="28"/>
        </w:rPr>
        <w:tab/>
      </w:r>
      <w:r w:rsidRPr="00500662">
        <w:rPr>
          <w:sz w:val="28"/>
          <w:szCs w:val="28"/>
        </w:rPr>
        <w:t xml:space="preserve">B. b-a-c-d    </w:t>
      </w:r>
      <w:r w:rsidR="003003DA">
        <w:rPr>
          <w:sz w:val="28"/>
          <w:szCs w:val="28"/>
        </w:rPr>
        <w:tab/>
      </w:r>
      <w:r w:rsidR="003003DA">
        <w:rPr>
          <w:sz w:val="28"/>
          <w:szCs w:val="28"/>
        </w:rPr>
        <w:tab/>
      </w:r>
      <w:r w:rsidRPr="00500662">
        <w:rPr>
          <w:sz w:val="28"/>
          <w:szCs w:val="28"/>
        </w:rPr>
        <w:t xml:space="preserve">C. d-b-a-c    </w:t>
      </w:r>
      <w:r w:rsidR="003003DA">
        <w:rPr>
          <w:sz w:val="28"/>
          <w:szCs w:val="28"/>
        </w:rPr>
        <w:tab/>
      </w:r>
      <w:r w:rsidR="003003DA">
        <w:rPr>
          <w:sz w:val="28"/>
          <w:szCs w:val="28"/>
        </w:rPr>
        <w:tab/>
      </w:r>
      <w:r w:rsidRPr="00500662">
        <w:rPr>
          <w:sz w:val="28"/>
          <w:szCs w:val="28"/>
        </w:rPr>
        <w:t>D. c-a-b-d</w:t>
      </w:r>
    </w:p>
    <w:p w14:paraId="2FE8AB79" w14:textId="77777777" w:rsidR="005821BC" w:rsidRPr="00500662" w:rsidRDefault="00ED63F3">
      <w:pPr>
        <w:spacing w:after="40" w:line="252" w:lineRule="auto"/>
        <w:rPr>
          <w:sz w:val="28"/>
          <w:szCs w:val="28"/>
        </w:rPr>
      </w:pPr>
      <w:r w:rsidRPr="00500662">
        <w:rPr>
          <w:sz w:val="28"/>
          <w:szCs w:val="28"/>
        </w:rPr>
        <w:t xml:space="preserve">23. </w:t>
      </w:r>
    </w:p>
    <w:p w14:paraId="0C070871" w14:textId="77777777" w:rsidR="005821BC" w:rsidRPr="00500662" w:rsidRDefault="00ED63F3">
      <w:pPr>
        <w:spacing w:after="40" w:line="252" w:lineRule="auto"/>
        <w:rPr>
          <w:sz w:val="28"/>
          <w:szCs w:val="28"/>
        </w:rPr>
      </w:pPr>
      <w:r w:rsidRPr="00500662">
        <w:rPr>
          <w:sz w:val="28"/>
          <w:szCs w:val="28"/>
        </w:rPr>
        <w:t xml:space="preserve"> a. Ba: They are playing badminton.</w:t>
      </w:r>
    </w:p>
    <w:p w14:paraId="04DB9578" w14:textId="77777777" w:rsidR="005821BC" w:rsidRPr="00500662" w:rsidRDefault="00ED63F3">
      <w:pPr>
        <w:spacing w:after="40" w:line="252" w:lineRule="auto"/>
        <w:rPr>
          <w:sz w:val="28"/>
          <w:szCs w:val="28"/>
        </w:rPr>
      </w:pPr>
      <w:r w:rsidRPr="00500662">
        <w:rPr>
          <w:sz w:val="28"/>
          <w:szCs w:val="28"/>
        </w:rPr>
        <w:t xml:space="preserve"> b. Anna: What are Duong and Hung doing?</w:t>
      </w:r>
    </w:p>
    <w:p w14:paraId="7701DBD5" w14:textId="77777777" w:rsidR="005821BC" w:rsidRPr="00500662" w:rsidRDefault="00ED63F3">
      <w:pPr>
        <w:spacing w:after="40" w:line="252" w:lineRule="auto"/>
        <w:rPr>
          <w:sz w:val="28"/>
          <w:szCs w:val="28"/>
        </w:rPr>
      </w:pPr>
      <w:r w:rsidRPr="00500662">
        <w:rPr>
          <w:sz w:val="28"/>
          <w:szCs w:val="28"/>
        </w:rPr>
        <w:t xml:space="preserve"> c. Anna: Are they playing football?</w:t>
      </w:r>
    </w:p>
    <w:p w14:paraId="1D5B5FE9" w14:textId="77777777" w:rsidR="005821BC" w:rsidRPr="00500662" w:rsidRDefault="00ED63F3">
      <w:pPr>
        <w:spacing w:after="40" w:line="252" w:lineRule="auto"/>
        <w:rPr>
          <w:sz w:val="28"/>
          <w:szCs w:val="28"/>
        </w:rPr>
      </w:pPr>
      <w:r w:rsidRPr="00500662">
        <w:rPr>
          <w:sz w:val="28"/>
          <w:szCs w:val="28"/>
        </w:rPr>
        <w:t xml:space="preserve"> d. Ba: No, they are not.</w:t>
      </w:r>
    </w:p>
    <w:p w14:paraId="557B25EA" w14:textId="1D074C52" w:rsidR="005821BC" w:rsidRPr="00500662" w:rsidRDefault="00ED63F3">
      <w:pPr>
        <w:spacing w:after="40" w:line="252" w:lineRule="auto"/>
        <w:rPr>
          <w:sz w:val="28"/>
          <w:szCs w:val="28"/>
        </w:rPr>
      </w:pPr>
      <w:r w:rsidRPr="00500662">
        <w:rPr>
          <w:sz w:val="28"/>
          <w:szCs w:val="28"/>
        </w:rPr>
        <w:t xml:space="preserve">    A. b-a-c-d    </w:t>
      </w:r>
      <w:r w:rsidR="008D2BD6">
        <w:rPr>
          <w:sz w:val="28"/>
          <w:szCs w:val="28"/>
        </w:rPr>
        <w:tab/>
      </w:r>
      <w:r w:rsidR="003003DA">
        <w:rPr>
          <w:sz w:val="28"/>
          <w:szCs w:val="28"/>
        </w:rPr>
        <w:tab/>
      </w:r>
      <w:r w:rsidRPr="00500662">
        <w:rPr>
          <w:sz w:val="28"/>
          <w:szCs w:val="28"/>
        </w:rPr>
        <w:t xml:space="preserve">B. c-d-b-a    </w:t>
      </w:r>
      <w:r w:rsidR="008D2BD6">
        <w:rPr>
          <w:sz w:val="28"/>
          <w:szCs w:val="28"/>
        </w:rPr>
        <w:tab/>
      </w:r>
      <w:r w:rsidR="008D2BD6">
        <w:rPr>
          <w:sz w:val="28"/>
          <w:szCs w:val="28"/>
        </w:rPr>
        <w:tab/>
      </w:r>
      <w:r w:rsidRPr="00500662">
        <w:rPr>
          <w:sz w:val="28"/>
          <w:szCs w:val="28"/>
        </w:rPr>
        <w:t xml:space="preserve">C. b-c-d-a    </w:t>
      </w:r>
      <w:r w:rsidR="008D2BD6">
        <w:rPr>
          <w:sz w:val="28"/>
          <w:szCs w:val="28"/>
        </w:rPr>
        <w:tab/>
      </w:r>
      <w:r w:rsidR="008D2BD6">
        <w:rPr>
          <w:sz w:val="28"/>
          <w:szCs w:val="28"/>
        </w:rPr>
        <w:tab/>
      </w:r>
      <w:r w:rsidRPr="00500662">
        <w:rPr>
          <w:sz w:val="28"/>
          <w:szCs w:val="28"/>
        </w:rPr>
        <w:t>D. a-b-c-d</w:t>
      </w:r>
    </w:p>
    <w:p w14:paraId="706A6BA7" w14:textId="77777777" w:rsidR="005821BC" w:rsidRPr="00500662" w:rsidRDefault="00ED63F3">
      <w:pPr>
        <w:spacing w:before="140" w:after="40" w:line="252" w:lineRule="auto"/>
        <w:rPr>
          <w:sz w:val="28"/>
          <w:szCs w:val="28"/>
        </w:rPr>
      </w:pPr>
      <w:r w:rsidRPr="00500662">
        <w:rPr>
          <w:b/>
          <w:sz w:val="28"/>
          <w:szCs w:val="28"/>
        </w:rPr>
        <w:t>VI. READING</w:t>
      </w:r>
    </w:p>
    <w:p w14:paraId="3DB0EA37" w14:textId="77777777" w:rsidR="005821BC" w:rsidRPr="00500662" w:rsidRDefault="00ED63F3">
      <w:pPr>
        <w:spacing w:after="40" w:line="252" w:lineRule="auto"/>
        <w:rPr>
          <w:sz w:val="28"/>
          <w:szCs w:val="28"/>
        </w:rPr>
      </w:pPr>
      <w:r w:rsidRPr="00500662">
        <w:rPr>
          <w:b/>
          <w:sz w:val="28"/>
          <w:szCs w:val="28"/>
        </w:rPr>
        <w:t>A. Read and choose the correct word for each blank.</w:t>
      </w:r>
    </w:p>
    <w:p w14:paraId="47162642" w14:textId="77777777" w:rsidR="005821BC" w:rsidRPr="00500662" w:rsidRDefault="00ED63F3">
      <w:pPr>
        <w:spacing w:after="40" w:line="252" w:lineRule="auto"/>
        <w:rPr>
          <w:sz w:val="28"/>
          <w:szCs w:val="28"/>
        </w:rPr>
      </w:pPr>
      <w:r w:rsidRPr="00500662">
        <w:rPr>
          <w:sz w:val="28"/>
          <w:szCs w:val="28"/>
        </w:rPr>
        <w:t>My best friend is Lan. She is twelve years old. She has long black hair and big eyes. Lan is very (24) _________ because she always helps other students. She is also creative. At the moment, she is (25) _________ a picture for our class magazine. We often do homework together, (26) _________ we sometimes play badminton after school. I like Lan because she is friendly and (27) _________.</w:t>
      </w:r>
    </w:p>
    <w:p w14:paraId="4159CE5C" w14:textId="6D0D6B84" w:rsidR="005821BC" w:rsidRPr="00500662" w:rsidRDefault="00ED63F3">
      <w:pPr>
        <w:spacing w:after="40" w:line="252" w:lineRule="auto"/>
        <w:rPr>
          <w:sz w:val="28"/>
          <w:szCs w:val="28"/>
        </w:rPr>
      </w:pPr>
      <w:r w:rsidRPr="00500662">
        <w:rPr>
          <w:sz w:val="28"/>
          <w:szCs w:val="28"/>
        </w:rPr>
        <w:t xml:space="preserve">24. A. kind        </w:t>
      </w:r>
      <w:r w:rsidR="003C3AFE">
        <w:rPr>
          <w:sz w:val="28"/>
          <w:szCs w:val="28"/>
        </w:rPr>
        <w:tab/>
      </w:r>
      <w:r w:rsidR="003C3AFE">
        <w:rPr>
          <w:sz w:val="28"/>
          <w:szCs w:val="28"/>
        </w:rPr>
        <w:tab/>
      </w:r>
      <w:r w:rsidRPr="00500662">
        <w:rPr>
          <w:sz w:val="28"/>
          <w:szCs w:val="28"/>
        </w:rPr>
        <w:t>B. lazy</w:t>
      </w:r>
      <w:r w:rsidR="005F12C5">
        <w:rPr>
          <w:sz w:val="28"/>
          <w:szCs w:val="28"/>
        </w:rPr>
        <w:tab/>
      </w:r>
      <w:r w:rsidRPr="00500662">
        <w:rPr>
          <w:sz w:val="28"/>
          <w:szCs w:val="28"/>
        </w:rPr>
        <w:t xml:space="preserve">    </w:t>
      </w:r>
      <w:r w:rsidR="003C3AFE">
        <w:rPr>
          <w:sz w:val="28"/>
          <w:szCs w:val="28"/>
        </w:rPr>
        <w:tab/>
      </w:r>
      <w:r w:rsidRPr="00500662">
        <w:rPr>
          <w:sz w:val="28"/>
          <w:szCs w:val="28"/>
        </w:rPr>
        <w:t xml:space="preserve">C. boring        </w:t>
      </w:r>
      <w:r w:rsidR="003C3AFE">
        <w:rPr>
          <w:sz w:val="28"/>
          <w:szCs w:val="28"/>
        </w:rPr>
        <w:tab/>
      </w:r>
      <w:r w:rsidRPr="00500662">
        <w:rPr>
          <w:sz w:val="28"/>
          <w:szCs w:val="28"/>
        </w:rPr>
        <w:t>D. late</w:t>
      </w:r>
    </w:p>
    <w:p w14:paraId="2384C765" w14:textId="36E29420" w:rsidR="005821BC" w:rsidRPr="00500662" w:rsidRDefault="00ED63F3">
      <w:pPr>
        <w:spacing w:after="40" w:line="252" w:lineRule="auto"/>
        <w:rPr>
          <w:sz w:val="28"/>
          <w:szCs w:val="28"/>
        </w:rPr>
      </w:pPr>
      <w:r w:rsidRPr="00500662">
        <w:rPr>
          <w:sz w:val="28"/>
          <w:szCs w:val="28"/>
        </w:rPr>
        <w:t xml:space="preserve">25. A. drawing        </w:t>
      </w:r>
      <w:r w:rsidR="003C3AFE">
        <w:rPr>
          <w:sz w:val="28"/>
          <w:szCs w:val="28"/>
        </w:rPr>
        <w:tab/>
      </w:r>
      <w:r w:rsidRPr="00500662">
        <w:rPr>
          <w:sz w:val="28"/>
          <w:szCs w:val="28"/>
        </w:rPr>
        <w:t xml:space="preserve">B. draw    </w:t>
      </w:r>
      <w:r w:rsidR="003C3AFE">
        <w:rPr>
          <w:sz w:val="28"/>
          <w:szCs w:val="28"/>
        </w:rPr>
        <w:tab/>
      </w:r>
      <w:r w:rsidR="003C3AFE">
        <w:rPr>
          <w:sz w:val="28"/>
          <w:szCs w:val="28"/>
        </w:rPr>
        <w:tab/>
      </w:r>
      <w:r w:rsidRPr="00500662">
        <w:rPr>
          <w:sz w:val="28"/>
          <w:szCs w:val="28"/>
        </w:rPr>
        <w:t xml:space="preserve">C. draws       </w:t>
      </w:r>
      <w:r w:rsidR="003C3AFE">
        <w:rPr>
          <w:sz w:val="28"/>
          <w:szCs w:val="28"/>
        </w:rPr>
        <w:tab/>
      </w:r>
      <w:r w:rsidRPr="00500662">
        <w:rPr>
          <w:sz w:val="28"/>
          <w:szCs w:val="28"/>
        </w:rPr>
        <w:t xml:space="preserve"> D. to draw</w:t>
      </w:r>
    </w:p>
    <w:p w14:paraId="7F4A3721" w14:textId="1EE1B66C" w:rsidR="005821BC" w:rsidRPr="00500662" w:rsidRDefault="00ED63F3">
      <w:pPr>
        <w:spacing w:after="40" w:line="252" w:lineRule="auto"/>
        <w:rPr>
          <w:sz w:val="28"/>
          <w:szCs w:val="28"/>
        </w:rPr>
      </w:pPr>
      <w:r w:rsidRPr="00500662">
        <w:rPr>
          <w:sz w:val="28"/>
          <w:szCs w:val="28"/>
        </w:rPr>
        <w:t xml:space="preserve">26. A. or        </w:t>
      </w:r>
      <w:r w:rsidR="003C3AFE">
        <w:rPr>
          <w:sz w:val="28"/>
          <w:szCs w:val="28"/>
        </w:rPr>
        <w:tab/>
      </w:r>
      <w:r w:rsidR="003C3AFE">
        <w:rPr>
          <w:sz w:val="28"/>
          <w:szCs w:val="28"/>
        </w:rPr>
        <w:tab/>
      </w:r>
      <w:r w:rsidRPr="00500662">
        <w:rPr>
          <w:sz w:val="28"/>
          <w:szCs w:val="28"/>
        </w:rPr>
        <w:t>B. but</w:t>
      </w:r>
      <w:r w:rsidR="005F12C5">
        <w:rPr>
          <w:sz w:val="28"/>
          <w:szCs w:val="28"/>
        </w:rPr>
        <w:tab/>
      </w:r>
      <w:r w:rsidRPr="00500662">
        <w:rPr>
          <w:sz w:val="28"/>
          <w:szCs w:val="28"/>
        </w:rPr>
        <w:t xml:space="preserve">    </w:t>
      </w:r>
      <w:r w:rsidR="003C3AFE">
        <w:rPr>
          <w:sz w:val="28"/>
          <w:szCs w:val="28"/>
        </w:rPr>
        <w:tab/>
      </w:r>
      <w:r w:rsidR="003C3AFE">
        <w:rPr>
          <w:sz w:val="28"/>
          <w:szCs w:val="28"/>
        </w:rPr>
        <w:tab/>
      </w:r>
      <w:r w:rsidRPr="00500662">
        <w:rPr>
          <w:sz w:val="28"/>
          <w:szCs w:val="28"/>
        </w:rPr>
        <w:t xml:space="preserve">C. and        </w:t>
      </w:r>
      <w:r w:rsidR="003C3AFE">
        <w:rPr>
          <w:sz w:val="28"/>
          <w:szCs w:val="28"/>
        </w:rPr>
        <w:tab/>
      </w:r>
      <w:r w:rsidR="003C3AFE">
        <w:rPr>
          <w:sz w:val="28"/>
          <w:szCs w:val="28"/>
        </w:rPr>
        <w:tab/>
      </w:r>
      <w:r w:rsidRPr="00500662">
        <w:rPr>
          <w:sz w:val="28"/>
          <w:szCs w:val="28"/>
        </w:rPr>
        <w:t>D. because</w:t>
      </w:r>
    </w:p>
    <w:p w14:paraId="2150C298" w14:textId="2D275073" w:rsidR="005821BC" w:rsidRPr="00500662" w:rsidRDefault="00ED63F3">
      <w:pPr>
        <w:spacing w:after="40" w:line="252" w:lineRule="auto"/>
        <w:rPr>
          <w:sz w:val="28"/>
          <w:szCs w:val="28"/>
        </w:rPr>
      </w:pPr>
      <w:r w:rsidRPr="00500662">
        <w:rPr>
          <w:sz w:val="28"/>
          <w:szCs w:val="28"/>
        </w:rPr>
        <w:t xml:space="preserve">27. A. careful        </w:t>
      </w:r>
      <w:r w:rsidR="003C3AFE">
        <w:rPr>
          <w:sz w:val="28"/>
          <w:szCs w:val="28"/>
        </w:rPr>
        <w:tab/>
      </w:r>
      <w:r w:rsidR="003C3AFE">
        <w:rPr>
          <w:sz w:val="28"/>
          <w:szCs w:val="28"/>
        </w:rPr>
        <w:tab/>
      </w:r>
      <w:r w:rsidRPr="00500662">
        <w:rPr>
          <w:sz w:val="28"/>
          <w:szCs w:val="28"/>
        </w:rPr>
        <w:t>B. dirty</w:t>
      </w:r>
      <w:r w:rsidR="00351E3E">
        <w:rPr>
          <w:sz w:val="28"/>
          <w:szCs w:val="28"/>
        </w:rPr>
        <w:tab/>
      </w:r>
      <w:r w:rsidRPr="00500662">
        <w:rPr>
          <w:sz w:val="28"/>
          <w:szCs w:val="28"/>
        </w:rPr>
        <w:t xml:space="preserve">    </w:t>
      </w:r>
      <w:r w:rsidR="003C3AFE">
        <w:rPr>
          <w:sz w:val="28"/>
          <w:szCs w:val="28"/>
        </w:rPr>
        <w:tab/>
      </w:r>
      <w:r w:rsidRPr="00500662">
        <w:rPr>
          <w:sz w:val="28"/>
          <w:szCs w:val="28"/>
        </w:rPr>
        <w:t xml:space="preserve">C. noisy        </w:t>
      </w:r>
      <w:r w:rsidR="003C3AFE">
        <w:rPr>
          <w:sz w:val="28"/>
          <w:szCs w:val="28"/>
        </w:rPr>
        <w:tab/>
      </w:r>
      <w:r w:rsidRPr="00500662">
        <w:rPr>
          <w:sz w:val="28"/>
          <w:szCs w:val="28"/>
        </w:rPr>
        <w:t>D. heavy</w:t>
      </w:r>
    </w:p>
    <w:p w14:paraId="32461451" w14:textId="77777777" w:rsidR="005821BC" w:rsidRPr="00500662" w:rsidRDefault="00ED63F3">
      <w:pPr>
        <w:spacing w:after="40" w:line="252" w:lineRule="auto"/>
        <w:rPr>
          <w:sz w:val="28"/>
          <w:szCs w:val="28"/>
        </w:rPr>
      </w:pPr>
      <w:r w:rsidRPr="00500662">
        <w:rPr>
          <w:b/>
          <w:sz w:val="28"/>
          <w:szCs w:val="28"/>
        </w:rPr>
        <w:t>B. Read the text and choose the best answer A, B, C or D.</w:t>
      </w:r>
    </w:p>
    <w:p w14:paraId="45862BC3" w14:textId="77777777" w:rsidR="005821BC" w:rsidRPr="00500662" w:rsidRDefault="00ED63F3">
      <w:pPr>
        <w:spacing w:after="40" w:line="252" w:lineRule="auto"/>
        <w:rPr>
          <w:sz w:val="28"/>
          <w:szCs w:val="28"/>
        </w:rPr>
      </w:pPr>
      <w:r w:rsidRPr="00500662">
        <w:rPr>
          <w:sz w:val="28"/>
          <w:szCs w:val="28"/>
        </w:rPr>
        <w:t>My name is Mi. My best friend is Chi. We are in Class 6A. Chi is tall and slim. She has short black hair and a small nose. She is very active. She likes sports and often plays badminton after school. She is also kind. When I do not understand my English homework, she helps me. Today, Chi is not playing badminton. She is preparing for our summer camp. She is packing her backpack and checking her camera because she likes taking photos. I think Chi is a good friend because she is friendly, helpful and creative.</w:t>
      </w:r>
    </w:p>
    <w:p w14:paraId="4749A47E" w14:textId="77777777" w:rsidR="005821BC" w:rsidRPr="00500662" w:rsidRDefault="00ED63F3">
      <w:pPr>
        <w:spacing w:after="40" w:line="252" w:lineRule="auto"/>
        <w:rPr>
          <w:sz w:val="28"/>
          <w:szCs w:val="28"/>
        </w:rPr>
      </w:pPr>
      <w:r w:rsidRPr="00500662">
        <w:rPr>
          <w:sz w:val="28"/>
          <w:szCs w:val="28"/>
        </w:rPr>
        <w:t>28. What is the text mainly about?</w:t>
      </w:r>
    </w:p>
    <w:p w14:paraId="5D47B7BC" w14:textId="151E7D1A" w:rsidR="005821BC" w:rsidRPr="00500662" w:rsidRDefault="00ED63F3">
      <w:pPr>
        <w:spacing w:after="40" w:line="252" w:lineRule="auto"/>
        <w:rPr>
          <w:sz w:val="28"/>
          <w:szCs w:val="28"/>
        </w:rPr>
      </w:pPr>
      <w:r w:rsidRPr="00500662">
        <w:rPr>
          <w:sz w:val="28"/>
          <w:szCs w:val="28"/>
        </w:rPr>
        <w:t xml:space="preserve">    A. Mi's school subjects        B. Mi's best friend</w:t>
      </w:r>
      <w:r w:rsidR="00351E3E">
        <w:rPr>
          <w:sz w:val="28"/>
          <w:szCs w:val="28"/>
        </w:rPr>
        <w:tab/>
      </w:r>
      <w:r w:rsidRPr="00500662">
        <w:rPr>
          <w:sz w:val="28"/>
          <w:szCs w:val="28"/>
        </w:rPr>
        <w:t xml:space="preserve">    C. Chi's house        D. A sports lesson</w:t>
      </w:r>
    </w:p>
    <w:p w14:paraId="23608064" w14:textId="77777777" w:rsidR="005821BC" w:rsidRPr="00500662" w:rsidRDefault="00ED63F3">
      <w:pPr>
        <w:spacing w:after="40" w:line="252" w:lineRule="auto"/>
        <w:rPr>
          <w:sz w:val="28"/>
          <w:szCs w:val="28"/>
        </w:rPr>
      </w:pPr>
      <w:r w:rsidRPr="00500662">
        <w:rPr>
          <w:sz w:val="28"/>
          <w:szCs w:val="28"/>
        </w:rPr>
        <w:t>29. What class are Mi and Chi in?</w:t>
      </w:r>
    </w:p>
    <w:p w14:paraId="154DA573" w14:textId="421A3FBC" w:rsidR="005821BC" w:rsidRPr="00500662" w:rsidRDefault="00ED63F3">
      <w:pPr>
        <w:spacing w:after="40" w:line="252" w:lineRule="auto"/>
        <w:rPr>
          <w:sz w:val="28"/>
          <w:szCs w:val="28"/>
        </w:rPr>
      </w:pPr>
      <w:r w:rsidRPr="00500662">
        <w:rPr>
          <w:sz w:val="28"/>
          <w:szCs w:val="28"/>
        </w:rPr>
        <w:t xml:space="preserve">    A. Class 6A        B. Class 7A</w:t>
      </w:r>
      <w:r w:rsidR="00351E3E">
        <w:rPr>
          <w:sz w:val="28"/>
          <w:szCs w:val="28"/>
        </w:rPr>
        <w:tab/>
      </w:r>
      <w:r w:rsidRPr="00500662">
        <w:rPr>
          <w:sz w:val="28"/>
          <w:szCs w:val="28"/>
        </w:rPr>
        <w:t xml:space="preserve">    C. Class 6B        D. Class 5A</w:t>
      </w:r>
    </w:p>
    <w:p w14:paraId="5ED0F741" w14:textId="77777777" w:rsidR="005821BC" w:rsidRPr="00500662" w:rsidRDefault="00ED63F3">
      <w:pPr>
        <w:spacing w:after="40" w:line="252" w:lineRule="auto"/>
        <w:rPr>
          <w:sz w:val="28"/>
          <w:szCs w:val="28"/>
        </w:rPr>
      </w:pPr>
      <w:r w:rsidRPr="00500662">
        <w:rPr>
          <w:sz w:val="28"/>
          <w:szCs w:val="28"/>
        </w:rPr>
        <w:lastRenderedPageBreak/>
        <w:t>30. What does Chi look like?</w:t>
      </w:r>
    </w:p>
    <w:p w14:paraId="0A804689" w14:textId="21790300" w:rsidR="00351E3E" w:rsidRDefault="00ED63F3">
      <w:pPr>
        <w:spacing w:after="40" w:line="252" w:lineRule="auto"/>
        <w:rPr>
          <w:sz w:val="28"/>
          <w:szCs w:val="28"/>
        </w:rPr>
      </w:pPr>
      <w:r w:rsidRPr="00500662">
        <w:rPr>
          <w:sz w:val="28"/>
          <w:szCs w:val="28"/>
        </w:rPr>
        <w:t xml:space="preserve">    A. She is tall and slim.       </w:t>
      </w:r>
      <w:r w:rsidR="00351E3E">
        <w:rPr>
          <w:sz w:val="28"/>
          <w:szCs w:val="28"/>
        </w:rPr>
        <w:tab/>
      </w:r>
      <w:r w:rsidR="00351E3E">
        <w:rPr>
          <w:sz w:val="28"/>
          <w:szCs w:val="28"/>
        </w:rPr>
        <w:tab/>
      </w:r>
      <w:r w:rsidRPr="00500662">
        <w:rPr>
          <w:sz w:val="28"/>
          <w:szCs w:val="28"/>
        </w:rPr>
        <w:t xml:space="preserve"> </w:t>
      </w:r>
      <w:r w:rsidR="00351E3E">
        <w:rPr>
          <w:sz w:val="28"/>
          <w:szCs w:val="28"/>
        </w:rPr>
        <w:tab/>
      </w:r>
      <w:r w:rsidRPr="00500662">
        <w:rPr>
          <w:sz w:val="28"/>
          <w:szCs w:val="28"/>
        </w:rPr>
        <w:t xml:space="preserve">B. She is short and fat.    </w:t>
      </w:r>
    </w:p>
    <w:p w14:paraId="51549958" w14:textId="4AA47067" w:rsidR="005821BC" w:rsidRPr="00500662" w:rsidRDefault="00351E3E">
      <w:pPr>
        <w:spacing w:after="40" w:line="252" w:lineRule="auto"/>
        <w:rPr>
          <w:sz w:val="28"/>
          <w:szCs w:val="28"/>
        </w:rPr>
      </w:pPr>
      <w:r>
        <w:rPr>
          <w:sz w:val="28"/>
          <w:szCs w:val="28"/>
        </w:rPr>
        <w:t xml:space="preserve">    </w:t>
      </w:r>
      <w:r w:rsidRPr="00500662">
        <w:rPr>
          <w:sz w:val="28"/>
          <w:szCs w:val="28"/>
        </w:rPr>
        <w:t xml:space="preserve">C. She has long blonde hair.        </w:t>
      </w:r>
      <w:r>
        <w:rPr>
          <w:sz w:val="28"/>
          <w:szCs w:val="28"/>
        </w:rPr>
        <w:tab/>
      </w:r>
      <w:r>
        <w:rPr>
          <w:sz w:val="28"/>
          <w:szCs w:val="28"/>
        </w:rPr>
        <w:tab/>
      </w:r>
      <w:r w:rsidRPr="00500662">
        <w:rPr>
          <w:sz w:val="28"/>
          <w:szCs w:val="28"/>
        </w:rPr>
        <w:t>D. She has big ears.</w:t>
      </w:r>
    </w:p>
    <w:p w14:paraId="358B931F" w14:textId="77777777" w:rsidR="005821BC" w:rsidRPr="00500662" w:rsidRDefault="00ED63F3">
      <w:pPr>
        <w:spacing w:after="40" w:line="252" w:lineRule="auto"/>
        <w:rPr>
          <w:sz w:val="28"/>
          <w:szCs w:val="28"/>
        </w:rPr>
      </w:pPr>
      <w:r w:rsidRPr="00500662">
        <w:rPr>
          <w:sz w:val="28"/>
          <w:szCs w:val="28"/>
        </w:rPr>
        <w:t>31. What sport does Chi often play after school?</w:t>
      </w:r>
    </w:p>
    <w:p w14:paraId="493B8975" w14:textId="11E240D4" w:rsidR="005821BC" w:rsidRPr="00500662" w:rsidRDefault="00ED63F3">
      <w:pPr>
        <w:spacing w:after="40" w:line="252" w:lineRule="auto"/>
        <w:rPr>
          <w:sz w:val="28"/>
          <w:szCs w:val="28"/>
        </w:rPr>
      </w:pPr>
      <w:r w:rsidRPr="00500662">
        <w:rPr>
          <w:sz w:val="28"/>
          <w:szCs w:val="28"/>
        </w:rPr>
        <w:t xml:space="preserve">    A. Football        B. Badminton</w:t>
      </w:r>
      <w:r w:rsidR="003C3AFE">
        <w:rPr>
          <w:sz w:val="28"/>
          <w:szCs w:val="28"/>
        </w:rPr>
        <w:tab/>
      </w:r>
      <w:r w:rsidRPr="00500662">
        <w:rPr>
          <w:sz w:val="28"/>
          <w:szCs w:val="28"/>
        </w:rPr>
        <w:t xml:space="preserve">    C. Basketball        D. Table tennis</w:t>
      </w:r>
    </w:p>
    <w:p w14:paraId="0C152E04" w14:textId="77777777" w:rsidR="005821BC" w:rsidRPr="00500662" w:rsidRDefault="00ED63F3">
      <w:pPr>
        <w:spacing w:after="40" w:line="252" w:lineRule="auto"/>
        <w:rPr>
          <w:sz w:val="28"/>
          <w:szCs w:val="28"/>
        </w:rPr>
      </w:pPr>
      <w:r w:rsidRPr="00500662">
        <w:rPr>
          <w:sz w:val="28"/>
          <w:szCs w:val="28"/>
        </w:rPr>
        <w:t>32. What does Chi do when Mi does not understand English homework?</w:t>
      </w:r>
    </w:p>
    <w:p w14:paraId="599F393C" w14:textId="2FDDCB26" w:rsidR="005821BC" w:rsidRPr="00500662" w:rsidRDefault="00ED63F3">
      <w:pPr>
        <w:spacing w:after="40" w:line="252" w:lineRule="auto"/>
        <w:rPr>
          <w:sz w:val="28"/>
          <w:szCs w:val="28"/>
        </w:rPr>
      </w:pPr>
      <w:r w:rsidRPr="00500662">
        <w:rPr>
          <w:sz w:val="28"/>
          <w:szCs w:val="28"/>
        </w:rPr>
        <w:t xml:space="preserve">    A. She helps Mi.        B. She laughs at Mi.    C. She goes home.        D. She takes photos.</w:t>
      </w:r>
    </w:p>
    <w:p w14:paraId="4C63A25D" w14:textId="77777777" w:rsidR="005821BC" w:rsidRPr="00500662" w:rsidRDefault="00ED63F3">
      <w:pPr>
        <w:spacing w:after="40" w:line="252" w:lineRule="auto"/>
        <w:rPr>
          <w:sz w:val="28"/>
          <w:szCs w:val="28"/>
        </w:rPr>
      </w:pPr>
      <w:r w:rsidRPr="00500662">
        <w:rPr>
          <w:sz w:val="28"/>
          <w:szCs w:val="28"/>
        </w:rPr>
        <w:t>33. What is Chi doing today?</w:t>
      </w:r>
    </w:p>
    <w:p w14:paraId="2AB848B4" w14:textId="77777777" w:rsidR="003C3AFE" w:rsidRDefault="00ED63F3">
      <w:pPr>
        <w:spacing w:after="40" w:line="252" w:lineRule="auto"/>
        <w:rPr>
          <w:sz w:val="28"/>
          <w:szCs w:val="28"/>
        </w:rPr>
      </w:pPr>
      <w:r w:rsidRPr="00500662">
        <w:rPr>
          <w:sz w:val="28"/>
          <w:szCs w:val="28"/>
        </w:rPr>
        <w:t xml:space="preserve">    A. Preparing for summer camp        B. Playing badminton    </w:t>
      </w:r>
    </w:p>
    <w:p w14:paraId="57334425" w14:textId="2D77BF91" w:rsidR="005821BC" w:rsidRPr="00500662" w:rsidRDefault="003C3AFE">
      <w:pPr>
        <w:spacing w:after="40" w:line="252" w:lineRule="auto"/>
        <w:rPr>
          <w:sz w:val="28"/>
          <w:szCs w:val="28"/>
        </w:rPr>
      </w:pPr>
      <w:r>
        <w:rPr>
          <w:sz w:val="28"/>
          <w:szCs w:val="28"/>
        </w:rPr>
        <w:t xml:space="preserve">    </w:t>
      </w:r>
      <w:r w:rsidRPr="00500662">
        <w:rPr>
          <w:sz w:val="28"/>
          <w:szCs w:val="28"/>
        </w:rPr>
        <w:t xml:space="preserve">C. Watching TV        </w:t>
      </w:r>
      <w:r>
        <w:rPr>
          <w:sz w:val="28"/>
          <w:szCs w:val="28"/>
        </w:rPr>
        <w:tab/>
      </w:r>
      <w:r>
        <w:rPr>
          <w:sz w:val="28"/>
          <w:szCs w:val="28"/>
        </w:rPr>
        <w:tab/>
      </w:r>
      <w:r>
        <w:rPr>
          <w:sz w:val="28"/>
          <w:szCs w:val="28"/>
        </w:rPr>
        <w:tab/>
      </w:r>
      <w:r w:rsidRPr="00500662">
        <w:rPr>
          <w:sz w:val="28"/>
          <w:szCs w:val="28"/>
        </w:rPr>
        <w:t>D. Cooking dinner</w:t>
      </w:r>
    </w:p>
    <w:p w14:paraId="64CA2D96" w14:textId="77777777" w:rsidR="005821BC" w:rsidRPr="00500662" w:rsidRDefault="00ED63F3">
      <w:pPr>
        <w:spacing w:after="40" w:line="252" w:lineRule="auto"/>
        <w:rPr>
          <w:sz w:val="28"/>
          <w:szCs w:val="28"/>
        </w:rPr>
      </w:pPr>
      <w:r w:rsidRPr="00500662">
        <w:rPr>
          <w:sz w:val="28"/>
          <w:szCs w:val="28"/>
        </w:rPr>
        <w:t>34. Why does Chi check her camera?</w:t>
      </w:r>
    </w:p>
    <w:p w14:paraId="3B43ADC8" w14:textId="77777777" w:rsidR="005821BC" w:rsidRPr="00500662" w:rsidRDefault="00ED63F3">
      <w:pPr>
        <w:spacing w:after="40" w:line="252" w:lineRule="auto"/>
        <w:rPr>
          <w:sz w:val="28"/>
          <w:szCs w:val="28"/>
        </w:rPr>
      </w:pPr>
      <w:r w:rsidRPr="00500662">
        <w:rPr>
          <w:sz w:val="28"/>
          <w:szCs w:val="28"/>
        </w:rPr>
        <w:t xml:space="preserve">    A. Because she likes taking photos.        B. Because she is drawing a picture.</w:t>
      </w:r>
    </w:p>
    <w:p w14:paraId="2E6EA6C7" w14:textId="77777777" w:rsidR="005821BC" w:rsidRPr="00500662" w:rsidRDefault="00ED63F3">
      <w:pPr>
        <w:spacing w:after="40" w:line="252" w:lineRule="auto"/>
        <w:rPr>
          <w:sz w:val="28"/>
          <w:szCs w:val="28"/>
        </w:rPr>
      </w:pPr>
      <w:r w:rsidRPr="00500662">
        <w:rPr>
          <w:sz w:val="28"/>
          <w:szCs w:val="28"/>
        </w:rPr>
        <w:t xml:space="preserve">    C. Because she is going swimming.        D. Because she is reading a book.</w:t>
      </w:r>
    </w:p>
    <w:p w14:paraId="6600E0F4" w14:textId="77777777" w:rsidR="005821BC" w:rsidRPr="00500662" w:rsidRDefault="00ED63F3">
      <w:pPr>
        <w:spacing w:after="40" w:line="252" w:lineRule="auto"/>
        <w:rPr>
          <w:sz w:val="28"/>
          <w:szCs w:val="28"/>
        </w:rPr>
      </w:pPr>
      <w:r w:rsidRPr="00500662">
        <w:rPr>
          <w:sz w:val="28"/>
          <w:szCs w:val="28"/>
        </w:rPr>
        <w:t>35. Which word best describes Chi?</w:t>
      </w:r>
    </w:p>
    <w:p w14:paraId="3237104F" w14:textId="334EC488" w:rsidR="005821BC" w:rsidRPr="00500662" w:rsidRDefault="00ED63F3">
      <w:pPr>
        <w:spacing w:after="40" w:line="252" w:lineRule="auto"/>
        <w:rPr>
          <w:sz w:val="28"/>
          <w:szCs w:val="28"/>
        </w:rPr>
      </w:pPr>
      <w:r w:rsidRPr="00500662">
        <w:rPr>
          <w:sz w:val="28"/>
          <w:szCs w:val="28"/>
        </w:rPr>
        <w:t xml:space="preserve">    A. Helpful        B. Lazy</w:t>
      </w:r>
      <w:r w:rsidR="003C3AFE">
        <w:rPr>
          <w:sz w:val="28"/>
          <w:szCs w:val="28"/>
        </w:rPr>
        <w:tab/>
      </w:r>
      <w:r w:rsidRPr="00500662">
        <w:rPr>
          <w:sz w:val="28"/>
          <w:szCs w:val="28"/>
        </w:rPr>
        <w:t xml:space="preserve">    C. Noisy        D. Careless</w:t>
      </w:r>
    </w:p>
    <w:p w14:paraId="05796A23" w14:textId="77777777" w:rsidR="005821BC" w:rsidRPr="00500662" w:rsidRDefault="00ED63F3">
      <w:pPr>
        <w:spacing w:before="140" w:after="40" w:line="252" w:lineRule="auto"/>
        <w:rPr>
          <w:sz w:val="28"/>
          <w:szCs w:val="28"/>
        </w:rPr>
      </w:pPr>
      <w:r w:rsidRPr="00500662">
        <w:rPr>
          <w:b/>
          <w:sz w:val="28"/>
          <w:szCs w:val="28"/>
        </w:rPr>
        <w:t>VII. WRITING</w:t>
      </w:r>
    </w:p>
    <w:p w14:paraId="1DE9867A" w14:textId="77777777" w:rsidR="005821BC" w:rsidRPr="00500662" w:rsidRDefault="00ED63F3">
      <w:pPr>
        <w:spacing w:after="40" w:line="252" w:lineRule="auto"/>
        <w:rPr>
          <w:sz w:val="28"/>
          <w:szCs w:val="28"/>
        </w:rPr>
      </w:pPr>
      <w:r w:rsidRPr="00500662">
        <w:rPr>
          <w:b/>
          <w:sz w:val="28"/>
          <w:szCs w:val="28"/>
        </w:rPr>
        <w:t>A. Rearrange the words to make complete sentences.</w:t>
      </w:r>
    </w:p>
    <w:p w14:paraId="22D8ADEB" w14:textId="77777777" w:rsidR="005821BC" w:rsidRPr="00500662" w:rsidRDefault="00ED63F3">
      <w:pPr>
        <w:spacing w:after="40" w:line="252" w:lineRule="auto"/>
        <w:rPr>
          <w:sz w:val="28"/>
          <w:szCs w:val="28"/>
        </w:rPr>
      </w:pPr>
      <w:r w:rsidRPr="00500662">
        <w:rPr>
          <w:sz w:val="28"/>
          <w:szCs w:val="28"/>
        </w:rPr>
        <w:t>36. best friend / has / My / short black hair /.</w:t>
      </w:r>
    </w:p>
    <w:p w14:paraId="6D94E1AA" w14:textId="77777777" w:rsidR="005821BC" w:rsidRPr="00500662" w:rsidRDefault="00ED63F3">
      <w:pPr>
        <w:spacing w:after="40" w:line="252" w:lineRule="auto"/>
        <w:rPr>
          <w:sz w:val="28"/>
          <w:szCs w:val="28"/>
        </w:rPr>
      </w:pPr>
      <w:r w:rsidRPr="00500662">
        <w:rPr>
          <w:sz w:val="28"/>
          <w:szCs w:val="28"/>
        </w:rPr>
        <w:t>______________________________________________________________________</w:t>
      </w:r>
    </w:p>
    <w:p w14:paraId="03A23A09" w14:textId="77777777" w:rsidR="005821BC" w:rsidRPr="00500662" w:rsidRDefault="00ED63F3">
      <w:pPr>
        <w:spacing w:after="40" w:line="252" w:lineRule="auto"/>
        <w:rPr>
          <w:sz w:val="28"/>
          <w:szCs w:val="28"/>
        </w:rPr>
      </w:pPr>
      <w:r w:rsidRPr="00500662">
        <w:rPr>
          <w:sz w:val="28"/>
          <w:szCs w:val="28"/>
        </w:rPr>
        <w:t>37. are / They / playing badminton / at the moment /.</w:t>
      </w:r>
    </w:p>
    <w:p w14:paraId="019927BE" w14:textId="77777777" w:rsidR="005821BC" w:rsidRPr="00500662" w:rsidRDefault="00ED63F3">
      <w:pPr>
        <w:spacing w:after="40" w:line="252" w:lineRule="auto"/>
        <w:rPr>
          <w:sz w:val="28"/>
          <w:szCs w:val="28"/>
        </w:rPr>
      </w:pPr>
      <w:r w:rsidRPr="00500662">
        <w:rPr>
          <w:sz w:val="28"/>
          <w:szCs w:val="28"/>
        </w:rPr>
        <w:t>______________________________________________________________________</w:t>
      </w:r>
    </w:p>
    <w:p w14:paraId="6B96478A" w14:textId="77777777" w:rsidR="005821BC" w:rsidRPr="00500662" w:rsidRDefault="00ED63F3">
      <w:pPr>
        <w:spacing w:after="40" w:line="252" w:lineRule="auto"/>
        <w:rPr>
          <w:sz w:val="28"/>
          <w:szCs w:val="28"/>
        </w:rPr>
      </w:pPr>
      <w:r w:rsidRPr="00500662">
        <w:rPr>
          <w:b/>
          <w:sz w:val="28"/>
          <w:szCs w:val="28"/>
        </w:rPr>
        <w:t>B. Rewrite the sentences without changing their meanings.</w:t>
      </w:r>
    </w:p>
    <w:p w14:paraId="7F4356B7" w14:textId="77777777" w:rsidR="005821BC" w:rsidRPr="00500662" w:rsidRDefault="00ED63F3">
      <w:pPr>
        <w:spacing w:after="40" w:line="252" w:lineRule="auto"/>
        <w:rPr>
          <w:sz w:val="28"/>
          <w:szCs w:val="28"/>
        </w:rPr>
      </w:pPr>
      <w:r w:rsidRPr="00500662">
        <w:rPr>
          <w:sz w:val="28"/>
          <w:szCs w:val="28"/>
        </w:rPr>
        <w:t>38. Lan is kind and creative.</w:t>
      </w:r>
    </w:p>
    <w:p w14:paraId="5562B147" w14:textId="77777777" w:rsidR="005821BC" w:rsidRPr="00500662" w:rsidRDefault="00ED63F3">
      <w:pPr>
        <w:spacing w:after="40" w:line="252" w:lineRule="auto"/>
        <w:rPr>
          <w:sz w:val="28"/>
          <w:szCs w:val="28"/>
        </w:rPr>
      </w:pPr>
      <w:r w:rsidRPr="00500662">
        <w:rPr>
          <w:sz w:val="28"/>
          <w:szCs w:val="28"/>
        </w:rPr>
        <w:t>Lan has ________________________________________________________________.</w:t>
      </w:r>
    </w:p>
    <w:p w14:paraId="4637C1F1" w14:textId="77777777" w:rsidR="005821BC" w:rsidRPr="00500662" w:rsidRDefault="00ED63F3">
      <w:pPr>
        <w:spacing w:after="40" w:line="252" w:lineRule="auto"/>
        <w:rPr>
          <w:sz w:val="28"/>
          <w:szCs w:val="28"/>
        </w:rPr>
      </w:pPr>
      <w:r w:rsidRPr="00500662">
        <w:rPr>
          <w:sz w:val="28"/>
          <w:szCs w:val="28"/>
        </w:rPr>
        <w:t>39. Nam is reading a book now.</w:t>
      </w:r>
    </w:p>
    <w:p w14:paraId="64180986" w14:textId="77777777" w:rsidR="005821BC" w:rsidRPr="00500662" w:rsidRDefault="00ED63F3">
      <w:pPr>
        <w:spacing w:after="40" w:line="252" w:lineRule="auto"/>
        <w:rPr>
          <w:sz w:val="28"/>
          <w:szCs w:val="28"/>
        </w:rPr>
      </w:pPr>
      <w:r w:rsidRPr="00500662">
        <w:rPr>
          <w:sz w:val="28"/>
          <w:szCs w:val="28"/>
        </w:rPr>
        <w:t>At the moment, ________________________________________________________.</w:t>
      </w:r>
    </w:p>
    <w:p w14:paraId="093244C2" w14:textId="77777777" w:rsidR="005821BC" w:rsidRPr="00500662" w:rsidRDefault="00ED63F3">
      <w:pPr>
        <w:spacing w:after="40" w:line="252" w:lineRule="auto"/>
        <w:rPr>
          <w:sz w:val="28"/>
          <w:szCs w:val="28"/>
        </w:rPr>
      </w:pPr>
      <w:r w:rsidRPr="00500662">
        <w:rPr>
          <w:sz w:val="28"/>
          <w:szCs w:val="28"/>
        </w:rPr>
        <w:t>40. What does your best friend look like?</w:t>
      </w:r>
    </w:p>
    <w:p w14:paraId="6884693E" w14:textId="77777777" w:rsidR="005821BC" w:rsidRPr="00500662" w:rsidRDefault="00ED63F3">
      <w:pPr>
        <w:spacing w:after="40" w:line="252" w:lineRule="auto"/>
        <w:rPr>
          <w:sz w:val="28"/>
          <w:szCs w:val="28"/>
        </w:rPr>
      </w:pPr>
      <w:r w:rsidRPr="00500662">
        <w:rPr>
          <w:sz w:val="28"/>
          <w:szCs w:val="28"/>
        </w:rPr>
        <w:t>Can you tell me ______________________________________________________?</w:t>
      </w:r>
    </w:p>
    <w:p w14:paraId="317D29E1" w14:textId="77777777" w:rsidR="0056623B" w:rsidRDefault="0056623B" w:rsidP="0056623B">
      <w:pPr>
        <w:spacing w:after="40" w:line="252" w:lineRule="auto"/>
        <w:jc w:val="center"/>
        <w:rPr>
          <w:sz w:val="28"/>
          <w:szCs w:val="28"/>
        </w:rPr>
      </w:pPr>
    </w:p>
    <w:p w14:paraId="3DB38239" w14:textId="77777777" w:rsidR="0056623B" w:rsidRDefault="0056623B" w:rsidP="0056623B">
      <w:pPr>
        <w:spacing w:after="40" w:line="252" w:lineRule="auto"/>
        <w:jc w:val="center"/>
        <w:rPr>
          <w:sz w:val="28"/>
          <w:szCs w:val="28"/>
        </w:rPr>
      </w:pPr>
    </w:p>
    <w:p w14:paraId="3AC65427" w14:textId="42238D5A" w:rsidR="005821BC" w:rsidRPr="0056623B" w:rsidRDefault="0056623B" w:rsidP="0056623B">
      <w:pPr>
        <w:spacing w:after="40" w:line="252" w:lineRule="auto"/>
        <w:jc w:val="center"/>
        <w:rPr>
          <w:b/>
          <w:bCs/>
          <w:sz w:val="28"/>
          <w:szCs w:val="28"/>
        </w:rPr>
      </w:pPr>
      <w:r w:rsidRPr="0056623B">
        <w:rPr>
          <w:b/>
          <w:bCs/>
          <w:sz w:val="28"/>
          <w:szCs w:val="28"/>
        </w:rPr>
        <w:t>THE END!</w:t>
      </w:r>
      <w:r w:rsidRPr="0056623B">
        <w:rPr>
          <w:b/>
          <w:bCs/>
          <w:sz w:val="28"/>
          <w:szCs w:val="28"/>
        </w:rPr>
        <w:br w:type="page"/>
      </w:r>
    </w:p>
    <w:p w14:paraId="659733D5" w14:textId="77777777" w:rsidR="005821BC" w:rsidRPr="00500662" w:rsidRDefault="00ED63F3">
      <w:pPr>
        <w:spacing w:before="140" w:after="40" w:line="252" w:lineRule="auto"/>
        <w:rPr>
          <w:sz w:val="28"/>
          <w:szCs w:val="28"/>
        </w:rPr>
      </w:pPr>
      <w:r w:rsidRPr="00500662">
        <w:rPr>
          <w:b/>
          <w:sz w:val="28"/>
          <w:szCs w:val="28"/>
        </w:rPr>
        <w:lastRenderedPageBreak/>
        <w:t>AUDIO SCRIPT (PHẦN I: LISTENING)</w:t>
      </w:r>
    </w:p>
    <w:p w14:paraId="74AC6025" w14:textId="61801986" w:rsidR="005821BC" w:rsidRPr="00500662" w:rsidRDefault="00EC2C56">
      <w:pPr>
        <w:spacing w:after="40" w:line="252" w:lineRule="auto"/>
        <w:rPr>
          <w:sz w:val="28"/>
          <w:szCs w:val="28"/>
        </w:rPr>
      </w:pPr>
      <w:r>
        <w:rPr>
          <w:sz w:val="28"/>
          <w:szCs w:val="28"/>
        </w:rPr>
        <w:t>Nancy</w:t>
      </w:r>
      <w:r w:rsidR="00ED63F3" w:rsidRPr="00500662">
        <w:rPr>
          <w:sz w:val="28"/>
          <w:szCs w:val="28"/>
        </w:rPr>
        <w:t xml:space="preserve"> is talking about </w:t>
      </w:r>
      <w:r>
        <w:rPr>
          <w:sz w:val="28"/>
          <w:szCs w:val="28"/>
        </w:rPr>
        <w:t>her</w:t>
      </w:r>
      <w:r w:rsidR="00ED63F3" w:rsidRPr="00500662">
        <w:rPr>
          <w:sz w:val="28"/>
          <w:szCs w:val="28"/>
        </w:rPr>
        <w:t xml:space="preserve"> best friend.</w:t>
      </w:r>
      <w:r w:rsidR="00ED63F3" w:rsidRPr="00500662">
        <w:rPr>
          <w:sz w:val="28"/>
          <w:szCs w:val="28"/>
        </w:rPr>
        <w:br/>
      </w:r>
      <w:r w:rsidR="00ED63F3" w:rsidRPr="00500662">
        <w:rPr>
          <w:sz w:val="28"/>
          <w:szCs w:val="28"/>
        </w:rPr>
        <w:br/>
        <w:t>My best friend is Nam. He is in my class. Nam has short black hair and big eyes. He is kind because he often helps his friends. He is also creative and very funny. At break time, he likes telling short stories, and everyon</w:t>
      </w:r>
      <w:bookmarkStart w:id="0" w:name="_GoBack"/>
      <w:bookmarkEnd w:id="0"/>
      <w:r w:rsidR="00ED63F3" w:rsidRPr="00500662">
        <w:rPr>
          <w:sz w:val="28"/>
          <w:szCs w:val="28"/>
        </w:rPr>
        <w:t>e laughs. He loves taking photos, too. Today he is not playing football. He is making a poster for the school magazine. I like Nam because he is friendly and always makes our class happy.</w:t>
      </w:r>
    </w:p>
    <w:p w14:paraId="13F16F9E" w14:textId="77777777" w:rsidR="005821BC" w:rsidRPr="00500662" w:rsidRDefault="00ED63F3">
      <w:pPr>
        <w:spacing w:before="140" w:after="40" w:line="252" w:lineRule="auto"/>
        <w:rPr>
          <w:sz w:val="28"/>
          <w:szCs w:val="28"/>
        </w:rPr>
      </w:pPr>
      <w:r w:rsidRPr="00500662">
        <w:rPr>
          <w:b/>
          <w:sz w:val="28"/>
          <w:szCs w:val="28"/>
        </w:rPr>
        <w:t>*************************************</w:t>
      </w:r>
    </w:p>
    <w:p w14:paraId="3053C3C3" w14:textId="77777777" w:rsidR="005821BC" w:rsidRPr="00500662" w:rsidRDefault="00ED63F3">
      <w:pPr>
        <w:spacing w:before="140" w:after="40" w:line="252" w:lineRule="auto"/>
        <w:rPr>
          <w:sz w:val="28"/>
          <w:szCs w:val="28"/>
        </w:rPr>
      </w:pPr>
      <w:r w:rsidRPr="00500662">
        <w:rPr>
          <w:b/>
          <w:sz w:val="28"/>
          <w:szCs w:val="28"/>
        </w:rPr>
        <w:t>Đáp án tham khảo</w:t>
      </w:r>
    </w:p>
    <w:p w14:paraId="1889CEA2" w14:textId="6CC5C24D" w:rsidR="005821BC" w:rsidRPr="00500662" w:rsidRDefault="00ED63F3">
      <w:pPr>
        <w:spacing w:after="40" w:line="252" w:lineRule="auto"/>
        <w:rPr>
          <w:sz w:val="28"/>
          <w:szCs w:val="28"/>
        </w:rPr>
      </w:pPr>
      <w:r w:rsidRPr="00500662">
        <w:rPr>
          <w:sz w:val="28"/>
          <w:szCs w:val="28"/>
        </w:rPr>
        <w:t>Listening: 1. Nam | 2. eyes | 3. funny | 4. photos | 5. magazine</w:t>
      </w:r>
      <w:r w:rsidRPr="00500662">
        <w:rPr>
          <w:sz w:val="28"/>
          <w:szCs w:val="28"/>
        </w:rPr>
        <w:br/>
        <w:t>II. Pronunciation: 6. C | 7. D | 8. C | 9. D</w:t>
      </w:r>
      <w:r w:rsidRPr="00500662">
        <w:rPr>
          <w:sz w:val="28"/>
          <w:szCs w:val="28"/>
        </w:rPr>
        <w:br/>
        <w:t>III. Language use: 10. A | 11. A | 12. C | 13. B | 14. A | 15. A</w:t>
      </w:r>
      <w:r w:rsidRPr="00500662">
        <w:rPr>
          <w:sz w:val="28"/>
          <w:szCs w:val="28"/>
        </w:rPr>
        <w:br/>
        <w:t xml:space="preserve">IV. Signs &amp; Notices: 16. A | 17. </w:t>
      </w:r>
      <w:r w:rsidR="00F92D11">
        <w:rPr>
          <w:sz w:val="28"/>
          <w:szCs w:val="28"/>
        </w:rPr>
        <w:t>C</w:t>
      </w:r>
      <w:r w:rsidRPr="00500662">
        <w:rPr>
          <w:sz w:val="28"/>
          <w:szCs w:val="28"/>
        </w:rPr>
        <w:t xml:space="preserve"> | 18. </w:t>
      </w:r>
      <w:r w:rsidR="00F92D11">
        <w:rPr>
          <w:sz w:val="28"/>
          <w:szCs w:val="28"/>
        </w:rPr>
        <w:t>B</w:t>
      </w:r>
      <w:r w:rsidRPr="00500662">
        <w:rPr>
          <w:sz w:val="28"/>
          <w:szCs w:val="28"/>
        </w:rPr>
        <w:t xml:space="preserve"> | 19. </w:t>
      </w:r>
      <w:r w:rsidR="00F92D11">
        <w:rPr>
          <w:sz w:val="28"/>
          <w:szCs w:val="28"/>
        </w:rPr>
        <w:t>D</w:t>
      </w:r>
      <w:r w:rsidRPr="00500662">
        <w:rPr>
          <w:sz w:val="28"/>
          <w:szCs w:val="28"/>
        </w:rPr>
        <w:br/>
        <w:t xml:space="preserve">V. Logic: 20. A | 21. </w:t>
      </w:r>
      <w:r w:rsidR="00852E6D">
        <w:rPr>
          <w:sz w:val="28"/>
          <w:szCs w:val="28"/>
        </w:rPr>
        <w:t>C</w:t>
      </w:r>
      <w:r w:rsidRPr="00500662">
        <w:rPr>
          <w:sz w:val="28"/>
          <w:szCs w:val="28"/>
        </w:rPr>
        <w:t xml:space="preserve"> | 22. A | 23. </w:t>
      </w:r>
      <w:r w:rsidR="008D2BD6">
        <w:rPr>
          <w:sz w:val="28"/>
          <w:szCs w:val="28"/>
        </w:rPr>
        <w:t>B</w:t>
      </w:r>
      <w:r w:rsidRPr="00500662">
        <w:rPr>
          <w:sz w:val="28"/>
          <w:szCs w:val="28"/>
        </w:rPr>
        <w:br/>
        <w:t>VI. Reading: 24. A | 25. A | 26. C | 27. A | 28. B | 29. A | 30. A | 31. B | 32. A | 33. A | 34. A | 35. A</w:t>
      </w:r>
      <w:r w:rsidRPr="00500662">
        <w:rPr>
          <w:sz w:val="28"/>
          <w:szCs w:val="28"/>
        </w:rPr>
        <w:br/>
        <w:t>VII. Writing:</w:t>
      </w:r>
      <w:r w:rsidRPr="00500662">
        <w:rPr>
          <w:sz w:val="28"/>
          <w:szCs w:val="28"/>
        </w:rPr>
        <w:br/>
        <w:t>36. My best friend has short black hair.</w:t>
      </w:r>
      <w:r w:rsidRPr="00500662">
        <w:rPr>
          <w:sz w:val="28"/>
          <w:szCs w:val="28"/>
        </w:rPr>
        <w:br/>
        <w:t>37. They are playing badminton at the moment.</w:t>
      </w:r>
      <w:r w:rsidRPr="00500662">
        <w:rPr>
          <w:sz w:val="28"/>
          <w:szCs w:val="28"/>
        </w:rPr>
        <w:br/>
        <w:t>38. Lan has a kind and creative personality.</w:t>
      </w:r>
      <w:r w:rsidRPr="00500662">
        <w:rPr>
          <w:sz w:val="28"/>
          <w:szCs w:val="28"/>
        </w:rPr>
        <w:br/>
        <w:t>39. At the moment, Nam is reading a book.</w:t>
      </w:r>
      <w:r w:rsidRPr="00500662">
        <w:rPr>
          <w:sz w:val="28"/>
          <w:szCs w:val="28"/>
        </w:rPr>
        <w:br/>
        <w:t>40. Can you tell me what your best friend looks like?</w:t>
      </w:r>
    </w:p>
    <w:sectPr w:rsidR="005821BC" w:rsidRPr="00500662" w:rsidSect="00034616">
      <w:headerReference w:type="even" r:id="rId10"/>
      <w:headerReference w:type="default" r:id="rId11"/>
      <w:footerReference w:type="even" r:id="rId12"/>
      <w:footerReference w:type="default" r:id="rId13"/>
      <w:headerReference w:type="first" r:id="rId14"/>
      <w:footerReference w:type="first" r:id="rId15"/>
      <w:pgSz w:w="12240" w:h="15840"/>
      <w:pgMar w:top="794" w:right="794" w:bottom="794" w:left="794" w:header="720" w:footer="720" w:gutter="0"/>
      <w:pgBorders w:offsetFrom="page">
        <w:top w:val="single" w:sz="18" w:space="16" w:color="0070C0"/>
        <w:left w:val="single" w:sz="18" w:space="16" w:color="0070C0"/>
        <w:bottom w:val="single" w:sz="18" w:space="16" w:color="0070C0"/>
        <w:right w:val="single" w:sz="18" w:space="16" w:color="0070C0"/>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C755CD9" w14:textId="77777777" w:rsidR="007532EE" w:rsidRDefault="007532EE">
      <w:pPr>
        <w:spacing w:after="0" w:line="240" w:lineRule="auto"/>
      </w:pPr>
      <w:r>
        <w:separator/>
      </w:r>
    </w:p>
  </w:endnote>
  <w:endnote w:type="continuationSeparator" w:id="0">
    <w:p w14:paraId="415D4294" w14:textId="77777777" w:rsidR="007532EE" w:rsidRDefault="007532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D041C0" w14:textId="77777777" w:rsidR="008E6A82" w:rsidRDefault="008E6A8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8E5C64" w14:textId="07E9FBC9" w:rsidR="005821BC" w:rsidRPr="00A72441" w:rsidRDefault="005821BC" w:rsidP="00A7244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D34A54" w14:textId="77777777" w:rsidR="008E6A82" w:rsidRDefault="008E6A8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B814BA6" w14:textId="77777777" w:rsidR="007532EE" w:rsidRDefault="007532EE">
      <w:pPr>
        <w:spacing w:after="0" w:line="240" w:lineRule="auto"/>
      </w:pPr>
      <w:r>
        <w:separator/>
      </w:r>
    </w:p>
  </w:footnote>
  <w:footnote w:type="continuationSeparator" w:id="0">
    <w:p w14:paraId="12237F2E" w14:textId="77777777" w:rsidR="007532EE" w:rsidRDefault="007532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6741F6" w14:textId="77777777" w:rsidR="008E6A82" w:rsidRDefault="008E6A8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EBC9FD" w14:textId="0B1C0BD3" w:rsidR="005821BC" w:rsidRPr="008E6A82" w:rsidRDefault="005821BC" w:rsidP="008E6A82">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55D0BF" w14:textId="77777777" w:rsidR="008E6A82" w:rsidRDefault="008E6A8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14132"/>
    <w:rsid w:val="00034616"/>
    <w:rsid w:val="0006063C"/>
    <w:rsid w:val="000A1B13"/>
    <w:rsid w:val="0015074B"/>
    <w:rsid w:val="002037CB"/>
    <w:rsid w:val="0029639D"/>
    <w:rsid w:val="003003DA"/>
    <w:rsid w:val="00326F90"/>
    <w:rsid w:val="00351E3E"/>
    <w:rsid w:val="003C3AFE"/>
    <w:rsid w:val="00420892"/>
    <w:rsid w:val="00450DED"/>
    <w:rsid w:val="00500662"/>
    <w:rsid w:val="0056623B"/>
    <w:rsid w:val="005821BC"/>
    <w:rsid w:val="005F12C5"/>
    <w:rsid w:val="007532EE"/>
    <w:rsid w:val="007858DE"/>
    <w:rsid w:val="00815988"/>
    <w:rsid w:val="00852E6D"/>
    <w:rsid w:val="008D2BD6"/>
    <w:rsid w:val="008E6A82"/>
    <w:rsid w:val="00A72441"/>
    <w:rsid w:val="00AA1D8D"/>
    <w:rsid w:val="00B22536"/>
    <w:rsid w:val="00B47730"/>
    <w:rsid w:val="00BC53AB"/>
    <w:rsid w:val="00CB0664"/>
    <w:rsid w:val="00D528AB"/>
    <w:rsid w:val="00DA0076"/>
    <w:rsid w:val="00EC2C56"/>
    <w:rsid w:val="00ED63F3"/>
    <w:rsid w:val="00F745CC"/>
    <w:rsid w:val="00F919C2"/>
    <w:rsid w:val="00F92D11"/>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47843B6"/>
  <w14:defaultImageDpi w14:val="300"/>
  <w15:docId w15:val="{BF87CA0F-05D8-4BF8-A2CB-0CB9E4D954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693F"/>
    <w:rPr>
      <w:rFonts w:ascii="Times New Roman" w:eastAsia="Times New Roman" w:hAnsi="Times New Roman"/>
      <w:sz w:val="24"/>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E2E0D3-A171-4D8D-A930-399CC20D8F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5</Pages>
  <Words>1161</Words>
  <Characters>6620</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7766</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SAMWATEK 22</cp:lastModifiedBy>
  <cp:revision>22</cp:revision>
  <dcterms:created xsi:type="dcterms:W3CDTF">2013-12-23T23:15:00Z</dcterms:created>
  <dcterms:modified xsi:type="dcterms:W3CDTF">2026-08-18T03:19:00Z</dcterms:modified>
  <cp:category/>
</cp:coreProperties>
</file>